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CD0B38" w14:paraId="1D64ABDC" w14:textId="77777777">
      <w:pPr>
        <w:spacing w:after="240"/>
        <w:jc w:val="right"/>
      </w:pPr>
      <w:r>
        <w:rPr>
          <w:b/>
        </w:rPr>
        <w:t>2.pielikums</w:t>
      </w:r>
    </w:p>
    <w:p w:rsidR="00CD0B38" w14:paraId="3A21D005" w14:textId="77777777">
      <w:pPr>
        <w:spacing w:after="40"/>
        <w:jc w:val="center"/>
      </w:pPr>
      <w:r>
        <w:rPr>
          <w:b/>
          <w:sz w:val="26"/>
        </w:rPr>
        <w:t>PRETENDENTA PIETEIKUMS</w:t>
      </w:r>
    </w:p>
    <w:p w:rsidR="00CD0B38" w14:paraId="3E361307" w14:textId="77777777">
      <w:pPr>
        <w:spacing w:after="40"/>
        <w:jc w:val="center"/>
      </w:pPr>
      <w:r>
        <w:rPr>
          <w:b/>
        </w:rPr>
        <w:t>IEPIRKUMĀ</w:t>
      </w:r>
    </w:p>
    <w:p w:rsidR="00CD0B38" w14:paraId="3B84CAC3" w14:textId="77777777">
      <w:pPr>
        <w:jc w:val="center"/>
      </w:pPr>
      <w:r>
        <w:rPr>
          <w:b/>
        </w:rPr>
        <w:t>„Kausu, medaļu un cita sporta apbalvojuma izgatavošana un piegāde”</w:t>
      </w:r>
    </w:p>
    <w:p w:rsidR="00CD0B38" w14:paraId="70635ECC" w14:textId="77777777">
      <w:pPr>
        <w:spacing w:after="240"/>
        <w:jc w:val="center"/>
      </w:pPr>
      <w:r>
        <w:rPr>
          <w:b/>
        </w:rPr>
        <w:t>identifikācijas Nr. BAP/2026/2-1/42</w:t>
      </w:r>
    </w:p>
    <w:p w:rsidR="00CD0B38" w14:paraId="2F38AEA6" w14:textId="77777777">
      <w:r>
        <w:t>Pretendents ______________________________________</w:t>
      </w:r>
    </w:p>
    <w:p w:rsidR="00CD0B38" w14:paraId="2C90D792" w14:textId="77777777">
      <w:r>
        <w:t>Reģ</w:t>
      </w:r>
      <w:r>
        <w:t>. Nr. ________________________________________</w:t>
      </w:r>
    </w:p>
    <w:p w:rsidR="00CD0B38" w:rsidP="00400E1E" w14:paraId="4BAAB788" w14:textId="77777777">
      <w:pPr>
        <w:spacing w:after="120"/>
        <w:jc w:val="both"/>
      </w:pPr>
      <w:r>
        <w:t>tās __________________________ (norāda amatu, vārdu, uzvārdu) vārdā, ar šī pieteikuma iesniegšanu:</w:t>
      </w:r>
    </w:p>
    <w:p w:rsidR="00CD0B38" w14:paraId="6F4FBEC9" w14:textId="77777777">
      <w:pPr>
        <w:ind w:left="425" w:hanging="425"/>
        <w:jc w:val="both"/>
      </w:pPr>
      <w:r>
        <w:t>1.</w:t>
      </w:r>
      <w:r>
        <w:tab/>
        <w:t xml:space="preserve">Piesaka savu dalību iepirkumā </w:t>
      </w:r>
      <w:r>
        <w:rPr>
          <w:b/>
        </w:rPr>
        <w:t>„Kausu, medaļu un cita sporta apbalvojuma izgatavošana un piegāde”</w:t>
      </w:r>
      <w:r>
        <w:t>, identifikācijas Nr. BAP/2026/2-1/42,</w:t>
      </w:r>
    </w:p>
    <w:p w:rsidR="00CD0B38" w14:paraId="615711D0" w14:textId="77777777">
      <w:pPr>
        <w:ind w:left="425" w:hanging="425"/>
        <w:jc w:val="both"/>
      </w:pPr>
      <w:r>
        <w:t>2.</w:t>
      </w:r>
      <w:r>
        <w:tab/>
        <w:t>Apņemas ievērot iepirkuma Nolikuma prasības.</w:t>
      </w:r>
    </w:p>
    <w:p w:rsidR="00CD0B38" w14:paraId="64534EDF" w14:textId="77777777">
      <w:pPr>
        <w:ind w:left="425" w:hanging="425"/>
        <w:jc w:val="both"/>
      </w:pPr>
      <w:r>
        <w:t>3.</w:t>
      </w:r>
      <w:r>
        <w:tab/>
        <w:t>Apliecina, ka visas sniegtās ziņas un dati ir patiesi, visas iesniegto dokumentu kopijas atbilst oriģinālam.</w:t>
      </w:r>
    </w:p>
    <w:p w:rsidR="00CD0B38" w14:paraId="6B05B9F2" w14:textId="77777777">
      <w:pPr>
        <w:ind w:left="425" w:hanging="425"/>
        <w:jc w:val="both"/>
      </w:pPr>
      <w:r>
        <w:t>4.</w:t>
      </w:r>
      <w:r>
        <w:tab/>
        <w:t xml:space="preserve">Apņemas </w:t>
      </w:r>
      <w:r>
        <w:rPr>
          <w:b/>
        </w:rPr>
        <w:t>izgatavot un piegādāt preces</w:t>
      </w:r>
      <w:r>
        <w:t xml:space="preserve"> saskaņā ar Tehnisko specifikāciju.</w:t>
      </w:r>
    </w:p>
    <w:p w:rsidR="00400E1E" w:rsidP="00400E1E" w14:paraId="2DFDDE0C" w14:textId="7E6E88A5">
      <w:pPr>
        <w:ind w:left="425" w:hanging="425"/>
        <w:jc w:val="both"/>
      </w:pPr>
      <w:r>
        <w:t xml:space="preserve">5. </w:t>
      </w:r>
      <w:r>
        <w:t>Piegādes vieta</w:t>
      </w:r>
      <w:r>
        <w:t xml:space="preserve"> un vieta kur </w:t>
      </w:r>
      <w:r>
        <w:t>Pasūtītājs nodod Izpildītājam specifikācijas 2.1.2. apakšpunktā</w:t>
      </w:r>
      <w:r>
        <w:t xml:space="preserve"> </w:t>
      </w:r>
      <w:r>
        <w:t>minētos priekšmetus personalizēšanai</w:t>
      </w:r>
      <w:r>
        <w:t xml:space="preserve"> (atzīmēt atbilstošo ar  </w:t>
      </w:r>
      <w:sdt>
        <w:sdtPr>
          <w:id w:val="-55978142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00E1E">
            <w:rPr>
              <w:rFonts w:ascii="Segoe UI Symbol" w:hAnsi="Segoe UI Symbol" w:cs="Segoe UI Symbol"/>
            </w:rPr>
            <w:t>☒</w:t>
          </w:r>
        </w:sdtContent>
      </w:sdt>
      <w:r>
        <w:t xml:space="preserve"> )</w:t>
      </w:r>
      <w:r>
        <w:t xml:space="preserve">: </w:t>
      </w:r>
    </w:p>
    <w:p w:rsidR="00400E1E" w:rsidP="00400E1E" w14:paraId="54BBD53F" w14:textId="18B6203B">
      <w:pPr>
        <w:ind w:left="425" w:hanging="425"/>
        <w:jc w:val="both"/>
      </w:pPr>
      <w:sdt>
        <w:sdtPr>
          <w:id w:val="-56187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Uzvaras iela 6, Bauska, Bauskas nov., LV-3910, </w:t>
      </w:r>
    </w:p>
    <w:p w:rsidR="00400E1E" w:rsidP="00400E1E" w14:paraId="7FD12E5C" w14:textId="49543E4E">
      <w:pPr>
        <w:ind w:left="425" w:hanging="425"/>
        <w:jc w:val="both"/>
      </w:pPr>
      <w:sdt>
        <w:sdtPr>
          <w:id w:val="-1976600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Pasūtītāja</w:t>
      </w:r>
      <w:r>
        <w:t xml:space="preserve"> </w:t>
      </w:r>
      <w:r>
        <w:t xml:space="preserve">pieprasījumā norādītais </w:t>
      </w:r>
      <w:r>
        <w:t>pakomāts</w:t>
      </w:r>
      <w:r>
        <w:t xml:space="preserve"> Bauskas pilsētā, </w:t>
      </w:r>
    </w:p>
    <w:p w:rsidR="00400E1E" w:rsidP="00400E1E" w14:paraId="0C9FC882" w14:textId="62589580">
      <w:pPr>
        <w:ind w:left="425" w:hanging="425"/>
      </w:pPr>
      <w:sdt>
        <w:sdtPr>
          <w:id w:val="526533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Izpildītāja norādītā vieta Bauskas</w:t>
      </w:r>
      <w:r>
        <w:t xml:space="preserve"> </w:t>
      </w:r>
      <w:r>
        <w:t>pilsētā</w:t>
      </w:r>
      <w:r>
        <w:t>, adrese: _________________________________________________________________________</w:t>
      </w:r>
    </w:p>
    <w:p w:rsidR="00CD0B38" w14:paraId="55BB5932" w14:textId="77777777">
      <w:pPr>
        <w:spacing w:before="120"/>
        <w:jc w:val="both"/>
      </w:pPr>
      <w:r>
        <w:t>Īsas ziņas par pretendentu:</w:t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567"/>
        <w:gridCol w:w="3402"/>
        <w:gridCol w:w="5102"/>
      </w:tblGrid>
      <w:tr w14:paraId="0A832F35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0F59BCBE" w14:textId="77777777">
            <w:pPr>
              <w:spacing w:after="20"/>
            </w:pPr>
            <w:r>
              <w:t>1.</w:t>
            </w:r>
          </w:p>
        </w:tc>
        <w:tc>
          <w:tcPr>
            <w:tcW w:w="3402" w:type="dxa"/>
          </w:tcPr>
          <w:p w:rsidR="00CD0B38" w14:paraId="00AA75E2" w14:textId="77777777">
            <w:pPr>
              <w:spacing w:after="20"/>
            </w:pPr>
            <w:r>
              <w:t>Nosaukums:</w:t>
            </w:r>
          </w:p>
        </w:tc>
        <w:tc>
          <w:tcPr>
            <w:tcW w:w="5102" w:type="dxa"/>
          </w:tcPr>
          <w:p w:rsidR="00CD0B38" w14:paraId="2678FCB3" w14:textId="77777777">
            <w:pPr>
              <w:spacing w:after="20"/>
            </w:pPr>
          </w:p>
        </w:tc>
      </w:tr>
      <w:tr w14:paraId="3F4B2E87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65B6AA81" w14:textId="77777777">
            <w:pPr>
              <w:spacing w:after="20"/>
            </w:pPr>
            <w:r>
              <w:t>2.</w:t>
            </w:r>
          </w:p>
        </w:tc>
        <w:tc>
          <w:tcPr>
            <w:tcW w:w="3402" w:type="dxa"/>
          </w:tcPr>
          <w:p w:rsidR="00CD0B38" w14:paraId="2BB7F96F" w14:textId="77777777">
            <w:pPr>
              <w:spacing w:after="20"/>
            </w:pPr>
            <w:r>
              <w:t>Juridiskā adrese:</w:t>
            </w:r>
          </w:p>
        </w:tc>
        <w:tc>
          <w:tcPr>
            <w:tcW w:w="5102" w:type="dxa"/>
          </w:tcPr>
          <w:p w:rsidR="00CD0B38" w14:paraId="4BE8DBF5" w14:textId="77777777">
            <w:pPr>
              <w:spacing w:after="20"/>
            </w:pPr>
          </w:p>
        </w:tc>
      </w:tr>
      <w:tr w14:paraId="409E1A5D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4244D9CB" w14:textId="77777777">
            <w:pPr>
              <w:spacing w:after="20"/>
            </w:pPr>
            <w:r>
              <w:t>3.</w:t>
            </w:r>
          </w:p>
        </w:tc>
        <w:tc>
          <w:tcPr>
            <w:tcW w:w="3402" w:type="dxa"/>
          </w:tcPr>
          <w:p w:rsidR="00CD0B38" w14:paraId="66641809" w14:textId="77777777">
            <w:pPr>
              <w:spacing w:after="20"/>
            </w:pPr>
            <w:r>
              <w:t>Pasta adrese:</w:t>
            </w:r>
          </w:p>
        </w:tc>
        <w:tc>
          <w:tcPr>
            <w:tcW w:w="5102" w:type="dxa"/>
          </w:tcPr>
          <w:p w:rsidR="00CD0B38" w14:paraId="28FB0290" w14:textId="77777777">
            <w:pPr>
              <w:spacing w:after="20"/>
            </w:pPr>
          </w:p>
        </w:tc>
      </w:tr>
      <w:tr w14:paraId="005FFBA6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0C6649A4" w14:textId="77777777">
            <w:pPr>
              <w:spacing w:after="20"/>
            </w:pPr>
            <w:r>
              <w:t>4.</w:t>
            </w:r>
          </w:p>
        </w:tc>
        <w:tc>
          <w:tcPr>
            <w:tcW w:w="3402" w:type="dxa"/>
          </w:tcPr>
          <w:p w:rsidR="00CD0B38" w14:paraId="4B23C29D" w14:textId="77777777">
            <w:pPr>
              <w:spacing w:after="20"/>
            </w:pPr>
            <w:r>
              <w:t>Norēķinu konts:</w:t>
            </w:r>
          </w:p>
        </w:tc>
        <w:tc>
          <w:tcPr>
            <w:tcW w:w="5102" w:type="dxa"/>
          </w:tcPr>
          <w:p w:rsidR="00CD0B38" w14:paraId="35EDD70E" w14:textId="77777777">
            <w:pPr>
              <w:spacing w:after="20"/>
            </w:pPr>
          </w:p>
        </w:tc>
      </w:tr>
      <w:tr w14:paraId="31578944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7D45AE52" w14:textId="77777777">
            <w:pPr>
              <w:spacing w:after="20"/>
            </w:pPr>
            <w:r>
              <w:t>5.</w:t>
            </w:r>
          </w:p>
        </w:tc>
        <w:tc>
          <w:tcPr>
            <w:tcW w:w="3402" w:type="dxa"/>
          </w:tcPr>
          <w:p w:rsidR="00CD0B38" w14:paraId="753D87A2" w14:textId="77777777">
            <w:pPr>
              <w:spacing w:after="20"/>
            </w:pPr>
            <w:r>
              <w:t>Bankas nosaukums:</w:t>
            </w:r>
          </w:p>
        </w:tc>
        <w:tc>
          <w:tcPr>
            <w:tcW w:w="5102" w:type="dxa"/>
          </w:tcPr>
          <w:p w:rsidR="00CD0B38" w14:paraId="54894637" w14:textId="77777777">
            <w:pPr>
              <w:spacing w:after="20"/>
            </w:pPr>
          </w:p>
        </w:tc>
      </w:tr>
      <w:tr w14:paraId="23C6C045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0639D504" w14:textId="77777777">
            <w:pPr>
              <w:spacing w:after="20"/>
            </w:pPr>
            <w:r>
              <w:t>6.</w:t>
            </w:r>
          </w:p>
        </w:tc>
        <w:tc>
          <w:tcPr>
            <w:tcW w:w="3402" w:type="dxa"/>
          </w:tcPr>
          <w:p w:rsidR="00CD0B38" w14:paraId="73ADAFB9" w14:textId="77777777">
            <w:pPr>
              <w:spacing w:after="20"/>
            </w:pPr>
            <w:r>
              <w:t>Kontaktpersona:</w:t>
            </w:r>
          </w:p>
        </w:tc>
        <w:tc>
          <w:tcPr>
            <w:tcW w:w="5102" w:type="dxa"/>
          </w:tcPr>
          <w:p w:rsidR="00CD0B38" w14:paraId="693B5207" w14:textId="77777777">
            <w:pPr>
              <w:spacing w:after="20"/>
            </w:pPr>
          </w:p>
        </w:tc>
      </w:tr>
      <w:tr w14:paraId="30F416EF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1ACAD5DC" w14:textId="77777777">
            <w:pPr>
              <w:spacing w:after="20"/>
            </w:pPr>
            <w:r>
              <w:t>7.</w:t>
            </w:r>
          </w:p>
        </w:tc>
        <w:tc>
          <w:tcPr>
            <w:tcW w:w="3402" w:type="dxa"/>
          </w:tcPr>
          <w:p w:rsidR="00CD0B38" w14:paraId="727B14A3" w14:textId="77777777">
            <w:pPr>
              <w:spacing w:after="20"/>
            </w:pPr>
            <w:r>
              <w:t>Telefons:</w:t>
            </w:r>
          </w:p>
        </w:tc>
        <w:tc>
          <w:tcPr>
            <w:tcW w:w="5102" w:type="dxa"/>
          </w:tcPr>
          <w:p w:rsidR="00CD0B38" w14:paraId="76D3A87F" w14:textId="77777777">
            <w:pPr>
              <w:spacing w:after="20"/>
            </w:pPr>
          </w:p>
        </w:tc>
      </w:tr>
      <w:tr w14:paraId="731EFF66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1F209FF9" w14:textId="77777777">
            <w:pPr>
              <w:spacing w:after="20"/>
            </w:pPr>
            <w:r>
              <w:t>8.</w:t>
            </w:r>
          </w:p>
        </w:tc>
        <w:tc>
          <w:tcPr>
            <w:tcW w:w="3402" w:type="dxa"/>
          </w:tcPr>
          <w:p w:rsidR="00CD0B38" w14:paraId="41A5E26F" w14:textId="77777777">
            <w:pPr>
              <w:spacing w:after="20"/>
            </w:pPr>
            <w:r>
              <w:t>E-pasts:</w:t>
            </w:r>
          </w:p>
        </w:tc>
        <w:tc>
          <w:tcPr>
            <w:tcW w:w="5102" w:type="dxa"/>
          </w:tcPr>
          <w:p w:rsidR="00CD0B38" w14:paraId="13EC8109" w14:textId="77777777">
            <w:pPr>
              <w:spacing w:after="20"/>
            </w:pPr>
          </w:p>
        </w:tc>
      </w:tr>
      <w:tr w14:paraId="75D68829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567" w:type="dxa"/>
          </w:tcPr>
          <w:p w:rsidR="00CD0B38" w14:paraId="0738D0B0" w14:textId="77777777">
            <w:pPr>
              <w:spacing w:after="20"/>
            </w:pPr>
            <w:r>
              <w:t>9.</w:t>
            </w:r>
          </w:p>
        </w:tc>
        <w:tc>
          <w:tcPr>
            <w:tcW w:w="3402" w:type="dxa"/>
          </w:tcPr>
          <w:p w:rsidR="00CD0B38" w14:paraId="29AAA151" w14:textId="77777777">
            <w:pPr>
              <w:spacing w:after="20"/>
            </w:pPr>
            <w:r>
              <w:t>Vispārējā tīmekļvietnes adrese:</w:t>
            </w:r>
          </w:p>
        </w:tc>
        <w:tc>
          <w:tcPr>
            <w:tcW w:w="5102" w:type="dxa"/>
          </w:tcPr>
          <w:p w:rsidR="00CD0B38" w14:paraId="11FB6ECE" w14:textId="77777777">
            <w:pPr>
              <w:spacing w:after="20"/>
            </w:pPr>
          </w:p>
        </w:tc>
      </w:tr>
    </w:tbl>
    <w:p w:rsidR="00CD0B38" w14:paraId="423276FE" w14:textId="77777777">
      <w:pPr>
        <w:jc w:val="both"/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835"/>
        <w:gridCol w:w="6236"/>
      </w:tblGrid>
      <w:tr w14:paraId="4A101946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CD0B38" w14:paraId="250BCFE8" w14:textId="77777777">
            <w:pPr>
              <w:spacing w:after="20"/>
            </w:pPr>
            <w:r>
              <w:rPr>
                <w:sz w:val="22"/>
              </w:rPr>
              <w:t>Vārds, Uzvārds:</w:t>
            </w:r>
          </w:p>
        </w:tc>
        <w:tc>
          <w:tcPr>
            <w:tcW w:w="6236" w:type="dxa"/>
          </w:tcPr>
          <w:p w:rsidR="00CD0B38" w14:paraId="5133C4C2" w14:textId="77777777">
            <w:pPr>
              <w:spacing w:after="20"/>
            </w:pPr>
          </w:p>
        </w:tc>
      </w:tr>
      <w:tr w14:paraId="1A7AB220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CD0B38" w14:paraId="66A66141" w14:textId="77777777">
            <w:pPr>
              <w:spacing w:after="20"/>
            </w:pPr>
            <w:r>
              <w:rPr>
                <w:sz w:val="22"/>
              </w:rPr>
              <w:t>Amata nosaukums:</w:t>
            </w:r>
          </w:p>
        </w:tc>
        <w:tc>
          <w:tcPr>
            <w:tcW w:w="6236" w:type="dxa"/>
          </w:tcPr>
          <w:p w:rsidR="00CD0B38" w14:paraId="17EDD7C0" w14:textId="77777777">
            <w:pPr>
              <w:spacing w:after="20"/>
            </w:pPr>
          </w:p>
        </w:tc>
      </w:tr>
      <w:tr w14:paraId="261E71A3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CD0B38" w14:paraId="70103323" w14:textId="77777777">
            <w:pPr>
              <w:spacing w:after="20"/>
            </w:pPr>
            <w:r>
              <w:rPr>
                <w:sz w:val="22"/>
              </w:rPr>
              <w:t>Paraksts:</w:t>
            </w:r>
          </w:p>
        </w:tc>
        <w:tc>
          <w:tcPr>
            <w:tcW w:w="6236" w:type="dxa"/>
          </w:tcPr>
          <w:p w:rsidR="00CD0B38" w14:paraId="3886CACA" w14:textId="77777777">
            <w:pPr>
              <w:spacing w:after="20"/>
            </w:pPr>
          </w:p>
        </w:tc>
      </w:tr>
      <w:tr w14:paraId="69B41F9C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CD0B38" w14:paraId="78FA5447" w14:textId="77777777">
            <w:pPr>
              <w:spacing w:after="20"/>
            </w:pPr>
            <w:r>
              <w:rPr>
                <w:sz w:val="22"/>
              </w:rPr>
              <w:t>Datums:</w:t>
            </w:r>
          </w:p>
        </w:tc>
        <w:tc>
          <w:tcPr>
            <w:tcW w:w="6236" w:type="dxa"/>
          </w:tcPr>
          <w:p w:rsidR="00CD0B38" w14:paraId="36800E5F" w14:textId="77777777">
            <w:pPr>
              <w:spacing w:after="20"/>
            </w:pPr>
          </w:p>
        </w:tc>
      </w:tr>
    </w:tbl>
    <w:p w:rsidR="00402231" w14:paraId="3E2DA05A" w14:textId="77777777"/>
    <w:sectPr w:rsidSect="00034616">
      <w:footerReference w:type="default" r:id="rId5"/>
      <w:footerReference w:type="first" r:id="rId6"/>
      <w:pgSz w:w="11906" w:h="16838"/>
      <w:pgMar w:top="992" w:right="850" w:bottom="992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1187985">
    <w:abstractNumId w:val="8"/>
  </w:num>
  <w:num w:numId="2" w16cid:durableId="1516306983">
    <w:abstractNumId w:val="6"/>
  </w:num>
  <w:num w:numId="3" w16cid:durableId="1168668708">
    <w:abstractNumId w:val="5"/>
  </w:num>
  <w:num w:numId="4" w16cid:durableId="1299722741">
    <w:abstractNumId w:val="4"/>
  </w:num>
  <w:num w:numId="5" w16cid:durableId="1065496628">
    <w:abstractNumId w:val="7"/>
  </w:num>
  <w:num w:numId="6" w16cid:durableId="1231580514">
    <w:abstractNumId w:val="3"/>
  </w:num>
  <w:num w:numId="7" w16cid:durableId="382942944">
    <w:abstractNumId w:val="2"/>
  </w:num>
  <w:num w:numId="8" w16cid:durableId="1292050140">
    <w:abstractNumId w:val="1"/>
  </w:num>
  <w:num w:numId="9" w16cid:durableId="71600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0C4"/>
    <w:rsid w:val="00034616"/>
    <w:rsid w:val="0006063C"/>
    <w:rsid w:val="0015074B"/>
    <w:rsid w:val="0029639D"/>
    <w:rsid w:val="00326F90"/>
    <w:rsid w:val="00400E1E"/>
    <w:rsid w:val="00402231"/>
    <w:rsid w:val="005F78E5"/>
    <w:rsid w:val="009F52B9"/>
    <w:rsid w:val="00AA1D8D"/>
    <w:rsid w:val="00B47730"/>
    <w:rsid w:val="00CB0664"/>
    <w:rsid w:val="00CD0B38"/>
    <w:rsid w:val="00FA3D10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1F10CA68"/>
  <w15:docId w15:val="{F73D6BA4-0B66-4086-AC82-68BD4BD6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4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Bauskas Novads</cp:lastModifiedBy>
  <cp:revision>3</cp:revision>
  <dcterms:created xsi:type="dcterms:W3CDTF">2026-10-06T14:07:00Z</dcterms:created>
  <dcterms:modified xsi:type="dcterms:W3CDTF">2026-10-14T07:50:00Z</dcterms:modified>
</cp:coreProperties>
</file>