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655CA" w:rsidRPr="00F93F6E" w14:paraId="6815F480" w14:textId="77777777">
      <w:pPr>
        <w:spacing w:after="240"/>
        <w:jc w:val="right"/>
      </w:pPr>
      <w:r w:rsidRPr="00F93F6E">
        <w:rPr>
          <w:b/>
        </w:rPr>
        <w:t>3. pielikums</w:t>
      </w:r>
    </w:p>
    <w:p w:rsidR="003655CA" w:rsidRPr="00F93F6E" w14:paraId="2D51B016" w14:textId="77777777">
      <w:pPr>
        <w:spacing w:after="40"/>
        <w:jc w:val="center"/>
      </w:pPr>
      <w:r w:rsidRPr="00F93F6E">
        <w:rPr>
          <w:b/>
          <w:sz w:val="26"/>
        </w:rPr>
        <w:t>FINANŠU PIEDĀVĀJUMS</w:t>
      </w:r>
    </w:p>
    <w:p w:rsidR="003655CA" w:rsidRPr="00F93F6E" w14:paraId="31DD10D0" w14:textId="77777777">
      <w:pPr>
        <w:spacing w:after="40"/>
        <w:jc w:val="center"/>
      </w:pPr>
      <w:r w:rsidRPr="00F93F6E">
        <w:rPr>
          <w:b/>
        </w:rPr>
        <w:t>IEPIRKUMĀ</w:t>
      </w:r>
    </w:p>
    <w:p w:rsidR="003655CA" w:rsidRPr="00F93F6E" w14:paraId="08DAC6B8" w14:textId="77777777">
      <w:pPr>
        <w:jc w:val="center"/>
      </w:pPr>
      <w:r w:rsidRPr="00F93F6E">
        <w:rPr>
          <w:b/>
        </w:rPr>
        <w:t>„Kausu, medaļu un cita sporta apbalvojuma izgatavošana un piegāde”</w:t>
      </w:r>
    </w:p>
    <w:p w:rsidR="003655CA" w:rsidRPr="00F93F6E" w14:paraId="4C063B70" w14:textId="77777777">
      <w:pPr>
        <w:spacing w:after="240"/>
        <w:jc w:val="center"/>
      </w:pPr>
      <w:r w:rsidRPr="00F93F6E">
        <w:rPr>
          <w:b/>
        </w:rPr>
        <w:t>identifikācijas Nr. BAP/2026/2-1/42</w:t>
      </w:r>
    </w:p>
    <w:p w:rsidR="003655CA" w:rsidRPr="00F93F6E" w14:paraId="2623132D" w14:textId="77777777">
      <w:r w:rsidRPr="00F93F6E">
        <w:t>Pretendents</w:t>
      </w:r>
      <w:r w:rsidRPr="00F93F6E">
        <w:tab/>
        <w:t>____________________________________________</w:t>
      </w:r>
    </w:p>
    <w:p w:rsidR="003655CA" w:rsidRPr="00F93F6E" w14:paraId="2AA376DF" w14:textId="77777777">
      <w:pPr>
        <w:spacing w:after="120"/>
      </w:pPr>
      <w:r w:rsidRPr="00F93F6E">
        <w:t>Reģ</w:t>
      </w:r>
      <w:r w:rsidRPr="00F93F6E">
        <w:t>. Nr._________________________________</w:t>
      </w:r>
    </w:p>
    <w:p w:rsidR="003655CA" w:rsidRPr="00F93F6E" w14:paraId="5C141477" w14:textId="77777777">
      <w:pPr>
        <w:spacing w:after="120"/>
        <w:jc w:val="both"/>
      </w:pPr>
      <w:r w:rsidRPr="00F93F6E">
        <w:t xml:space="preserve">Iepazinušies ar iepirkuma </w:t>
      </w:r>
      <w:r w:rsidRPr="00F93F6E">
        <w:rPr>
          <w:b/>
        </w:rPr>
        <w:t>„Kausu, medaļu un cita sporta apbalvojuma izgatavošana un piegāde”, identifikācijas Nr. BAP/2026/2-1/42</w:t>
      </w:r>
      <w:r w:rsidRPr="00F93F6E">
        <w:t>, Nolikumu, piedāvājam sniegt Nolikumā un tā pielikumos paredzētos pakalpojumus par šādu līgumcenu:</w:t>
      </w: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737"/>
        <w:gridCol w:w="3458"/>
        <w:gridCol w:w="794"/>
        <w:gridCol w:w="1247"/>
        <w:gridCol w:w="1361"/>
        <w:gridCol w:w="1644"/>
      </w:tblGrid>
      <w:tr w14:paraId="29969E0E" w14:textId="77777777">
        <w:tblPrEx>
          <w:tblW w:w="0" w:type="auto"/>
          <w:jc w:val="center"/>
          <w:tblLayout w:type="fixed"/>
          <w:tblLook w:val="04A0"/>
        </w:tblPrEx>
        <w:trPr>
          <w:tblHeader/>
          <w:jc w:val="center"/>
        </w:trPr>
        <w:tc>
          <w:tcPr>
            <w:tcW w:w="737" w:type="dxa"/>
            <w:shd w:val="clear" w:color="auto" w:fill="D9D9D9"/>
          </w:tcPr>
          <w:p w:rsidR="003655CA" w:rsidRPr="00F93F6E" w14:paraId="0961EFB4" w14:textId="77777777">
            <w:pPr>
              <w:spacing w:after="20"/>
              <w:jc w:val="center"/>
              <w:rPr>
                <w:sz w:val="20"/>
                <w:szCs w:val="20"/>
              </w:rPr>
            </w:pPr>
            <w:r w:rsidRPr="00F93F6E">
              <w:rPr>
                <w:b/>
                <w:sz w:val="20"/>
                <w:szCs w:val="20"/>
              </w:rPr>
              <w:t>Nr. p.k.</w:t>
            </w:r>
          </w:p>
        </w:tc>
        <w:tc>
          <w:tcPr>
            <w:tcW w:w="3458" w:type="dxa"/>
            <w:shd w:val="clear" w:color="auto" w:fill="D9D9D9"/>
          </w:tcPr>
          <w:p w:rsidR="003655CA" w:rsidRPr="00F93F6E" w14:paraId="0D357109" w14:textId="77777777">
            <w:pPr>
              <w:spacing w:after="20"/>
              <w:jc w:val="center"/>
            </w:pPr>
            <w:r w:rsidRPr="00F93F6E">
              <w:rPr>
                <w:b/>
                <w:sz w:val="20"/>
              </w:rPr>
              <w:t>Nosaukums</w:t>
            </w:r>
          </w:p>
        </w:tc>
        <w:tc>
          <w:tcPr>
            <w:tcW w:w="794" w:type="dxa"/>
            <w:shd w:val="clear" w:color="auto" w:fill="D9D9D9"/>
          </w:tcPr>
          <w:p w:rsidR="003655CA" w:rsidRPr="00F93F6E" w14:paraId="563E12ED" w14:textId="77777777">
            <w:pPr>
              <w:spacing w:after="20"/>
              <w:jc w:val="center"/>
            </w:pPr>
            <w:r w:rsidRPr="00F93F6E">
              <w:rPr>
                <w:b/>
                <w:sz w:val="20"/>
              </w:rPr>
              <w:t>Mērv</w:t>
            </w:r>
            <w:r w:rsidRPr="00F93F6E">
              <w:rPr>
                <w:b/>
                <w:sz w:val="20"/>
              </w:rPr>
              <w:t>.</w:t>
            </w:r>
          </w:p>
        </w:tc>
        <w:tc>
          <w:tcPr>
            <w:tcW w:w="1247" w:type="dxa"/>
            <w:shd w:val="clear" w:color="auto" w:fill="D9D9D9"/>
          </w:tcPr>
          <w:p w:rsidR="003655CA" w:rsidRPr="00F93F6E" w14:paraId="2668F1D4" w14:textId="77777777">
            <w:pPr>
              <w:spacing w:after="20"/>
              <w:jc w:val="center"/>
            </w:pPr>
            <w:r w:rsidRPr="00F93F6E">
              <w:rPr>
                <w:b/>
                <w:sz w:val="20"/>
              </w:rPr>
              <w:t>Prognozētais daudzums</w:t>
            </w:r>
          </w:p>
        </w:tc>
        <w:tc>
          <w:tcPr>
            <w:tcW w:w="1361" w:type="dxa"/>
            <w:shd w:val="clear" w:color="auto" w:fill="D9D9D9"/>
          </w:tcPr>
          <w:p w:rsidR="003655CA" w:rsidRPr="00F93F6E" w14:paraId="231222CA" w14:textId="77777777">
            <w:pPr>
              <w:spacing w:after="20"/>
              <w:jc w:val="center"/>
            </w:pPr>
            <w:r w:rsidRPr="00F93F6E">
              <w:rPr>
                <w:b/>
                <w:sz w:val="20"/>
              </w:rPr>
              <w:t>Vienības cena EUR bez PVN</w:t>
            </w:r>
          </w:p>
        </w:tc>
        <w:tc>
          <w:tcPr>
            <w:tcW w:w="1644" w:type="dxa"/>
            <w:shd w:val="clear" w:color="auto" w:fill="D9D9D9"/>
          </w:tcPr>
          <w:p w:rsidR="003655CA" w:rsidRPr="00F93F6E" w14:paraId="09CD71E2" w14:textId="77777777">
            <w:pPr>
              <w:spacing w:after="20"/>
              <w:jc w:val="center"/>
            </w:pPr>
            <w:r w:rsidRPr="00F93F6E">
              <w:rPr>
                <w:b/>
                <w:sz w:val="20"/>
              </w:rPr>
              <w:t>CENA EUR bez PVN (daudzums × vienības cena)</w:t>
            </w:r>
          </w:p>
        </w:tc>
      </w:tr>
      <w:tr w14:paraId="5EE7C312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  <w:shd w:val="clear" w:color="auto" w:fill="F2F2F2"/>
          </w:tcPr>
          <w:p w:rsidR="003655CA" w:rsidRPr="00F93F6E" w14:paraId="123A4659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504" w:type="dxa"/>
            <w:gridSpan w:val="5"/>
            <w:shd w:val="clear" w:color="auto" w:fill="F2F2F2"/>
          </w:tcPr>
          <w:p w:rsidR="003655CA" w:rsidRPr="00F93F6E" w14:paraId="60A96DD7" w14:textId="77777777">
            <w:pPr>
              <w:spacing w:after="20"/>
            </w:pPr>
            <w:r w:rsidRPr="00F93F6E">
              <w:rPr>
                <w:b/>
                <w:sz w:val="20"/>
              </w:rPr>
              <w:t>Medaļas</w:t>
            </w:r>
          </w:p>
        </w:tc>
      </w:tr>
      <w:tr w14:paraId="4C0A39DE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7C336DF1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1.1.</w:t>
            </w:r>
          </w:p>
        </w:tc>
        <w:tc>
          <w:tcPr>
            <w:tcW w:w="3458" w:type="dxa"/>
          </w:tcPr>
          <w:p w:rsidR="003655CA" w:rsidRPr="00F93F6E" w14:paraId="5C0D9FAC" w14:textId="77777777">
            <w:pPr>
              <w:spacing w:after="20"/>
            </w:pPr>
            <w:r w:rsidRPr="00F93F6E">
              <w:rPr>
                <w:sz w:val="20"/>
              </w:rPr>
              <w:t>Lielās medaļas (komplekts – zelta, sudraba un bronzas krāsas medaļa)</w:t>
            </w:r>
          </w:p>
        </w:tc>
        <w:tc>
          <w:tcPr>
            <w:tcW w:w="794" w:type="dxa"/>
          </w:tcPr>
          <w:p w:rsidR="003655CA" w:rsidRPr="00F93F6E" w14:paraId="11B383B2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kompl</w:t>
            </w:r>
            <w:r w:rsidRPr="00F93F6E">
              <w:rPr>
                <w:sz w:val="20"/>
              </w:rPr>
              <w:t>.</w:t>
            </w:r>
          </w:p>
        </w:tc>
        <w:tc>
          <w:tcPr>
            <w:tcW w:w="1247" w:type="dxa"/>
          </w:tcPr>
          <w:p w:rsidR="003655CA" w:rsidRPr="00F93F6E" w14:paraId="2ED000F5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160</w:t>
            </w:r>
          </w:p>
        </w:tc>
        <w:tc>
          <w:tcPr>
            <w:tcW w:w="1361" w:type="dxa"/>
          </w:tcPr>
          <w:p w:rsidR="003655CA" w:rsidRPr="00F93F6E" w14:paraId="7CC180CE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26775BD1" w14:textId="77777777">
            <w:pPr>
              <w:spacing w:after="20"/>
              <w:jc w:val="right"/>
            </w:pPr>
          </w:p>
        </w:tc>
      </w:tr>
      <w:tr w14:paraId="002D6069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3F5AC46D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1.2.</w:t>
            </w:r>
          </w:p>
        </w:tc>
        <w:tc>
          <w:tcPr>
            <w:tcW w:w="3458" w:type="dxa"/>
          </w:tcPr>
          <w:p w:rsidR="003655CA" w:rsidRPr="00F93F6E" w14:paraId="182E6E14" w14:textId="77777777">
            <w:pPr>
              <w:spacing w:after="20"/>
            </w:pPr>
            <w:r w:rsidRPr="00F93F6E">
              <w:rPr>
                <w:sz w:val="20"/>
              </w:rPr>
              <w:t>Vidējās medaļas (komplekts – zelta, sudraba un bronzas krāsas medaļa)</w:t>
            </w:r>
          </w:p>
        </w:tc>
        <w:tc>
          <w:tcPr>
            <w:tcW w:w="794" w:type="dxa"/>
          </w:tcPr>
          <w:p w:rsidR="003655CA" w:rsidRPr="00F93F6E" w14:paraId="4841BEFF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kompl</w:t>
            </w:r>
            <w:r w:rsidRPr="00F93F6E">
              <w:rPr>
                <w:sz w:val="20"/>
              </w:rPr>
              <w:t>.</w:t>
            </w:r>
          </w:p>
        </w:tc>
        <w:tc>
          <w:tcPr>
            <w:tcW w:w="1247" w:type="dxa"/>
          </w:tcPr>
          <w:p w:rsidR="003655CA" w:rsidRPr="00F93F6E" w14:paraId="1D490C4A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880</w:t>
            </w:r>
          </w:p>
        </w:tc>
        <w:tc>
          <w:tcPr>
            <w:tcW w:w="1361" w:type="dxa"/>
          </w:tcPr>
          <w:p w:rsidR="003655CA" w:rsidRPr="00F93F6E" w14:paraId="16692995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5B6D0388" w14:textId="77777777">
            <w:pPr>
              <w:spacing w:after="20"/>
              <w:jc w:val="right"/>
            </w:pPr>
          </w:p>
        </w:tc>
      </w:tr>
      <w:tr w14:paraId="655048FB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67D8541D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1.3.</w:t>
            </w:r>
          </w:p>
        </w:tc>
        <w:tc>
          <w:tcPr>
            <w:tcW w:w="3458" w:type="dxa"/>
          </w:tcPr>
          <w:p w:rsidR="003655CA" w:rsidRPr="00F93F6E" w14:paraId="711FD0AC" w14:textId="77777777">
            <w:pPr>
              <w:spacing w:after="20"/>
            </w:pPr>
            <w:r w:rsidRPr="00F93F6E">
              <w:rPr>
                <w:sz w:val="20"/>
              </w:rPr>
              <w:t>Mazās medaļas (komplekts – zelta, sudraba un bronzas krāsas medaļa)</w:t>
            </w:r>
          </w:p>
        </w:tc>
        <w:tc>
          <w:tcPr>
            <w:tcW w:w="794" w:type="dxa"/>
          </w:tcPr>
          <w:p w:rsidR="003655CA" w:rsidRPr="00F93F6E" w14:paraId="6C95538A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kompl</w:t>
            </w:r>
            <w:r w:rsidRPr="00F93F6E">
              <w:rPr>
                <w:sz w:val="20"/>
              </w:rPr>
              <w:t>.</w:t>
            </w:r>
          </w:p>
        </w:tc>
        <w:tc>
          <w:tcPr>
            <w:tcW w:w="1247" w:type="dxa"/>
          </w:tcPr>
          <w:p w:rsidR="003655CA" w:rsidRPr="00F93F6E" w14:paraId="37B2B51E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20</w:t>
            </w:r>
          </w:p>
        </w:tc>
        <w:tc>
          <w:tcPr>
            <w:tcW w:w="1361" w:type="dxa"/>
          </w:tcPr>
          <w:p w:rsidR="003655CA" w:rsidRPr="00F93F6E" w14:paraId="5DDB0D99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37A58E49" w14:textId="77777777">
            <w:pPr>
              <w:spacing w:after="20"/>
              <w:jc w:val="right"/>
            </w:pPr>
          </w:p>
        </w:tc>
      </w:tr>
      <w:tr w14:paraId="662F78AF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540CA371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1.4.</w:t>
            </w:r>
          </w:p>
        </w:tc>
        <w:tc>
          <w:tcPr>
            <w:tcW w:w="3458" w:type="dxa"/>
          </w:tcPr>
          <w:p w:rsidR="003655CA" w:rsidRPr="00F93F6E" w14:paraId="03E7133A" w14:textId="77777777">
            <w:pPr>
              <w:spacing w:after="20"/>
            </w:pPr>
            <w:r w:rsidRPr="00F93F6E">
              <w:rPr>
                <w:sz w:val="20"/>
              </w:rPr>
              <w:t>Lielo medaļu centri</w:t>
            </w:r>
          </w:p>
        </w:tc>
        <w:tc>
          <w:tcPr>
            <w:tcW w:w="794" w:type="dxa"/>
          </w:tcPr>
          <w:p w:rsidR="003655CA" w:rsidRPr="00F93F6E" w14:paraId="52D93E22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733182AE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480</w:t>
            </w:r>
          </w:p>
        </w:tc>
        <w:tc>
          <w:tcPr>
            <w:tcW w:w="1361" w:type="dxa"/>
          </w:tcPr>
          <w:p w:rsidR="003655CA" w:rsidRPr="00F93F6E" w14:paraId="4D6F2F5E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3D790131" w14:textId="77777777">
            <w:pPr>
              <w:spacing w:after="20"/>
              <w:jc w:val="right"/>
            </w:pPr>
          </w:p>
        </w:tc>
      </w:tr>
      <w:tr w14:paraId="7277662B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4635C124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1.5.</w:t>
            </w:r>
          </w:p>
        </w:tc>
        <w:tc>
          <w:tcPr>
            <w:tcW w:w="3458" w:type="dxa"/>
          </w:tcPr>
          <w:p w:rsidR="003655CA" w:rsidRPr="00F93F6E" w14:paraId="173F6DAE" w14:textId="77777777">
            <w:pPr>
              <w:spacing w:after="20"/>
            </w:pPr>
            <w:r w:rsidRPr="00F93F6E">
              <w:rPr>
                <w:sz w:val="20"/>
              </w:rPr>
              <w:t>Vidējo un mazo medaļu centri</w:t>
            </w:r>
          </w:p>
        </w:tc>
        <w:tc>
          <w:tcPr>
            <w:tcW w:w="794" w:type="dxa"/>
          </w:tcPr>
          <w:p w:rsidR="003655CA" w:rsidRPr="00F93F6E" w14:paraId="775F5964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1FF53F7A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2700</w:t>
            </w:r>
          </w:p>
        </w:tc>
        <w:tc>
          <w:tcPr>
            <w:tcW w:w="1361" w:type="dxa"/>
          </w:tcPr>
          <w:p w:rsidR="003655CA" w:rsidRPr="00F93F6E" w14:paraId="1E90DF66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36D708BF" w14:textId="77777777">
            <w:pPr>
              <w:spacing w:after="20"/>
              <w:jc w:val="right"/>
            </w:pPr>
          </w:p>
        </w:tc>
      </w:tr>
      <w:tr w14:paraId="5C5F4291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69977734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1.6.</w:t>
            </w:r>
          </w:p>
        </w:tc>
        <w:tc>
          <w:tcPr>
            <w:tcW w:w="3458" w:type="dxa"/>
          </w:tcPr>
          <w:p w:rsidR="003655CA" w:rsidRPr="00F93F6E" w14:paraId="72C50232" w14:textId="77777777">
            <w:pPr>
              <w:spacing w:after="20"/>
            </w:pPr>
            <w:r w:rsidRPr="00F93F6E">
              <w:rPr>
                <w:sz w:val="20"/>
              </w:rPr>
              <w:t>Medaļu lentes, šaurās</w:t>
            </w:r>
          </w:p>
        </w:tc>
        <w:tc>
          <w:tcPr>
            <w:tcW w:w="794" w:type="dxa"/>
          </w:tcPr>
          <w:p w:rsidR="003655CA" w:rsidRPr="00F93F6E" w14:paraId="0AF21F1E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05A08B8F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2700</w:t>
            </w:r>
          </w:p>
        </w:tc>
        <w:tc>
          <w:tcPr>
            <w:tcW w:w="1361" w:type="dxa"/>
          </w:tcPr>
          <w:p w:rsidR="003655CA" w:rsidRPr="00F93F6E" w14:paraId="7B168F43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2B8304E3" w14:textId="77777777">
            <w:pPr>
              <w:spacing w:after="20"/>
              <w:jc w:val="right"/>
            </w:pPr>
          </w:p>
        </w:tc>
      </w:tr>
      <w:tr w14:paraId="6A4C25F3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4D89A72A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1.7.</w:t>
            </w:r>
          </w:p>
        </w:tc>
        <w:tc>
          <w:tcPr>
            <w:tcW w:w="3458" w:type="dxa"/>
          </w:tcPr>
          <w:p w:rsidR="003655CA" w:rsidRPr="00F93F6E" w14:paraId="34DEE514" w14:textId="77777777">
            <w:pPr>
              <w:spacing w:after="20"/>
            </w:pPr>
            <w:r w:rsidRPr="00F93F6E">
              <w:rPr>
                <w:sz w:val="20"/>
              </w:rPr>
              <w:t>Medaļu lentes, platās</w:t>
            </w:r>
          </w:p>
        </w:tc>
        <w:tc>
          <w:tcPr>
            <w:tcW w:w="794" w:type="dxa"/>
          </w:tcPr>
          <w:p w:rsidR="003655CA" w:rsidRPr="00F93F6E" w14:paraId="6606FC8A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351336E4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480</w:t>
            </w:r>
          </w:p>
        </w:tc>
        <w:tc>
          <w:tcPr>
            <w:tcW w:w="1361" w:type="dxa"/>
          </w:tcPr>
          <w:p w:rsidR="003655CA" w:rsidRPr="00F93F6E" w14:paraId="3D2D8CDD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1781D16E" w14:textId="77777777">
            <w:pPr>
              <w:spacing w:after="20"/>
              <w:jc w:val="right"/>
            </w:pPr>
          </w:p>
        </w:tc>
      </w:tr>
      <w:tr w14:paraId="73BBDBD3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0658D5F0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1.8.</w:t>
            </w:r>
          </w:p>
        </w:tc>
        <w:tc>
          <w:tcPr>
            <w:tcW w:w="3458" w:type="dxa"/>
          </w:tcPr>
          <w:p w:rsidR="003655CA" w:rsidRPr="00F93F6E" w14:paraId="191418EE" w14:textId="77777777">
            <w:pPr>
              <w:spacing w:after="20"/>
            </w:pPr>
            <w:r w:rsidRPr="00F93F6E">
              <w:rPr>
                <w:sz w:val="20"/>
              </w:rPr>
              <w:t>Gravēšana medaļām</w:t>
            </w:r>
          </w:p>
        </w:tc>
        <w:tc>
          <w:tcPr>
            <w:tcW w:w="794" w:type="dxa"/>
          </w:tcPr>
          <w:p w:rsidR="003655CA" w:rsidRPr="00F93F6E" w14:paraId="330D138A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17B36E00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3180</w:t>
            </w:r>
          </w:p>
        </w:tc>
        <w:tc>
          <w:tcPr>
            <w:tcW w:w="1361" w:type="dxa"/>
          </w:tcPr>
          <w:p w:rsidR="003655CA" w:rsidRPr="00F93F6E" w14:paraId="598FB9CF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79D822CC" w14:textId="77777777">
            <w:pPr>
              <w:spacing w:after="20"/>
              <w:jc w:val="right"/>
            </w:pPr>
          </w:p>
        </w:tc>
      </w:tr>
      <w:tr w14:paraId="081BB652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  <w:shd w:val="clear" w:color="auto" w:fill="F2F2F2"/>
          </w:tcPr>
          <w:p w:rsidR="003655CA" w:rsidRPr="00F93F6E" w14:paraId="08ED2744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504" w:type="dxa"/>
            <w:gridSpan w:val="5"/>
            <w:shd w:val="clear" w:color="auto" w:fill="F2F2F2"/>
          </w:tcPr>
          <w:p w:rsidR="003655CA" w:rsidRPr="00F93F6E" w14:paraId="0D0807B1" w14:textId="77777777">
            <w:pPr>
              <w:spacing w:after="20"/>
            </w:pPr>
            <w:r w:rsidRPr="00F93F6E">
              <w:rPr>
                <w:b/>
                <w:sz w:val="20"/>
              </w:rPr>
              <w:t>Kausi</w:t>
            </w:r>
          </w:p>
        </w:tc>
      </w:tr>
      <w:tr w14:paraId="419F5C92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2A2E10ED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2.1.</w:t>
            </w:r>
          </w:p>
        </w:tc>
        <w:tc>
          <w:tcPr>
            <w:tcW w:w="3458" w:type="dxa"/>
          </w:tcPr>
          <w:p w:rsidR="003655CA" w:rsidRPr="00F93F6E" w14:paraId="444C2339" w14:textId="77777777">
            <w:pPr>
              <w:spacing w:after="20"/>
            </w:pPr>
            <w:r w:rsidRPr="00F93F6E">
              <w:rPr>
                <w:sz w:val="20"/>
              </w:rPr>
              <w:t>Lielie metāla kausi</w:t>
            </w:r>
          </w:p>
        </w:tc>
        <w:tc>
          <w:tcPr>
            <w:tcW w:w="794" w:type="dxa"/>
          </w:tcPr>
          <w:p w:rsidR="003655CA" w:rsidRPr="00F93F6E" w14:paraId="37F0145B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1049A7F3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25</w:t>
            </w:r>
          </w:p>
        </w:tc>
        <w:tc>
          <w:tcPr>
            <w:tcW w:w="1361" w:type="dxa"/>
          </w:tcPr>
          <w:p w:rsidR="003655CA" w:rsidRPr="00F93F6E" w14:paraId="74BCD44A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0B2911DF" w14:textId="77777777">
            <w:pPr>
              <w:spacing w:after="20"/>
              <w:jc w:val="right"/>
            </w:pPr>
          </w:p>
        </w:tc>
      </w:tr>
      <w:tr w14:paraId="01C2F422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19AF2E99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2.2.</w:t>
            </w:r>
          </w:p>
        </w:tc>
        <w:tc>
          <w:tcPr>
            <w:tcW w:w="3458" w:type="dxa"/>
          </w:tcPr>
          <w:p w:rsidR="003655CA" w:rsidRPr="00F93F6E" w14:paraId="709B6A16" w14:textId="17E9E171">
            <w:pPr>
              <w:spacing w:after="20"/>
            </w:pPr>
            <w:r w:rsidRPr="00F93F6E">
              <w:rPr>
                <w:sz w:val="20"/>
              </w:rPr>
              <w:t xml:space="preserve">Vidējie metāla kausi </w:t>
            </w:r>
          </w:p>
        </w:tc>
        <w:tc>
          <w:tcPr>
            <w:tcW w:w="794" w:type="dxa"/>
          </w:tcPr>
          <w:p w:rsidR="003655CA" w:rsidRPr="00F93F6E" w14:paraId="1541CB46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18200AE2" w14:textId="1C5E581D">
            <w:pPr>
              <w:spacing w:after="20"/>
              <w:jc w:val="center"/>
            </w:pPr>
            <w:r w:rsidRPr="00F93F6E">
              <w:rPr>
                <w:sz w:val="20"/>
              </w:rPr>
              <w:t>85</w:t>
            </w:r>
          </w:p>
        </w:tc>
        <w:tc>
          <w:tcPr>
            <w:tcW w:w="1361" w:type="dxa"/>
          </w:tcPr>
          <w:p w:rsidR="003655CA" w:rsidRPr="00F93F6E" w14:paraId="204E3A66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74231AAA" w14:textId="77777777">
            <w:pPr>
              <w:spacing w:after="20"/>
              <w:jc w:val="right"/>
            </w:pPr>
          </w:p>
        </w:tc>
      </w:tr>
      <w:tr w14:paraId="737AF204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056ECE61" w14:textId="2938CA7D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2.</w:t>
            </w:r>
            <w:r w:rsidRPr="00F93F6E" w:rsidR="001B10FB">
              <w:rPr>
                <w:sz w:val="20"/>
                <w:szCs w:val="20"/>
              </w:rPr>
              <w:t>3</w:t>
            </w:r>
            <w:r w:rsidRPr="00F93F6E">
              <w:rPr>
                <w:sz w:val="20"/>
                <w:szCs w:val="20"/>
              </w:rPr>
              <w:t>.</w:t>
            </w:r>
          </w:p>
        </w:tc>
        <w:tc>
          <w:tcPr>
            <w:tcW w:w="3458" w:type="dxa"/>
          </w:tcPr>
          <w:p w:rsidR="003655CA" w:rsidRPr="00F93F6E" w14:paraId="06F01B1C" w14:textId="7393AB54">
            <w:pPr>
              <w:spacing w:after="20"/>
            </w:pPr>
            <w:r w:rsidRPr="00F93F6E">
              <w:rPr>
                <w:sz w:val="20"/>
              </w:rPr>
              <w:t xml:space="preserve">Mazie metāla kausi </w:t>
            </w:r>
          </w:p>
        </w:tc>
        <w:tc>
          <w:tcPr>
            <w:tcW w:w="794" w:type="dxa"/>
          </w:tcPr>
          <w:p w:rsidR="003655CA" w:rsidRPr="00F93F6E" w14:paraId="444CB9AB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4E7BAD50" w14:textId="5F316D51">
            <w:pPr>
              <w:spacing w:after="20"/>
              <w:jc w:val="center"/>
            </w:pPr>
            <w:r w:rsidRPr="00F93F6E">
              <w:rPr>
                <w:sz w:val="20"/>
              </w:rPr>
              <w:t>70</w:t>
            </w:r>
          </w:p>
        </w:tc>
        <w:tc>
          <w:tcPr>
            <w:tcW w:w="1361" w:type="dxa"/>
          </w:tcPr>
          <w:p w:rsidR="003655CA" w:rsidRPr="00F93F6E" w14:paraId="79B4A7E2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2299706E" w14:textId="77777777">
            <w:pPr>
              <w:spacing w:after="20"/>
              <w:jc w:val="right"/>
            </w:pPr>
          </w:p>
        </w:tc>
      </w:tr>
      <w:tr w14:paraId="317D1838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163476A5" w14:textId="25243269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2.</w:t>
            </w:r>
            <w:r w:rsidRPr="00F93F6E" w:rsidR="001B10FB">
              <w:rPr>
                <w:sz w:val="20"/>
                <w:szCs w:val="20"/>
              </w:rPr>
              <w:t>4</w:t>
            </w:r>
            <w:r w:rsidRPr="00F93F6E">
              <w:rPr>
                <w:sz w:val="20"/>
                <w:szCs w:val="20"/>
              </w:rPr>
              <w:t>.</w:t>
            </w:r>
          </w:p>
        </w:tc>
        <w:tc>
          <w:tcPr>
            <w:tcW w:w="3458" w:type="dxa"/>
          </w:tcPr>
          <w:p w:rsidR="003655CA" w:rsidRPr="00F93F6E" w14:paraId="75B84DD0" w14:textId="214A46C8">
            <w:pPr>
              <w:spacing w:after="20"/>
            </w:pPr>
            <w:r w:rsidRPr="00F93F6E">
              <w:rPr>
                <w:sz w:val="20"/>
              </w:rPr>
              <w:t xml:space="preserve">Kausa centrs, </w:t>
            </w:r>
            <w:r w:rsidRPr="00F93F6E" w:rsidR="001B10FB">
              <w:rPr>
                <w:sz w:val="20"/>
              </w:rPr>
              <w:t xml:space="preserve">50 </w:t>
            </w:r>
            <w:r w:rsidRPr="00F93F6E">
              <w:rPr>
                <w:sz w:val="20"/>
              </w:rPr>
              <w:t>mm</w:t>
            </w:r>
          </w:p>
        </w:tc>
        <w:tc>
          <w:tcPr>
            <w:tcW w:w="794" w:type="dxa"/>
          </w:tcPr>
          <w:p w:rsidR="003655CA" w:rsidRPr="00F93F6E" w14:paraId="3A8E1568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77D7FF89" w14:textId="1F85249A">
            <w:pPr>
              <w:spacing w:after="20"/>
              <w:jc w:val="center"/>
            </w:pPr>
            <w:r w:rsidRPr="00F93F6E">
              <w:rPr>
                <w:sz w:val="20"/>
              </w:rPr>
              <w:t>25</w:t>
            </w:r>
          </w:p>
        </w:tc>
        <w:tc>
          <w:tcPr>
            <w:tcW w:w="1361" w:type="dxa"/>
          </w:tcPr>
          <w:p w:rsidR="003655CA" w:rsidRPr="00F93F6E" w14:paraId="347312EC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3DA9ADCB" w14:textId="77777777">
            <w:pPr>
              <w:spacing w:after="20"/>
              <w:jc w:val="right"/>
            </w:pPr>
          </w:p>
        </w:tc>
      </w:tr>
      <w:tr w14:paraId="6A6F8F3F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2716DD29" w14:textId="5D651024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2.</w:t>
            </w:r>
            <w:r w:rsidRPr="00F93F6E" w:rsidR="001B10FB">
              <w:rPr>
                <w:sz w:val="20"/>
                <w:szCs w:val="20"/>
              </w:rPr>
              <w:t>5</w:t>
            </w:r>
            <w:r w:rsidRPr="00F93F6E">
              <w:rPr>
                <w:sz w:val="20"/>
                <w:szCs w:val="20"/>
              </w:rPr>
              <w:t>.</w:t>
            </w:r>
          </w:p>
        </w:tc>
        <w:tc>
          <w:tcPr>
            <w:tcW w:w="3458" w:type="dxa"/>
          </w:tcPr>
          <w:p w:rsidR="003655CA" w:rsidRPr="00F93F6E" w14:paraId="332F25F1" w14:textId="05387813">
            <w:pPr>
              <w:spacing w:after="20"/>
            </w:pPr>
            <w:r w:rsidRPr="00F93F6E">
              <w:rPr>
                <w:sz w:val="20"/>
              </w:rPr>
              <w:t xml:space="preserve">Kausa centrs, </w:t>
            </w:r>
            <w:r w:rsidRPr="00F93F6E" w:rsidR="001B10FB">
              <w:rPr>
                <w:sz w:val="20"/>
              </w:rPr>
              <w:t>2</w:t>
            </w:r>
            <w:r w:rsidRPr="00F93F6E">
              <w:rPr>
                <w:sz w:val="20"/>
              </w:rPr>
              <w:t>5 mm</w:t>
            </w:r>
          </w:p>
        </w:tc>
        <w:tc>
          <w:tcPr>
            <w:tcW w:w="794" w:type="dxa"/>
          </w:tcPr>
          <w:p w:rsidR="003655CA" w:rsidRPr="00F93F6E" w14:paraId="32CF634C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59211ECB" w14:textId="38D89E11">
            <w:pPr>
              <w:spacing w:after="20"/>
              <w:jc w:val="center"/>
            </w:pPr>
            <w:r w:rsidRPr="00F93F6E">
              <w:rPr>
                <w:sz w:val="20"/>
              </w:rPr>
              <w:t>155</w:t>
            </w:r>
          </w:p>
        </w:tc>
        <w:tc>
          <w:tcPr>
            <w:tcW w:w="1361" w:type="dxa"/>
          </w:tcPr>
          <w:p w:rsidR="003655CA" w:rsidRPr="00F93F6E" w14:paraId="66A736D3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37EF17C4" w14:textId="77777777">
            <w:pPr>
              <w:spacing w:after="20"/>
              <w:jc w:val="right"/>
            </w:pPr>
          </w:p>
        </w:tc>
      </w:tr>
      <w:tr w14:paraId="085B7C3C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54D743F2" w14:textId="0B16720B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2.</w:t>
            </w:r>
            <w:r w:rsidRPr="00F93F6E" w:rsidR="001B10FB">
              <w:rPr>
                <w:sz w:val="20"/>
                <w:szCs w:val="20"/>
              </w:rPr>
              <w:t>6</w:t>
            </w:r>
            <w:r w:rsidRPr="00F93F6E">
              <w:rPr>
                <w:sz w:val="20"/>
                <w:szCs w:val="20"/>
              </w:rPr>
              <w:t>.</w:t>
            </w:r>
          </w:p>
        </w:tc>
        <w:tc>
          <w:tcPr>
            <w:tcW w:w="3458" w:type="dxa"/>
          </w:tcPr>
          <w:p w:rsidR="003655CA" w:rsidRPr="00F93F6E" w14:paraId="61566F82" w14:textId="77777777">
            <w:pPr>
              <w:spacing w:after="20"/>
            </w:pPr>
            <w:r w:rsidRPr="00F93F6E">
              <w:rPr>
                <w:sz w:val="20"/>
              </w:rPr>
              <w:t>Gravēšana kausiem</w:t>
            </w:r>
          </w:p>
        </w:tc>
        <w:tc>
          <w:tcPr>
            <w:tcW w:w="794" w:type="dxa"/>
          </w:tcPr>
          <w:p w:rsidR="003655CA" w:rsidRPr="00F93F6E" w14:paraId="4C00AAD6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50A6C110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180</w:t>
            </w:r>
          </w:p>
        </w:tc>
        <w:tc>
          <w:tcPr>
            <w:tcW w:w="1361" w:type="dxa"/>
          </w:tcPr>
          <w:p w:rsidR="003655CA" w:rsidRPr="00F93F6E" w14:paraId="28495D2E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21886370" w14:textId="77777777">
            <w:pPr>
              <w:spacing w:after="20"/>
              <w:jc w:val="right"/>
            </w:pPr>
          </w:p>
        </w:tc>
      </w:tr>
      <w:tr w14:paraId="649F33F4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  <w:shd w:val="clear" w:color="auto" w:fill="F2F2F2"/>
          </w:tcPr>
          <w:p w:rsidR="003655CA" w:rsidRPr="00F93F6E" w14:paraId="38B9B448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504" w:type="dxa"/>
            <w:gridSpan w:val="5"/>
            <w:shd w:val="clear" w:color="auto" w:fill="F2F2F2"/>
          </w:tcPr>
          <w:p w:rsidR="003655CA" w:rsidRPr="00F93F6E" w14:paraId="4746079F" w14:textId="77777777">
            <w:pPr>
              <w:spacing w:after="20"/>
            </w:pPr>
            <w:r w:rsidRPr="00F93F6E">
              <w:rPr>
                <w:b/>
                <w:sz w:val="20"/>
              </w:rPr>
              <w:t>Figūras</w:t>
            </w:r>
          </w:p>
        </w:tc>
      </w:tr>
      <w:tr w14:paraId="0D44174A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4A9905A3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3.1.</w:t>
            </w:r>
          </w:p>
        </w:tc>
        <w:tc>
          <w:tcPr>
            <w:tcW w:w="3458" w:type="dxa"/>
          </w:tcPr>
          <w:p w:rsidR="003655CA" w:rsidRPr="00F93F6E" w14:paraId="6B7A0A90" w14:textId="77777777">
            <w:pPr>
              <w:spacing w:after="20"/>
            </w:pPr>
            <w:r w:rsidRPr="00F93F6E">
              <w:rPr>
                <w:sz w:val="20"/>
              </w:rPr>
              <w:t>Lielās mastikas figūras</w:t>
            </w:r>
          </w:p>
        </w:tc>
        <w:tc>
          <w:tcPr>
            <w:tcW w:w="794" w:type="dxa"/>
          </w:tcPr>
          <w:p w:rsidR="003655CA" w:rsidRPr="00F93F6E" w14:paraId="43F43A09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0B6351B3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6</w:t>
            </w:r>
          </w:p>
        </w:tc>
        <w:tc>
          <w:tcPr>
            <w:tcW w:w="1361" w:type="dxa"/>
          </w:tcPr>
          <w:p w:rsidR="003655CA" w:rsidRPr="00F93F6E" w14:paraId="7C41FF1D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0AE4F97E" w14:textId="77777777">
            <w:pPr>
              <w:spacing w:after="20"/>
              <w:jc w:val="right"/>
            </w:pPr>
          </w:p>
        </w:tc>
      </w:tr>
      <w:tr w14:paraId="429CB72B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083E346C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3.2.</w:t>
            </w:r>
          </w:p>
        </w:tc>
        <w:tc>
          <w:tcPr>
            <w:tcW w:w="3458" w:type="dxa"/>
          </w:tcPr>
          <w:p w:rsidR="003655CA" w:rsidRPr="00F93F6E" w14:paraId="556DD219" w14:textId="77777777">
            <w:pPr>
              <w:spacing w:after="20"/>
            </w:pPr>
            <w:r w:rsidRPr="00F93F6E">
              <w:rPr>
                <w:sz w:val="20"/>
              </w:rPr>
              <w:t>Mazās mastikas figūras</w:t>
            </w:r>
          </w:p>
        </w:tc>
        <w:tc>
          <w:tcPr>
            <w:tcW w:w="794" w:type="dxa"/>
          </w:tcPr>
          <w:p w:rsidR="003655CA" w:rsidRPr="00F93F6E" w14:paraId="7121F221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3E52CF27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6</w:t>
            </w:r>
          </w:p>
        </w:tc>
        <w:tc>
          <w:tcPr>
            <w:tcW w:w="1361" w:type="dxa"/>
          </w:tcPr>
          <w:p w:rsidR="003655CA" w:rsidRPr="00F93F6E" w14:paraId="09E1EC0E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3B29833E" w14:textId="77777777">
            <w:pPr>
              <w:spacing w:after="20"/>
              <w:jc w:val="right"/>
            </w:pPr>
          </w:p>
        </w:tc>
      </w:tr>
      <w:tr w14:paraId="56B52B15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112BB7B4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3.3.</w:t>
            </w:r>
          </w:p>
        </w:tc>
        <w:tc>
          <w:tcPr>
            <w:tcW w:w="3458" w:type="dxa"/>
          </w:tcPr>
          <w:p w:rsidR="003655CA" w:rsidRPr="00F93F6E" w14:paraId="55332804" w14:textId="77777777">
            <w:pPr>
              <w:spacing w:after="20"/>
            </w:pPr>
            <w:r w:rsidRPr="00F93F6E">
              <w:rPr>
                <w:sz w:val="20"/>
              </w:rPr>
              <w:t>Gravēšana figūrām</w:t>
            </w:r>
          </w:p>
        </w:tc>
        <w:tc>
          <w:tcPr>
            <w:tcW w:w="794" w:type="dxa"/>
          </w:tcPr>
          <w:p w:rsidR="003655CA" w:rsidRPr="00F93F6E" w14:paraId="26930110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709C93F5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12</w:t>
            </w:r>
          </w:p>
        </w:tc>
        <w:tc>
          <w:tcPr>
            <w:tcW w:w="1361" w:type="dxa"/>
          </w:tcPr>
          <w:p w:rsidR="003655CA" w:rsidRPr="00F93F6E" w14:paraId="41E51358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0C23DBD5" w14:textId="77777777">
            <w:pPr>
              <w:spacing w:after="20"/>
              <w:jc w:val="right"/>
            </w:pPr>
          </w:p>
        </w:tc>
      </w:tr>
      <w:tr w14:paraId="2903A160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  <w:shd w:val="clear" w:color="auto" w:fill="F2F2F2"/>
          </w:tcPr>
          <w:p w:rsidR="003655CA" w:rsidRPr="00F93F6E" w14:paraId="7F42A103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504" w:type="dxa"/>
            <w:gridSpan w:val="5"/>
            <w:shd w:val="clear" w:color="auto" w:fill="F2F2F2"/>
          </w:tcPr>
          <w:p w:rsidR="003655CA" w:rsidRPr="00F93F6E" w14:paraId="3A27EEDF" w14:textId="77777777">
            <w:pPr>
              <w:spacing w:after="20"/>
            </w:pPr>
            <w:r w:rsidRPr="00F93F6E">
              <w:rPr>
                <w:b/>
                <w:sz w:val="20"/>
              </w:rPr>
              <w:t>Dekori</w:t>
            </w:r>
          </w:p>
        </w:tc>
      </w:tr>
      <w:tr w14:paraId="04161D70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655CA" w:rsidRPr="00F93F6E" w14:paraId="0B52BAD7" w14:textId="77777777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4.1.</w:t>
            </w:r>
          </w:p>
        </w:tc>
        <w:tc>
          <w:tcPr>
            <w:tcW w:w="3458" w:type="dxa"/>
          </w:tcPr>
          <w:p w:rsidR="003655CA" w:rsidRPr="00F93F6E" w14:paraId="7FD69135" w14:textId="0B2169E8">
            <w:pPr>
              <w:spacing w:after="20"/>
            </w:pPr>
            <w:r w:rsidRPr="00F93F6E">
              <w:rPr>
                <w:sz w:val="20"/>
              </w:rPr>
              <w:t>Stikla dekors</w:t>
            </w:r>
          </w:p>
        </w:tc>
        <w:tc>
          <w:tcPr>
            <w:tcW w:w="794" w:type="dxa"/>
          </w:tcPr>
          <w:p w:rsidR="003655CA" w:rsidRPr="00F93F6E" w14:paraId="658DACEA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655CA" w:rsidRPr="00F93F6E" w14:paraId="072F8738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15</w:t>
            </w:r>
          </w:p>
        </w:tc>
        <w:tc>
          <w:tcPr>
            <w:tcW w:w="1361" w:type="dxa"/>
          </w:tcPr>
          <w:p w:rsidR="003655CA" w:rsidRPr="00F93F6E" w14:paraId="45632CA3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655CA" w:rsidRPr="00F93F6E" w14:paraId="08B43306" w14:textId="77777777">
            <w:pPr>
              <w:spacing w:after="20"/>
              <w:jc w:val="right"/>
            </w:pPr>
          </w:p>
        </w:tc>
      </w:tr>
      <w:tr w14:paraId="5A3BC6BB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1B10FB" w:rsidRPr="00F93F6E" w:rsidP="001B10FB" w14:paraId="74FBA3A4" w14:textId="2EE53532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4.2.</w:t>
            </w:r>
          </w:p>
        </w:tc>
        <w:tc>
          <w:tcPr>
            <w:tcW w:w="3458" w:type="dxa"/>
          </w:tcPr>
          <w:p w:rsidR="001B10FB" w:rsidRPr="00F93F6E" w:rsidP="001B10FB" w14:paraId="74C1BB44" w14:textId="615AB60A">
            <w:pPr>
              <w:spacing w:after="20"/>
              <w:rPr>
                <w:sz w:val="20"/>
              </w:rPr>
            </w:pPr>
            <w:r w:rsidRPr="00F93F6E">
              <w:rPr>
                <w:sz w:val="20"/>
              </w:rPr>
              <w:t>Akrila stikla dekors</w:t>
            </w:r>
          </w:p>
        </w:tc>
        <w:tc>
          <w:tcPr>
            <w:tcW w:w="794" w:type="dxa"/>
          </w:tcPr>
          <w:p w:rsidR="001B10FB" w:rsidRPr="00F93F6E" w:rsidP="001B10FB" w14:paraId="473A2719" w14:textId="697D4694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1B10FB" w:rsidRPr="00F93F6E" w:rsidP="001B10FB" w14:paraId="1CFACC9D" w14:textId="36729024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15</w:t>
            </w:r>
          </w:p>
        </w:tc>
        <w:tc>
          <w:tcPr>
            <w:tcW w:w="1361" w:type="dxa"/>
          </w:tcPr>
          <w:p w:rsidR="001B10FB" w:rsidRPr="00F93F6E" w:rsidP="001B10FB" w14:paraId="5C887767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1B10FB" w:rsidRPr="00F93F6E" w:rsidP="001B10FB" w14:paraId="7A59987C" w14:textId="77777777">
            <w:pPr>
              <w:spacing w:after="20"/>
              <w:jc w:val="right"/>
            </w:pPr>
          </w:p>
        </w:tc>
      </w:tr>
      <w:tr w14:paraId="7A8E5AA7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1B10FB" w:rsidRPr="00F93F6E" w:rsidP="001B10FB" w14:paraId="5F740443" w14:textId="2A367F61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4.3.</w:t>
            </w:r>
          </w:p>
        </w:tc>
        <w:tc>
          <w:tcPr>
            <w:tcW w:w="3458" w:type="dxa"/>
          </w:tcPr>
          <w:p w:rsidR="001B10FB" w:rsidRPr="00F93F6E" w:rsidP="001B10FB" w14:paraId="00D46F7C" w14:textId="77777777">
            <w:pPr>
              <w:spacing w:after="20"/>
            </w:pPr>
            <w:r w:rsidRPr="00F93F6E">
              <w:rPr>
                <w:sz w:val="20"/>
              </w:rPr>
              <w:t>Galda dekors</w:t>
            </w:r>
          </w:p>
        </w:tc>
        <w:tc>
          <w:tcPr>
            <w:tcW w:w="794" w:type="dxa"/>
          </w:tcPr>
          <w:p w:rsidR="001B10FB" w:rsidRPr="00F93F6E" w:rsidP="001B10FB" w14:paraId="70C5A629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1B10FB" w:rsidRPr="00F93F6E" w:rsidP="001B10FB" w14:paraId="698462FC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5</w:t>
            </w:r>
          </w:p>
        </w:tc>
        <w:tc>
          <w:tcPr>
            <w:tcW w:w="1361" w:type="dxa"/>
          </w:tcPr>
          <w:p w:rsidR="001B10FB" w:rsidRPr="00F93F6E" w:rsidP="001B10FB" w14:paraId="16D65F1A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1B10FB" w:rsidRPr="00F93F6E" w:rsidP="001B10FB" w14:paraId="390B1E18" w14:textId="77777777">
            <w:pPr>
              <w:spacing w:after="20"/>
              <w:jc w:val="right"/>
            </w:pPr>
          </w:p>
        </w:tc>
      </w:tr>
      <w:tr w14:paraId="383B6BB0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1B10FB" w:rsidRPr="00F93F6E" w:rsidP="001B10FB" w14:paraId="4238B400" w14:textId="6C36E751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4.4.</w:t>
            </w:r>
          </w:p>
        </w:tc>
        <w:tc>
          <w:tcPr>
            <w:tcW w:w="3458" w:type="dxa"/>
          </w:tcPr>
          <w:p w:rsidR="001B10FB" w:rsidRPr="00F93F6E" w:rsidP="001B10FB" w14:paraId="145E3D3E" w14:textId="77777777">
            <w:pPr>
              <w:spacing w:after="20"/>
            </w:pPr>
            <w:r w:rsidRPr="00F93F6E">
              <w:rPr>
                <w:sz w:val="20"/>
              </w:rPr>
              <w:t>Gravēšana dekoriem</w:t>
            </w:r>
          </w:p>
        </w:tc>
        <w:tc>
          <w:tcPr>
            <w:tcW w:w="794" w:type="dxa"/>
          </w:tcPr>
          <w:p w:rsidR="001B10FB" w:rsidRPr="00F93F6E" w:rsidP="001B10FB" w14:paraId="7E6033CF" w14:textId="77777777">
            <w:pPr>
              <w:spacing w:after="20"/>
              <w:jc w:val="center"/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1B10FB" w:rsidRPr="00F93F6E" w:rsidP="001B10FB" w14:paraId="4BB0868F" w14:textId="6A787CD8">
            <w:pPr>
              <w:spacing w:after="20"/>
              <w:jc w:val="center"/>
            </w:pPr>
            <w:r w:rsidRPr="00F93F6E">
              <w:rPr>
                <w:sz w:val="20"/>
              </w:rPr>
              <w:t>40</w:t>
            </w:r>
          </w:p>
        </w:tc>
        <w:tc>
          <w:tcPr>
            <w:tcW w:w="1361" w:type="dxa"/>
          </w:tcPr>
          <w:p w:rsidR="001B10FB" w:rsidRPr="00F93F6E" w:rsidP="001B10FB" w14:paraId="4E26E740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1B10FB" w:rsidRPr="00F93F6E" w:rsidP="001B10FB" w14:paraId="45827125" w14:textId="77777777">
            <w:pPr>
              <w:spacing w:after="20"/>
              <w:jc w:val="right"/>
            </w:pPr>
          </w:p>
        </w:tc>
      </w:tr>
      <w:tr w14:paraId="004FC645" w14:textId="77777777" w:rsidTr="003A13D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  <w:shd w:val="clear" w:color="auto" w:fill="F2F2F2" w:themeFill="background1" w:themeFillShade="F2"/>
          </w:tcPr>
          <w:p w:rsidR="003A13D7" w:rsidRPr="00F93F6E" w:rsidP="001B10FB" w14:paraId="0423080A" w14:textId="5823A63A">
            <w:pPr>
              <w:spacing w:after="20"/>
              <w:rPr>
                <w:b/>
                <w:bCs/>
                <w:sz w:val="20"/>
                <w:szCs w:val="20"/>
              </w:rPr>
            </w:pPr>
            <w:r w:rsidRPr="00F93F6E"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8504" w:type="dxa"/>
            <w:gridSpan w:val="5"/>
            <w:shd w:val="clear" w:color="auto" w:fill="F2F2F2" w:themeFill="background1" w:themeFillShade="F2"/>
          </w:tcPr>
          <w:p w:rsidR="007C53D6" w:rsidRPr="00F93F6E" w:rsidP="003A13D7" w14:paraId="681E1B45" w14:textId="77777777">
            <w:pPr>
              <w:spacing w:after="20"/>
              <w:rPr>
                <w:b/>
                <w:bCs/>
                <w:sz w:val="20"/>
              </w:rPr>
            </w:pPr>
            <w:r w:rsidRPr="00F93F6E">
              <w:rPr>
                <w:b/>
                <w:bCs/>
                <w:sz w:val="20"/>
              </w:rPr>
              <w:t xml:space="preserve">Citi sporta apbalvojumi </w:t>
            </w:r>
          </w:p>
          <w:p w:rsidR="003A13D7" w:rsidRPr="00F93F6E" w:rsidP="003A13D7" w14:paraId="4505886E" w14:textId="47321A0C">
            <w:pPr>
              <w:spacing w:after="20"/>
              <w:rPr>
                <w:b/>
                <w:bCs/>
              </w:rPr>
            </w:pPr>
            <w:r w:rsidRPr="00F93F6E">
              <w:rPr>
                <w:b/>
                <w:bCs/>
                <w:sz w:val="20"/>
              </w:rPr>
              <w:t>(Pasūtītāja iesniegtu priekšmetu personalizēšana, specifikācijas 2.1.2. apakšpunkts)</w:t>
            </w:r>
          </w:p>
        </w:tc>
      </w:tr>
      <w:tr w14:paraId="3B700D13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A13D7" w:rsidRPr="00F93F6E" w:rsidP="001B10FB" w14:paraId="3144BB97" w14:textId="1EDE1A5E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5.1.</w:t>
            </w:r>
          </w:p>
        </w:tc>
        <w:tc>
          <w:tcPr>
            <w:tcW w:w="3458" w:type="dxa"/>
          </w:tcPr>
          <w:p w:rsidR="003A13D7" w:rsidRPr="00F93F6E" w:rsidP="001B10FB" w14:paraId="34DD5CA8" w14:textId="3130BC6A">
            <w:pPr>
              <w:spacing w:after="20"/>
              <w:rPr>
                <w:sz w:val="20"/>
              </w:rPr>
            </w:pPr>
            <w:r w:rsidRPr="00F93F6E">
              <w:rPr>
                <w:sz w:val="20"/>
              </w:rPr>
              <w:t>Metāla priekšmeta personalizēšana</w:t>
            </w:r>
          </w:p>
        </w:tc>
        <w:tc>
          <w:tcPr>
            <w:tcW w:w="794" w:type="dxa"/>
          </w:tcPr>
          <w:p w:rsidR="003A13D7" w:rsidRPr="00F93F6E" w:rsidP="001B10FB" w14:paraId="2B3879D7" w14:textId="567EAFB8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A13D7" w:rsidRPr="00F93F6E" w:rsidP="001B10FB" w14:paraId="30A6FAA8" w14:textId="1F3177D9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40</w:t>
            </w:r>
          </w:p>
        </w:tc>
        <w:tc>
          <w:tcPr>
            <w:tcW w:w="1361" w:type="dxa"/>
          </w:tcPr>
          <w:p w:rsidR="003A13D7" w:rsidRPr="00F93F6E" w:rsidP="001B10FB" w14:paraId="10EAD8CC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A13D7" w:rsidRPr="00F93F6E" w:rsidP="001B10FB" w14:paraId="1C8BD4D1" w14:textId="77777777">
            <w:pPr>
              <w:spacing w:after="20"/>
              <w:jc w:val="right"/>
            </w:pPr>
          </w:p>
        </w:tc>
      </w:tr>
      <w:tr w14:paraId="5016943A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A13D7" w:rsidRPr="00F93F6E" w:rsidP="001B10FB" w14:paraId="13A6A3F8" w14:textId="4FD9CE39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5.2.</w:t>
            </w:r>
          </w:p>
        </w:tc>
        <w:tc>
          <w:tcPr>
            <w:tcW w:w="3458" w:type="dxa"/>
          </w:tcPr>
          <w:p w:rsidR="003A13D7" w:rsidRPr="00F93F6E" w:rsidP="001B10FB" w14:paraId="7AED1012" w14:textId="475E845F">
            <w:pPr>
              <w:spacing w:after="20"/>
              <w:rPr>
                <w:sz w:val="20"/>
              </w:rPr>
            </w:pPr>
            <w:r w:rsidRPr="00F93F6E">
              <w:rPr>
                <w:rFonts w:cs="Arial"/>
                <w:sz w:val="20"/>
                <w:szCs w:val="20"/>
              </w:rPr>
              <w:t>Koka priekšmeta personalizēšana</w:t>
            </w:r>
          </w:p>
        </w:tc>
        <w:tc>
          <w:tcPr>
            <w:tcW w:w="794" w:type="dxa"/>
          </w:tcPr>
          <w:p w:rsidR="003A13D7" w:rsidRPr="00F93F6E" w:rsidP="001B10FB" w14:paraId="738E7E78" w14:textId="5527FDA9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A13D7" w:rsidRPr="00F93F6E" w:rsidP="001B10FB" w14:paraId="3C96AC38" w14:textId="00308537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30</w:t>
            </w:r>
          </w:p>
        </w:tc>
        <w:tc>
          <w:tcPr>
            <w:tcW w:w="1361" w:type="dxa"/>
          </w:tcPr>
          <w:p w:rsidR="003A13D7" w:rsidRPr="00F93F6E" w:rsidP="001B10FB" w14:paraId="7B59A619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A13D7" w:rsidRPr="00F93F6E" w:rsidP="001B10FB" w14:paraId="39461168" w14:textId="77777777">
            <w:pPr>
              <w:spacing w:after="20"/>
              <w:jc w:val="right"/>
            </w:pPr>
          </w:p>
        </w:tc>
      </w:tr>
      <w:tr w14:paraId="6281EAE5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A13D7" w:rsidRPr="00F93F6E" w:rsidP="001B10FB" w14:paraId="0B3FDEA1" w14:textId="47B8533F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5.3.</w:t>
            </w:r>
          </w:p>
        </w:tc>
        <w:tc>
          <w:tcPr>
            <w:tcW w:w="3458" w:type="dxa"/>
          </w:tcPr>
          <w:p w:rsidR="003A13D7" w:rsidRPr="00F93F6E" w:rsidP="001B10FB" w14:paraId="2C4C8834" w14:textId="23D35E6E">
            <w:pPr>
              <w:spacing w:after="20"/>
              <w:rPr>
                <w:sz w:val="20"/>
              </w:rPr>
            </w:pPr>
            <w:r w:rsidRPr="00F93F6E">
              <w:rPr>
                <w:rFonts w:cs="Arial"/>
                <w:sz w:val="20"/>
                <w:szCs w:val="20"/>
              </w:rPr>
              <w:t>Koka priekšmeta personalizēšana</w:t>
            </w:r>
          </w:p>
        </w:tc>
        <w:tc>
          <w:tcPr>
            <w:tcW w:w="794" w:type="dxa"/>
          </w:tcPr>
          <w:p w:rsidR="003A13D7" w:rsidRPr="00F93F6E" w:rsidP="001B10FB" w14:paraId="0F11F1D5" w14:textId="5EE7D727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A13D7" w:rsidRPr="00F93F6E" w:rsidP="001B10FB" w14:paraId="3E774209" w14:textId="409B563F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20</w:t>
            </w:r>
          </w:p>
        </w:tc>
        <w:tc>
          <w:tcPr>
            <w:tcW w:w="1361" w:type="dxa"/>
          </w:tcPr>
          <w:p w:rsidR="003A13D7" w:rsidRPr="00F93F6E" w:rsidP="001B10FB" w14:paraId="002D1BF4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A13D7" w:rsidRPr="00F93F6E" w:rsidP="001B10FB" w14:paraId="5D961A75" w14:textId="77777777">
            <w:pPr>
              <w:spacing w:after="20"/>
              <w:jc w:val="right"/>
            </w:pPr>
          </w:p>
        </w:tc>
      </w:tr>
      <w:tr w14:paraId="0280B63E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A13D7" w:rsidRPr="00F93F6E" w:rsidP="001B10FB" w14:paraId="55C47B86" w14:textId="7F9F999A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5.4</w:t>
            </w:r>
          </w:p>
        </w:tc>
        <w:tc>
          <w:tcPr>
            <w:tcW w:w="3458" w:type="dxa"/>
          </w:tcPr>
          <w:p w:rsidR="003A13D7" w:rsidRPr="00F93F6E" w:rsidP="001B10FB" w14:paraId="6DC3AF46" w14:textId="3FFA440D">
            <w:pPr>
              <w:spacing w:after="20"/>
              <w:rPr>
                <w:sz w:val="20"/>
              </w:rPr>
            </w:pPr>
            <w:r w:rsidRPr="00F93F6E">
              <w:rPr>
                <w:rFonts w:cs="Arial"/>
                <w:sz w:val="20"/>
                <w:szCs w:val="20"/>
              </w:rPr>
              <w:t>Auduma (tekstila) priekšmeta personalizēšana</w:t>
            </w:r>
          </w:p>
        </w:tc>
        <w:tc>
          <w:tcPr>
            <w:tcW w:w="794" w:type="dxa"/>
          </w:tcPr>
          <w:p w:rsidR="003A13D7" w:rsidRPr="00F93F6E" w:rsidP="001B10FB" w14:paraId="07280A58" w14:textId="7F35CB48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A13D7" w:rsidRPr="00F93F6E" w:rsidP="001B10FB" w14:paraId="26217377" w14:textId="542AD3CF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50</w:t>
            </w:r>
          </w:p>
        </w:tc>
        <w:tc>
          <w:tcPr>
            <w:tcW w:w="1361" w:type="dxa"/>
          </w:tcPr>
          <w:p w:rsidR="003A13D7" w:rsidRPr="00F93F6E" w:rsidP="001B10FB" w14:paraId="6C57571F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A13D7" w:rsidRPr="00F93F6E" w:rsidP="001B10FB" w14:paraId="6DB6379F" w14:textId="77777777">
            <w:pPr>
              <w:spacing w:after="20"/>
              <w:jc w:val="right"/>
            </w:pPr>
          </w:p>
        </w:tc>
      </w:tr>
      <w:tr w14:paraId="5CDC04A9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37" w:type="dxa"/>
          </w:tcPr>
          <w:p w:rsidR="003A13D7" w:rsidRPr="00F93F6E" w:rsidP="001B10FB" w14:paraId="5D87D516" w14:textId="463E4F4C">
            <w:pPr>
              <w:spacing w:after="20"/>
              <w:rPr>
                <w:sz w:val="20"/>
                <w:szCs w:val="20"/>
              </w:rPr>
            </w:pPr>
            <w:r w:rsidRPr="00F93F6E">
              <w:rPr>
                <w:sz w:val="20"/>
                <w:szCs w:val="20"/>
              </w:rPr>
              <w:t>5.5.</w:t>
            </w:r>
          </w:p>
        </w:tc>
        <w:tc>
          <w:tcPr>
            <w:tcW w:w="3458" w:type="dxa"/>
          </w:tcPr>
          <w:p w:rsidR="003A13D7" w:rsidRPr="00F93F6E" w:rsidP="001B10FB" w14:paraId="3F06924C" w14:textId="5EBC21B9">
            <w:pPr>
              <w:spacing w:after="20"/>
              <w:rPr>
                <w:sz w:val="20"/>
              </w:rPr>
            </w:pPr>
            <w:r w:rsidRPr="00F93F6E">
              <w:rPr>
                <w:rFonts w:cs="Arial"/>
                <w:sz w:val="20"/>
                <w:szCs w:val="20"/>
              </w:rPr>
              <w:t>Plastmasas priekšmeta personalizēšana</w:t>
            </w:r>
          </w:p>
        </w:tc>
        <w:tc>
          <w:tcPr>
            <w:tcW w:w="794" w:type="dxa"/>
          </w:tcPr>
          <w:p w:rsidR="003A13D7" w:rsidRPr="00F93F6E" w:rsidP="001B10FB" w14:paraId="7A273743" w14:textId="4DC47A5F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gab.</w:t>
            </w:r>
          </w:p>
        </w:tc>
        <w:tc>
          <w:tcPr>
            <w:tcW w:w="1247" w:type="dxa"/>
          </w:tcPr>
          <w:p w:rsidR="003A13D7" w:rsidRPr="00F93F6E" w:rsidP="001B10FB" w14:paraId="4D7FF462" w14:textId="203C5FC0">
            <w:pPr>
              <w:spacing w:after="20"/>
              <w:jc w:val="center"/>
              <w:rPr>
                <w:sz w:val="20"/>
              </w:rPr>
            </w:pPr>
            <w:r w:rsidRPr="00F93F6E">
              <w:rPr>
                <w:sz w:val="20"/>
              </w:rPr>
              <w:t>40</w:t>
            </w:r>
          </w:p>
        </w:tc>
        <w:tc>
          <w:tcPr>
            <w:tcW w:w="1361" w:type="dxa"/>
          </w:tcPr>
          <w:p w:rsidR="003A13D7" w:rsidRPr="00F93F6E" w:rsidP="001B10FB" w14:paraId="40CF34EF" w14:textId="77777777">
            <w:pPr>
              <w:spacing w:after="20"/>
              <w:jc w:val="right"/>
            </w:pPr>
          </w:p>
        </w:tc>
        <w:tc>
          <w:tcPr>
            <w:tcW w:w="1644" w:type="dxa"/>
          </w:tcPr>
          <w:p w:rsidR="003A13D7" w:rsidRPr="00F93F6E" w:rsidP="001B10FB" w14:paraId="682E8CCA" w14:textId="77777777">
            <w:pPr>
              <w:spacing w:after="20"/>
              <w:jc w:val="right"/>
            </w:pPr>
          </w:p>
        </w:tc>
      </w:tr>
      <w:tr w14:paraId="4FBB252A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597" w:type="dxa"/>
            <w:gridSpan w:val="5"/>
          </w:tcPr>
          <w:p w:rsidR="001B10FB" w:rsidRPr="00F93F6E" w:rsidP="001B10FB" w14:paraId="5A9F1135" w14:textId="77777777">
            <w:pPr>
              <w:spacing w:after="20"/>
              <w:jc w:val="right"/>
              <w:rPr>
                <w:sz w:val="20"/>
                <w:szCs w:val="20"/>
              </w:rPr>
            </w:pPr>
            <w:r w:rsidRPr="00F93F6E">
              <w:rPr>
                <w:b/>
                <w:sz w:val="20"/>
                <w:szCs w:val="20"/>
              </w:rPr>
              <w:t>KOPĀ BEZ PVN</w:t>
            </w:r>
          </w:p>
        </w:tc>
        <w:tc>
          <w:tcPr>
            <w:tcW w:w="1644" w:type="dxa"/>
          </w:tcPr>
          <w:p w:rsidR="001B10FB" w:rsidRPr="00F93F6E" w:rsidP="001B10FB" w14:paraId="23640907" w14:textId="77777777">
            <w:pPr>
              <w:spacing w:after="20"/>
              <w:jc w:val="right"/>
            </w:pPr>
          </w:p>
        </w:tc>
      </w:tr>
      <w:tr w14:paraId="66C1A3AF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597" w:type="dxa"/>
            <w:gridSpan w:val="5"/>
          </w:tcPr>
          <w:p w:rsidR="001B10FB" w:rsidRPr="00F93F6E" w:rsidP="001B10FB" w14:paraId="598D8B02" w14:textId="77777777">
            <w:pPr>
              <w:spacing w:after="20"/>
              <w:jc w:val="right"/>
              <w:rPr>
                <w:sz w:val="20"/>
                <w:szCs w:val="20"/>
              </w:rPr>
            </w:pPr>
            <w:r w:rsidRPr="00F93F6E">
              <w:rPr>
                <w:b/>
                <w:sz w:val="20"/>
                <w:szCs w:val="20"/>
              </w:rPr>
              <w:t>PVN 21%</w:t>
            </w:r>
          </w:p>
        </w:tc>
        <w:tc>
          <w:tcPr>
            <w:tcW w:w="1644" w:type="dxa"/>
          </w:tcPr>
          <w:p w:rsidR="001B10FB" w:rsidRPr="00F93F6E" w:rsidP="001B10FB" w14:paraId="261AA1E5" w14:textId="77777777">
            <w:pPr>
              <w:spacing w:after="20"/>
              <w:jc w:val="right"/>
            </w:pPr>
          </w:p>
        </w:tc>
      </w:tr>
      <w:tr w14:paraId="428997FF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7597" w:type="dxa"/>
            <w:gridSpan w:val="5"/>
          </w:tcPr>
          <w:p w:rsidR="001B10FB" w:rsidRPr="00F93F6E" w:rsidP="001B10FB" w14:paraId="2DB15415" w14:textId="77777777">
            <w:pPr>
              <w:spacing w:after="20"/>
              <w:jc w:val="right"/>
              <w:rPr>
                <w:sz w:val="20"/>
                <w:szCs w:val="20"/>
              </w:rPr>
            </w:pPr>
            <w:r w:rsidRPr="00F93F6E">
              <w:rPr>
                <w:b/>
                <w:sz w:val="20"/>
                <w:szCs w:val="20"/>
              </w:rPr>
              <w:t>KOPĀ AR PVN</w:t>
            </w:r>
          </w:p>
        </w:tc>
        <w:tc>
          <w:tcPr>
            <w:tcW w:w="1644" w:type="dxa"/>
          </w:tcPr>
          <w:p w:rsidR="001B10FB" w:rsidRPr="00F93F6E" w:rsidP="001B10FB" w14:paraId="06F36580" w14:textId="77777777">
            <w:pPr>
              <w:spacing w:after="20"/>
              <w:jc w:val="right"/>
            </w:pPr>
          </w:p>
        </w:tc>
      </w:tr>
    </w:tbl>
    <w:p w:rsidR="003655CA" w:rsidRPr="00F93F6E" w14:paraId="3398E9D4" w14:textId="77777777">
      <w:pPr>
        <w:jc w:val="both"/>
      </w:pPr>
    </w:p>
    <w:p w:rsidR="003655CA" w:rsidRPr="00F93F6E" w14:paraId="0C4F3BD7" w14:textId="16A06F5B">
      <w:pPr>
        <w:jc w:val="both"/>
      </w:pPr>
      <w:r w:rsidRPr="00F93F6E">
        <w:rPr>
          <w:i/>
        </w:rPr>
        <w:t xml:space="preserve">Cenā iekļauti visi normatīvajos aktos paredzētie nodokļi un maksājumi, izņemot PVN. Piedāvātajā līguma summā iekļautas visas izmaksas, kas nepieciešamas </w:t>
      </w:r>
      <w:r w:rsidRPr="00BA192D" w:rsidR="00BA192D">
        <w:rPr>
          <w:b/>
          <w:bCs/>
          <w:i/>
        </w:rPr>
        <w:t>saņemšanai/</w:t>
      </w:r>
      <w:r w:rsidRPr="00BA192D" w:rsidR="00A740CB">
        <w:rPr>
          <w:b/>
          <w:bCs/>
          <w:i/>
        </w:rPr>
        <w:t>piegādei</w:t>
      </w:r>
      <w:r w:rsidRPr="00F93F6E">
        <w:rPr>
          <w:i/>
        </w:rPr>
        <w:t>.</w:t>
      </w:r>
    </w:p>
    <w:p w:rsidR="003655CA" w:rsidRPr="00F93F6E" w14:paraId="56B76811" w14:textId="77777777">
      <w:pPr>
        <w:spacing w:after="160"/>
        <w:jc w:val="both"/>
      </w:pPr>
      <w:r w:rsidRPr="00F93F6E">
        <w:rPr>
          <w:sz w:val="22"/>
        </w:rPr>
        <w:t>Vienības cenas norāda EUR ar divām zīmēm aiz komata. Pozīciju numerācija, nosaukumi, mērvienības un daudzumi atbilst Tehniskās specifikācijas (1.pielikums) 3.punkta tabulai, un tos mainīt nav atļauts.</w:t>
      </w: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835"/>
        <w:gridCol w:w="6236"/>
      </w:tblGrid>
      <w:tr w14:paraId="3CFDCD02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3655CA" w:rsidRPr="00F93F6E" w14:paraId="55204085" w14:textId="77777777">
            <w:pPr>
              <w:spacing w:after="20"/>
            </w:pPr>
            <w:r w:rsidRPr="00F93F6E">
              <w:rPr>
                <w:sz w:val="22"/>
              </w:rPr>
              <w:t>Vārds, uzvārds:</w:t>
            </w:r>
          </w:p>
        </w:tc>
        <w:tc>
          <w:tcPr>
            <w:tcW w:w="6236" w:type="dxa"/>
          </w:tcPr>
          <w:p w:rsidR="003655CA" w:rsidRPr="00F93F6E" w14:paraId="5158212E" w14:textId="77777777">
            <w:pPr>
              <w:spacing w:after="20"/>
            </w:pPr>
          </w:p>
        </w:tc>
      </w:tr>
      <w:tr w14:paraId="73540CBF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3655CA" w:rsidRPr="00F93F6E" w14:paraId="6FAEA3C2" w14:textId="77777777">
            <w:pPr>
              <w:spacing w:after="20"/>
            </w:pPr>
            <w:r w:rsidRPr="00F93F6E">
              <w:rPr>
                <w:sz w:val="22"/>
              </w:rPr>
              <w:t>Amata nosaukums:</w:t>
            </w:r>
          </w:p>
        </w:tc>
        <w:tc>
          <w:tcPr>
            <w:tcW w:w="6236" w:type="dxa"/>
          </w:tcPr>
          <w:p w:rsidR="003655CA" w:rsidRPr="00F93F6E" w14:paraId="19CD481C" w14:textId="77777777">
            <w:pPr>
              <w:spacing w:after="20"/>
            </w:pPr>
          </w:p>
        </w:tc>
      </w:tr>
      <w:tr w14:paraId="21BF2D3A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3655CA" w:rsidRPr="00F93F6E" w14:paraId="7A79EC86" w14:textId="77777777">
            <w:pPr>
              <w:spacing w:after="20"/>
            </w:pPr>
            <w:r w:rsidRPr="00F93F6E">
              <w:rPr>
                <w:sz w:val="22"/>
              </w:rPr>
              <w:t>Paraksts:</w:t>
            </w:r>
          </w:p>
        </w:tc>
        <w:tc>
          <w:tcPr>
            <w:tcW w:w="6236" w:type="dxa"/>
          </w:tcPr>
          <w:p w:rsidR="003655CA" w:rsidRPr="00F93F6E" w14:paraId="3273DBAC" w14:textId="77777777">
            <w:pPr>
              <w:spacing w:after="20"/>
            </w:pPr>
          </w:p>
        </w:tc>
      </w:tr>
      <w:tr w14:paraId="64F23A8B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3655CA" w:rsidRPr="00F93F6E" w14:paraId="3E36D872" w14:textId="77777777">
            <w:pPr>
              <w:spacing w:after="20"/>
            </w:pPr>
            <w:r w:rsidRPr="00F93F6E">
              <w:rPr>
                <w:sz w:val="22"/>
              </w:rPr>
              <w:t>Datums:</w:t>
            </w:r>
          </w:p>
        </w:tc>
        <w:tc>
          <w:tcPr>
            <w:tcW w:w="6236" w:type="dxa"/>
          </w:tcPr>
          <w:p w:rsidR="003655CA" w:rsidRPr="00F93F6E" w14:paraId="591A671A" w14:textId="77777777">
            <w:pPr>
              <w:spacing w:after="20"/>
            </w:pPr>
          </w:p>
        </w:tc>
      </w:tr>
    </w:tbl>
    <w:p w:rsidR="00364C27" w:rsidRPr="00F93F6E" w14:paraId="3BBCC821" w14:textId="77777777"/>
    <w:sectPr w:rsidSect="00034616">
      <w:footerReference w:type="default" r:id="rId5"/>
      <w:footerReference w:type="first" r:id="rId6"/>
      <w:pgSz w:w="11906" w:h="16838"/>
      <w:pgMar w:top="992" w:right="850" w:bottom="992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6929597">
    <w:abstractNumId w:val="8"/>
  </w:num>
  <w:num w:numId="2" w16cid:durableId="692655175">
    <w:abstractNumId w:val="6"/>
  </w:num>
  <w:num w:numId="3" w16cid:durableId="845361359">
    <w:abstractNumId w:val="5"/>
  </w:num>
  <w:num w:numId="4" w16cid:durableId="1225020256">
    <w:abstractNumId w:val="4"/>
  </w:num>
  <w:num w:numId="5" w16cid:durableId="1276061544">
    <w:abstractNumId w:val="7"/>
  </w:num>
  <w:num w:numId="6" w16cid:durableId="1102385487">
    <w:abstractNumId w:val="3"/>
  </w:num>
  <w:num w:numId="7" w16cid:durableId="1987082372">
    <w:abstractNumId w:val="2"/>
  </w:num>
  <w:num w:numId="8" w16cid:durableId="472672876">
    <w:abstractNumId w:val="1"/>
  </w:num>
  <w:num w:numId="9" w16cid:durableId="54841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10FB"/>
    <w:rsid w:val="00241400"/>
    <w:rsid w:val="0029639D"/>
    <w:rsid w:val="002C3516"/>
    <w:rsid w:val="00326F90"/>
    <w:rsid w:val="00364C27"/>
    <w:rsid w:val="003655CA"/>
    <w:rsid w:val="003A13D7"/>
    <w:rsid w:val="007C53D6"/>
    <w:rsid w:val="00A740CB"/>
    <w:rsid w:val="00AA1D8D"/>
    <w:rsid w:val="00B47730"/>
    <w:rsid w:val="00BA192D"/>
    <w:rsid w:val="00BA5F20"/>
    <w:rsid w:val="00C06C80"/>
    <w:rsid w:val="00C65230"/>
    <w:rsid w:val="00CB0664"/>
    <w:rsid w:val="00E1645F"/>
    <w:rsid w:val="00EE1E68"/>
    <w:rsid w:val="00F93F6E"/>
    <w:rsid w:val="00FA3D10"/>
    <w:rsid w:val="00FC693F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5A89F6E1"/>
  <w15:docId w15:val="{F73D6BA4-0B66-4086-AC82-68BD4BD6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4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1533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Bauskas Novads</cp:lastModifiedBy>
  <cp:revision>6</cp:revision>
  <dcterms:created xsi:type="dcterms:W3CDTF">2026-10-06T14:03:00Z</dcterms:created>
  <dcterms:modified xsi:type="dcterms:W3CDTF">2026-10-14T07:51:00Z</dcterms:modified>
</cp:coreProperties>
</file>