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2819BA" w:rsidRPr="001B4907" w14:paraId="6D4E6462" w14:textId="77777777">
      <w:pPr>
        <w:jc w:val="right"/>
      </w:pPr>
      <w:r w:rsidRPr="001B4907">
        <w:rPr>
          <w:b/>
        </w:rPr>
        <w:t>1.pielikums</w:t>
      </w:r>
    </w:p>
    <w:p w:rsidR="002819BA" w:rsidRPr="001B4907" w14:paraId="736DFE7B" w14:textId="77777777">
      <w:pPr>
        <w:spacing w:after="160"/>
        <w:jc w:val="right"/>
      </w:pPr>
      <w:r w:rsidRPr="001B4907">
        <w:rPr>
          <w:sz w:val="20"/>
        </w:rPr>
        <w:t xml:space="preserve">Cenu aptaujas “Viengadīgo puķu stādu piegāde Bauskas apvienības pārvaldes apstādījumiem 2027.gada sezonai”, </w:t>
      </w:r>
      <w:r w:rsidRPr="001B4907">
        <w:rPr>
          <w:sz w:val="20"/>
        </w:rPr>
        <w:t>id</w:t>
      </w:r>
      <w:r w:rsidRPr="001B4907">
        <w:rPr>
          <w:sz w:val="20"/>
        </w:rPr>
        <w:t>. Nr. BAP/2026/2-1/46, nolikumam</w:t>
      </w:r>
    </w:p>
    <w:p w:rsidR="002819BA" w:rsidRPr="001B4907" w14:paraId="5DC8B0B0" w14:textId="77777777">
      <w:pPr>
        <w:jc w:val="center"/>
      </w:pPr>
      <w:r w:rsidRPr="001B4907">
        <w:rPr>
          <w:b/>
        </w:rPr>
        <w:t>TEHNISKĀ SPECIFIKĀCIJA</w:t>
      </w:r>
    </w:p>
    <w:p w:rsidR="002819BA" w:rsidRPr="001B4907" w14:paraId="772F4173" w14:textId="77777777">
      <w:pPr>
        <w:jc w:val="center"/>
      </w:pPr>
      <w:r w:rsidRPr="001B4907">
        <w:rPr>
          <w:b/>
        </w:rPr>
        <w:t>“Viengadīgo puķu stādu piegāde Bauskas apvienības pārvaldes apstādījumiem 2027.gada sezonai”</w:t>
      </w:r>
    </w:p>
    <w:p w:rsidR="002819BA" w:rsidRPr="001B4907" w14:paraId="6AEEE018" w14:textId="77777777">
      <w:pPr>
        <w:spacing w:after="200"/>
        <w:jc w:val="center"/>
      </w:pPr>
      <w:r w:rsidRPr="001B4907">
        <w:rPr>
          <w:b/>
        </w:rPr>
        <w:t>Identifikācijas numurs BAP/2026/2-1/46</w:t>
      </w:r>
    </w:p>
    <w:p w:rsidR="002819BA" w:rsidRPr="001B4907" w14:paraId="6917FAB8" w14:textId="77777777">
      <w:pPr>
        <w:tabs>
          <w:tab w:val="left" w:pos="425"/>
        </w:tabs>
        <w:spacing w:before="160"/>
        <w:ind w:left="425" w:hanging="425"/>
        <w:jc w:val="both"/>
      </w:pPr>
      <w:r w:rsidRPr="001B4907">
        <w:rPr>
          <w:b/>
        </w:rPr>
        <w:t>1.</w:t>
      </w:r>
      <w:r w:rsidRPr="001B4907">
        <w:rPr>
          <w:b/>
        </w:rPr>
        <w:tab/>
        <w:t>Vispārīgā informācija un mērķis</w:t>
      </w:r>
    </w:p>
    <w:p w:rsidR="002819BA" w:rsidRPr="001B4907" w14:paraId="57FA4460" w14:textId="77777777">
      <w:pPr>
        <w:tabs>
          <w:tab w:val="left" w:pos="850"/>
        </w:tabs>
        <w:ind w:left="850" w:hanging="510"/>
        <w:jc w:val="both"/>
      </w:pPr>
      <w:r w:rsidRPr="001B4907">
        <w:t>1.1.</w:t>
      </w:r>
      <w:r w:rsidRPr="001B4907">
        <w:tab/>
        <w:t xml:space="preserve">Pasūtītājs: Bauskas novada pašvaldības iestāde “Bauskas apvienības pārvalde”, </w:t>
      </w:r>
      <w:r w:rsidRPr="001B4907">
        <w:t>reģ</w:t>
      </w:r>
      <w:r w:rsidRPr="001B4907">
        <w:t>. Nr. 50900038281, Uzvaras iela 6, Bauska, Bauskas nov., LV-3910.</w:t>
      </w:r>
    </w:p>
    <w:p w:rsidR="002819BA" w:rsidRPr="001B4907" w14:paraId="371E076B" w14:textId="77777777">
      <w:pPr>
        <w:tabs>
          <w:tab w:val="left" w:pos="850"/>
        </w:tabs>
        <w:ind w:left="850" w:hanging="510"/>
        <w:jc w:val="both"/>
      </w:pPr>
      <w:r w:rsidRPr="001B4907">
        <w:t>1.2.</w:t>
      </w:r>
      <w:r w:rsidRPr="001B4907">
        <w:tab/>
        <w:t>Mērķis: nodrošināt Bauskas apvienības pārvaldes teritorijas (Bauskas pilsētas un Īslīces, Codes, Vecsaules, Brunavas, Ceraukstes un Gailīšu pagastu) publisko apstādījumu – puķu dobju un puķu podu – apstādīšanu 2027.gada pavasara, vasaras un rudens sezonā ar kvalitatīviem viengadīgo puķu stādiem.</w:t>
      </w:r>
    </w:p>
    <w:p w:rsidR="002819BA" w:rsidRPr="001B4907" w14:paraId="2FF9D49D" w14:textId="77777777">
      <w:pPr>
        <w:tabs>
          <w:tab w:val="left" w:pos="425"/>
        </w:tabs>
        <w:spacing w:before="160"/>
        <w:ind w:left="425" w:hanging="425"/>
        <w:jc w:val="both"/>
      </w:pPr>
      <w:r w:rsidRPr="001B4907">
        <w:rPr>
          <w:b/>
        </w:rPr>
        <w:t>2.</w:t>
      </w:r>
      <w:r w:rsidRPr="001B4907">
        <w:rPr>
          <w:b/>
        </w:rPr>
        <w:tab/>
        <w:t>Iepirkuma priekšmeta apraksts</w:t>
      </w:r>
    </w:p>
    <w:p w:rsidR="002819BA" w:rsidRPr="001B4907" w14:paraId="1E5E5DE9" w14:textId="77777777">
      <w:pPr>
        <w:tabs>
          <w:tab w:val="left" w:pos="850"/>
        </w:tabs>
        <w:ind w:left="850" w:hanging="510"/>
        <w:jc w:val="both"/>
      </w:pPr>
      <w:r w:rsidRPr="001B4907">
        <w:t>2.1.</w:t>
      </w:r>
      <w:r w:rsidRPr="001B4907">
        <w:tab/>
        <w:t>Iepirkuma priekšmets ir viengadīgo puķu stādu (t.sk. dekoratīvo lapu augu, graudzāļu un sezonas augu) piegāde uz 7 (septiņām) Pasūtītāja piegādes vietām – kopā 157 pozīcijas, 8 102 gab. stādu (sortiments, daudzums, konteiners un piegādes laiks noteikts šīs specifikācijas 3.3. punkta tabulā).</w:t>
      </w:r>
    </w:p>
    <w:p w:rsidR="002819BA" w:rsidRPr="001B4907" w14:paraId="25456313" w14:textId="77777777">
      <w:pPr>
        <w:tabs>
          <w:tab w:val="left" w:pos="850"/>
        </w:tabs>
        <w:ind w:left="850" w:hanging="510"/>
        <w:jc w:val="both"/>
      </w:pPr>
      <w:r w:rsidRPr="001B4907">
        <w:t>2.2.</w:t>
      </w:r>
      <w:r w:rsidRPr="001B4907">
        <w:tab/>
        <w:t>Iepirkuma priekšmetā ietilpst arī stādu sastādīšana Pasūtītāja laternu, arku un citos puķu podos Bauskas pilsētā (3.3. punkta tabulas 1.45.–1.74. pozīcija).</w:t>
      </w:r>
    </w:p>
    <w:p w:rsidR="002819BA" w:rsidRPr="001B4907" w14:paraId="71F6A8EA" w14:textId="77777777">
      <w:pPr>
        <w:tabs>
          <w:tab w:val="left" w:pos="850"/>
        </w:tabs>
        <w:ind w:left="850" w:hanging="510"/>
        <w:jc w:val="both"/>
      </w:pPr>
      <w:r w:rsidRPr="001B4907">
        <w:t>2.3.</w:t>
      </w:r>
      <w:r w:rsidRPr="001B4907">
        <w:tab/>
        <w:t>Iepirkuma priekšmets netiek dalīts daļās.</w:t>
      </w:r>
    </w:p>
    <w:p w:rsidR="002819BA" w:rsidRPr="001B4907" w14:paraId="1EBB111F" w14:textId="77777777">
      <w:pPr>
        <w:tabs>
          <w:tab w:val="left" w:pos="425"/>
        </w:tabs>
        <w:spacing w:before="160"/>
        <w:ind w:left="425" w:hanging="425"/>
        <w:jc w:val="both"/>
      </w:pPr>
      <w:r w:rsidRPr="001B4907">
        <w:rPr>
          <w:b/>
        </w:rPr>
        <w:t>3.</w:t>
      </w:r>
      <w:r w:rsidRPr="001B4907">
        <w:rPr>
          <w:b/>
        </w:rPr>
        <w:tab/>
        <w:t>Tehniskās un kvalitātes prasības</w:t>
      </w:r>
    </w:p>
    <w:p w:rsidR="002819BA" w:rsidRPr="001B4907" w14:paraId="098C8C56" w14:textId="77777777">
      <w:pPr>
        <w:tabs>
          <w:tab w:val="left" w:pos="850"/>
        </w:tabs>
        <w:ind w:left="850" w:hanging="510"/>
        <w:jc w:val="both"/>
      </w:pPr>
      <w:r w:rsidRPr="001B4907">
        <w:t>3.1.</w:t>
      </w:r>
      <w:r w:rsidRPr="001B4907">
        <w:tab/>
        <w:t>Vispārīgās kvalitātes prasības visiem stādiem:</w:t>
      </w:r>
    </w:p>
    <w:tbl>
      <w:tblPr>
        <w:tblStyle w:val="TableGrid"/>
        <w:tblW w:w="0" w:type="auto"/>
        <w:jc w:val="center"/>
        <w:tblLayout w:type="fixed"/>
        <w:tblLook w:val="04A0"/>
      </w:tblPr>
      <w:tblGrid>
        <w:gridCol w:w="907"/>
        <w:gridCol w:w="2494"/>
        <w:gridCol w:w="6236"/>
      </w:tblGrid>
      <w:tr w14:paraId="0B49716B" w14:textId="77777777">
        <w:tblPrEx>
          <w:tblW w:w="0" w:type="auto"/>
          <w:jc w:val="center"/>
          <w:tblLayout w:type="fixed"/>
          <w:tblLook w:val="04A0"/>
        </w:tblPrEx>
        <w:trPr>
          <w:tblHeader/>
          <w:jc w:val="center"/>
        </w:trPr>
        <w:tc>
          <w:tcPr>
            <w:tcW w:w="907" w:type="dxa"/>
            <w:shd w:val="clear" w:color="auto" w:fill="D9D9D9"/>
          </w:tcPr>
          <w:p w:rsidR="002819BA" w:rsidRPr="001B4907" w14:paraId="6FF069F3" w14:textId="77777777">
            <w:pPr>
              <w:spacing w:after="0"/>
              <w:jc w:val="center"/>
            </w:pPr>
            <w:r w:rsidRPr="001B4907">
              <w:rPr>
                <w:b/>
                <w:sz w:val="22"/>
              </w:rPr>
              <w:t>Nr.</w:t>
            </w:r>
          </w:p>
        </w:tc>
        <w:tc>
          <w:tcPr>
            <w:tcW w:w="2494" w:type="dxa"/>
            <w:shd w:val="clear" w:color="auto" w:fill="D9D9D9"/>
          </w:tcPr>
          <w:p w:rsidR="002819BA" w:rsidRPr="001B4907" w14:paraId="751D7DA5" w14:textId="77777777">
            <w:pPr>
              <w:spacing w:after="0"/>
              <w:jc w:val="center"/>
            </w:pPr>
            <w:r w:rsidRPr="001B4907">
              <w:rPr>
                <w:b/>
                <w:sz w:val="22"/>
              </w:rPr>
              <w:t>Prasība</w:t>
            </w:r>
          </w:p>
        </w:tc>
        <w:tc>
          <w:tcPr>
            <w:tcW w:w="6236" w:type="dxa"/>
            <w:shd w:val="clear" w:color="auto" w:fill="D9D9D9"/>
          </w:tcPr>
          <w:p w:rsidR="002819BA" w:rsidRPr="001B4907" w14:paraId="076A1237" w14:textId="77777777">
            <w:pPr>
              <w:spacing w:after="0"/>
              <w:jc w:val="center"/>
            </w:pPr>
            <w:r w:rsidRPr="001B4907">
              <w:rPr>
                <w:b/>
                <w:sz w:val="22"/>
              </w:rPr>
              <w:t>Minimālais parametrs / pārbaudes veids</w:t>
            </w:r>
          </w:p>
        </w:tc>
      </w:tr>
      <w:tr w14:paraId="10ED70C6" w14:textId="77777777">
        <w:tblPrEx>
          <w:tblW w:w="0" w:type="auto"/>
          <w:jc w:val="center"/>
          <w:tblLayout w:type="fixed"/>
          <w:tblLook w:val="04A0"/>
        </w:tblPrEx>
        <w:trPr>
          <w:jc w:val="center"/>
        </w:trPr>
        <w:tc>
          <w:tcPr>
            <w:tcW w:w="907" w:type="dxa"/>
          </w:tcPr>
          <w:p w:rsidR="002819BA" w:rsidRPr="001B4907" w14:paraId="1B90DA82" w14:textId="77777777">
            <w:pPr>
              <w:spacing w:after="0"/>
            </w:pPr>
            <w:r w:rsidRPr="001B4907">
              <w:rPr>
                <w:sz w:val="22"/>
              </w:rPr>
              <w:t>3.1.1.</w:t>
            </w:r>
          </w:p>
        </w:tc>
        <w:tc>
          <w:tcPr>
            <w:tcW w:w="2494" w:type="dxa"/>
          </w:tcPr>
          <w:p w:rsidR="002819BA" w:rsidRPr="001B4907" w14:paraId="1F1B6F64" w14:textId="77777777">
            <w:pPr>
              <w:spacing w:after="0"/>
            </w:pPr>
            <w:r w:rsidRPr="001B4907">
              <w:rPr>
                <w:sz w:val="22"/>
              </w:rPr>
              <w:t>Stādu izcelsme</w:t>
            </w:r>
          </w:p>
        </w:tc>
        <w:tc>
          <w:tcPr>
            <w:tcW w:w="6236" w:type="dxa"/>
          </w:tcPr>
          <w:p w:rsidR="002819BA" w:rsidRPr="001B4907" w14:paraId="7A8D11B6" w14:textId="77777777">
            <w:pPr>
              <w:spacing w:after="0"/>
            </w:pPr>
            <w:r w:rsidRPr="001B4907">
              <w:rPr>
                <w:sz w:val="22"/>
              </w:rPr>
              <w:t>Audzēti no profesionālām sēklām vai profesionāla stādāmā materiāla</w:t>
            </w:r>
          </w:p>
        </w:tc>
      </w:tr>
      <w:tr w14:paraId="60C53603" w14:textId="77777777">
        <w:tblPrEx>
          <w:tblW w:w="0" w:type="auto"/>
          <w:jc w:val="center"/>
          <w:tblLayout w:type="fixed"/>
          <w:tblLook w:val="04A0"/>
        </w:tblPrEx>
        <w:trPr>
          <w:jc w:val="center"/>
        </w:trPr>
        <w:tc>
          <w:tcPr>
            <w:tcW w:w="907" w:type="dxa"/>
          </w:tcPr>
          <w:p w:rsidR="002819BA" w:rsidRPr="001B4907" w14:paraId="000C26F0" w14:textId="77777777">
            <w:pPr>
              <w:spacing w:after="0"/>
            </w:pPr>
            <w:r w:rsidRPr="001B4907">
              <w:rPr>
                <w:sz w:val="22"/>
              </w:rPr>
              <w:t>3.1.2.</w:t>
            </w:r>
          </w:p>
        </w:tc>
        <w:tc>
          <w:tcPr>
            <w:tcW w:w="2494" w:type="dxa"/>
          </w:tcPr>
          <w:p w:rsidR="002819BA" w:rsidRPr="001B4907" w14:paraId="6D3E71D8" w14:textId="77777777">
            <w:pPr>
              <w:spacing w:after="0"/>
            </w:pPr>
            <w:r w:rsidRPr="001B4907">
              <w:rPr>
                <w:sz w:val="22"/>
              </w:rPr>
              <w:t>Stādu iepakojums</w:t>
            </w:r>
          </w:p>
        </w:tc>
        <w:tc>
          <w:tcPr>
            <w:tcW w:w="6236" w:type="dxa"/>
          </w:tcPr>
          <w:p w:rsidR="002819BA" w:rsidRPr="001B4907" w14:paraId="0FA24F34" w14:textId="67E2A77A">
            <w:pPr>
              <w:spacing w:after="0"/>
            </w:pPr>
            <w:r w:rsidRPr="001B4907">
              <w:rPr>
                <w:sz w:val="22"/>
              </w:rPr>
              <w:t>Plastmasas konteineros, salikt</w:t>
            </w:r>
            <w:r w:rsidRPr="001B4907" w:rsidR="00BE6255">
              <w:rPr>
                <w:sz w:val="22"/>
              </w:rPr>
              <w:t>os</w:t>
            </w:r>
            <w:r w:rsidRPr="001B4907">
              <w:rPr>
                <w:sz w:val="22"/>
              </w:rPr>
              <w:t xml:space="preserve"> kastēs; kastes pēc iztukšošanas (stādu iestādīšanas) tiek atgrieztas Piegādātājam</w:t>
            </w:r>
          </w:p>
        </w:tc>
      </w:tr>
      <w:tr w14:paraId="3DE29751" w14:textId="77777777">
        <w:tblPrEx>
          <w:tblW w:w="0" w:type="auto"/>
          <w:jc w:val="center"/>
          <w:tblLayout w:type="fixed"/>
          <w:tblLook w:val="04A0"/>
        </w:tblPrEx>
        <w:trPr>
          <w:jc w:val="center"/>
        </w:trPr>
        <w:tc>
          <w:tcPr>
            <w:tcW w:w="907" w:type="dxa"/>
          </w:tcPr>
          <w:p w:rsidR="002819BA" w:rsidRPr="001B4907" w14:paraId="08B5ECCE" w14:textId="77777777">
            <w:pPr>
              <w:spacing w:after="0"/>
            </w:pPr>
            <w:r w:rsidRPr="001B4907">
              <w:rPr>
                <w:sz w:val="22"/>
              </w:rPr>
              <w:t>3.1.3.</w:t>
            </w:r>
          </w:p>
        </w:tc>
        <w:tc>
          <w:tcPr>
            <w:tcW w:w="2494" w:type="dxa"/>
          </w:tcPr>
          <w:p w:rsidR="002819BA" w:rsidRPr="001B4907" w14:paraId="464A5AE6" w14:textId="77777777">
            <w:pPr>
              <w:spacing w:after="0"/>
            </w:pPr>
            <w:r w:rsidRPr="001B4907">
              <w:rPr>
                <w:sz w:val="22"/>
              </w:rPr>
              <w:t>Stāda stāvoklis</w:t>
            </w:r>
          </w:p>
        </w:tc>
        <w:tc>
          <w:tcPr>
            <w:tcW w:w="6236" w:type="dxa"/>
          </w:tcPr>
          <w:p w:rsidR="002819BA" w:rsidRPr="001B4907" w14:paraId="2D8E0F02" w14:textId="77777777">
            <w:pPr>
              <w:spacing w:after="0"/>
            </w:pPr>
            <w:r w:rsidRPr="001B4907">
              <w:rPr>
                <w:sz w:val="22"/>
              </w:rPr>
              <w:t>Neizstīdzējuši, kupli un ziedoši (ziedošiem augiem)</w:t>
            </w:r>
          </w:p>
        </w:tc>
      </w:tr>
      <w:tr w14:paraId="1DE3C802" w14:textId="77777777">
        <w:tblPrEx>
          <w:tblW w:w="0" w:type="auto"/>
          <w:jc w:val="center"/>
          <w:tblLayout w:type="fixed"/>
          <w:tblLook w:val="04A0"/>
        </w:tblPrEx>
        <w:trPr>
          <w:jc w:val="center"/>
        </w:trPr>
        <w:tc>
          <w:tcPr>
            <w:tcW w:w="907" w:type="dxa"/>
          </w:tcPr>
          <w:p w:rsidR="002819BA" w:rsidRPr="001B4907" w14:paraId="38D3E53A" w14:textId="77777777">
            <w:pPr>
              <w:spacing w:after="0"/>
            </w:pPr>
            <w:r w:rsidRPr="001B4907">
              <w:rPr>
                <w:sz w:val="22"/>
              </w:rPr>
              <w:t>3.1.4.</w:t>
            </w:r>
          </w:p>
        </w:tc>
        <w:tc>
          <w:tcPr>
            <w:tcW w:w="2494" w:type="dxa"/>
          </w:tcPr>
          <w:p w:rsidR="002819BA" w:rsidRPr="001B4907" w14:paraId="340DC401" w14:textId="77777777">
            <w:pPr>
              <w:spacing w:after="0"/>
            </w:pPr>
            <w:r w:rsidRPr="001B4907">
              <w:rPr>
                <w:sz w:val="22"/>
              </w:rPr>
              <w:t>Lapu stāvoklis</w:t>
            </w:r>
          </w:p>
        </w:tc>
        <w:tc>
          <w:tcPr>
            <w:tcW w:w="6236" w:type="dxa"/>
          </w:tcPr>
          <w:p w:rsidR="002819BA" w:rsidRPr="001B4907" w14:paraId="0F251D5A" w14:textId="77777777">
            <w:pPr>
              <w:spacing w:after="0"/>
            </w:pPr>
            <w:r w:rsidRPr="001B4907">
              <w:rPr>
                <w:sz w:val="22"/>
              </w:rPr>
              <w:t>Veselas lapas, intensīvi zaļā vai šķirnei raksturīgā krāsā, bez slimību un kaitēkļu bojājumu pazīmēm</w:t>
            </w:r>
          </w:p>
        </w:tc>
      </w:tr>
      <w:tr w14:paraId="22A5C2AF" w14:textId="77777777">
        <w:tblPrEx>
          <w:tblW w:w="0" w:type="auto"/>
          <w:jc w:val="center"/>
          <w:tblLayout w:type="fixed"/>
          <w:tblLook w:val="04A0"/>
        </w:tblPrEx>
        <w:trPr>
          <w:jc w:val="center"/>
        </w:trPr>
        <w:tc>
          <w:tcPr>
            <w:tcW w:w="907" w:type="dxa"/>
          </w:tcPr>
          <w:p w:rsidR="002819BA" w:rsidRPr="001B4907" w14:paraId="467CC50D" w14:textId="77777777">
            <w:pPr>
              <w:spacing w:after="0"/>
            </w:pPr>
            <w:r w:rsidRPr="001B4907">
              <w:rPr>
                <w:sz w:val="22"/>
              </w:rPr>
              <w:t>3.1.5.</w:t>
            </w:r>
          </w:p>
        </w:tc>
        <w:tc>
          <w:tcPr>
            <w:tcW w:w="2494" w:type="dxa"/>
          </w:tcPr>
          <w:p w:rsidR="002819BA" w:rsidRPr="001B4907" w14:paraId="3BA052C6" w14:textId="77777777">
            <w:pPr>
              <w:spacing w:after="0"/>
            </w:pPr>
            <w:r w:rsidRPr="001B4907">
              <w:rPr>
                <w:sz w:val="22"/>
              </w:rPr>
              <w:t>Substrāts</w:t>
            </w:r>
          </w:p>
        </w:tc>
        <w:tc>
          <w:tcPr>
            <w:tcW w:w="6236" w:type="dxa"/>
          </w:tcPr>
          <w:p w:rsidR="002819BA" w:rsidRPr="001B4907" w14:paraId="1094419C" w14:textId="77777777">
            <w:pPr>
              <w:spacing w:after="0"/>
            </w:pPr>
            <w:r w:rsidRPr="001B4907">
              <w:rPr>
                <w:sz w:val="22"/>
              </w:rPr>
              <w:t>Vienmērīgi mitrs, ar pievienotiem ilgās iedarbības minerālmēsliem</w:t>
            </w:r>
          </w:p>
        </w:tc>
      </w:tr>
      <w:tr w14:paraId="6AA51510" w14:textId="77777777">
        <w:tblPrEx>
          <w:tblW w:w="0" w:type="auto"/>
          <w:jc w:val="center"/>
          <w:tblLayout w:type="fixed"/>
          <w:tblLook w:val="04A0"/>
        </w:tblPrEx>
        <w:trPr>
          <w:jc w:val="center"/>
        </w:trPr>
        <w:tc>
          <w:tcPr>
            <w:tcW w:w="907" w:type="dxa"/>
          </w:tcPr>
          <w:p w:rsidR="002819BA" w:rsidRPr="001B4907" w14:paraId="4C2A7237" w14:textId="77777777">
            <w:pPr>
              <w:spacing w:after="0"/>
            </w:pPr>
            <w:r w:rsidRPr="001B4907">
              <w:rPr>
                <w:sz w:val="22"/>
              </w:rPr>
              <w:t>3.1.6.</w:t>
            </w:r>
          </w:p>
        </w:tc>
        <w:tc>
          <w:tcPr>
            <w:tcW w:w="2494" w:type="dxa"/>
          </w:tcPr>
          <w:p w:rsidR="002819BA" w:rsidRPr="001B4907" w14:paraId="136C7C21" w14:textId="77777777">
            <w:pPr>
              <w:spacing w:after="0"/>
            </w:pPr>
            <w:r w:rsidRPr="001B4907">
              <w:rPr>
                <w:sz w:val="22"/>
              </w:rPr>
              <w:t>Sakņu sistēma</w:t>
            </w:r>
          </w:p>
        </w:tc>
        <w:tc>
          <w:tcPr>
            <w:tcW w:w="6236" w:type="dxa"/>
          </w:tcPr>
          <w:p w:rsidR="002819BA" w:rsidRPr="001B4907" w14:paraId="43E2B0CA" w14:textId="77777777">
            <w:pPr>
              <w:spacing w:after="0"/>
            </w:pPr>
            <w:r w:rsidRPr="001B4907">
              <w:rPr>
                <w:sz w:val="22"/>
              </w:rPr>
              <w:t>Labi iesakņojies stāds, sakņu kamols aizpilda konteineru, nesadalās</w:t>
            </w:r>
          </w:p>
        </w:tc>
      </w:tr>
      <w:tr w14:paraId="7AD74A29" w14:textId="77777777">
        <w:tblPrEx>
          <w:tblW w:w="0" w:type="auto"/>
          <w:jc w:val="center"/>
          <w:tblLayout w:type="fixed"/>
          <w:tblLook w:val="04A0"/>
        </w:tblPrEx>
        <w:trPr>
          <w:jc w:val="center"/>
        </w:trPr>
        <w:tc>
          <w:tcPr>
            <w:tcW w:w="907" w:type="dxa"/>
          </w:tcPr>
          <w:p w:rsidR="002819BA" w:rsidRPr="001B4907" w14:paraId="5A26054A" w14:textId="77777777">
            <w:pPr>
              <w:spacing w:after="0"/>
            </w:pPr>
            <w:r w:rsidRPr="001B4907">
              <w:rPr>
                <w:sz w:val="22"/>
              </w:rPr>
              <w:t>3.1.7.</w:t>
            </w:r>
          </w:p>
        </w:tc>
        <w:tc>
          <w:tcPr>
            <w:tcW w:w="2494" w:type="dxa"/>
          </w:tcPr>
          <w:p w:rsidR="002819BA" w:rsidRPr="001B4907" w14:paraId="7FA5D919" w14:textId="77777777">
            <w:pPr>
              <w:spacing w:after="0"/>
            </w:pPr>
            <w:r w:rsidRPr="001B4907">
              <w:rPr>
                <w:sz w:val="22"/>
              </w:rPr>
              <w:t>Konteinera izmērs</w:t>
            </w:r>
          </w:p>
        </w:tc>
        <w:tc>
          <w:tcPr>
            <w:tcW w:w="6236" w:type="dxa"/>
          </w:tcPr>
          <w:p w:rsidR="002819BA" w:rsidRPr="001B4907" w14:paraId="18867F88" w14:textId="77777777">
            <w:pPr>
              <w:spacing w:after="0"/>
            </w:pPr>
            <w:r w:rsidRPr="001B4907">
              <w:rPr>
                <w:sz w:val="22"/>
              </w:rPr>
              <w:t>Atbilstoši 3.3. punkta tabulas “Konteiners” kolonnai (sk. 3.2. punktu)</w:t>
            </w:r>
          </w:p>
        </w:tc>
      </w:tr>
      <w:tr w14:paraId="4C9EF605" w14:textId="77777777">
        <w:tblPrEx>
          <w:tblW w:w="0" w:type="auto"/>
          <w:jc w:val="center"/>
          <w:tblLayout w:type="fixed"/>
          <w:tblLook w:val="04A0"/>
        </w:tblPrEx>
        <w:trPr>
          <w:jc w:val="center"/>
        </w:trPr>
        <w:tc>
          <w:tcPr>
            <w:tcW w:w="907" w:type="dxa"/>
          </w:tcPr>
          <w:p w:rsidR="002819BA" w:rsidRPr="001B4907" w14:paraId="30450B38" w14:textId="77777777">
            <w:pPr>
              <w:spacing w:after="0"/>
            </w:pPr>
            <w:r w:rsidRPr="001B4907">
              <w:rPr>
                <w:sz w:val="22"/>
              </w:rPr>
              <w:t>3.1.8.</w:t>
            </w:r>
          </w:p>
        </w:tc>
        <w:tc>
          <w:tcPr>
            <w:tcW w:w="2494" w:type="dxa"/>
          </w:tcPr>
          <w:p w:rsidR="002819BA" w:rsidRPr="001B4907" w14:paraId="63CC34CA" w14:textId="77777777">
            <w:pPr>
              <w:spacing w:after="0"/>
            </w:pPr>
            <w:r w:rsidRPr="001B4907">
              <w:rPr>
                <w:sz w:val="22"/>
              </w:rPr>
              <w:t>Pavaddokumenti</w:t>
            </w:r>
          </w:p>
        </w:tc>
        <w:tc>
          <w:tcPr>
            <w:tcW w:w="6236" w:type="dxa"/>
          </w:tcPr>
          <w:p w:rsidR="002819BA" w:rsidRPr="001B4907" w14:paraId="2C12143B" w14:textId="77777777">
            <w:pPr>
              <w:spacing w:after="0"/>
            </w:pPr>
            <w:r w:rsidRPr="001B4907">
              <w:rPr>
                <w:sz w:val="22"/>
              </w:rPr>
              <w:t>Augu pase atbilstoši spēkā esošo normatīvo aktu prasībām; preču pavadzīme</w:t>
            </w:r>
          </w:p>
        </w:tc>
      </w:tr>
      <w:tr w14:paraId="40D22089" w14:textId="77777777">
        <w:tblPrEx>
          <w:tblW w:w="0" w:type="auto"/>
          <w:jc w:val="center"/>
          <w:tblLayout w:type="fixed"/>
          <w:tblLook w:val="04A0"/>
        </w:tblPrEx>
        <w:trPr>
          <w:jc w:val="center"/>
        </w:trPr>
        <w:tc>
          <w:tcPr>
            <w:tcW w:w="907" w:type="dxa"/>
          </w:tcPr>
          <w:p w:rsidR="002819BA" w:rsidRPr="001B4907" w14:paraId="09510ED0" w14:textId="77777777">
            <w:pPr>
              <w:spacing w:after="0"/>
            </w:pPr>
            <w:r w:rsidRPr="001B4907">
              <w:rPr>
                <w:sz w:val="22"/>
              </w:rPr>
              <w:t>3.1.9.</w:t>
            </w:r>
          </w:p>
        </w:tc>
        <w:tc>
          <w:tcPr>
            <w:tcW w:w="2494" w:type="dxa"/>
          </w:tcPr>
          <w:p w:rsidR="002819BA" w:rsidRPr="001B4907" w14:paraId="05B1F1BF" w14:textId="77777777">
            <w:pPr>
              <w:spacing w:after="0"/>
            </w:pPr>
            <w:r w:rsidRPr="001B4907">
              <w:rPr>
                <w:sz w:val="22"/>
              </w:rPr>
              <w:t>Atbilstība šķirnei</w:t>
            </w:r>
          </w:p>
        </w:tc>
        <w:tc>
          <w:tcPr>
            <w:tcW w:w="6236" w:type="dxa"/>
          </w:tcPr>
          <w:p w:rsidR="002819BA" w:rsidRPr="001B4907" w14:paraId="1693D7FF" w14:textId="77777777">
            <w:pPr>
              <w:spacing w:after="0"/>
            </w:pPr>
            <w:r w:rsidRPr="001B4907">
              <w:rPr>
                <w:sz w:val="22"/>
              </w:rPr>
              <w:t>Stādi atbilst norādītās šķirnes (vai saskaņotas līdzvērtīgas šķirnes) pazīmēm</w:t>
            </w:r>
          </w:p>
        </w:tc>
      </w:tr>
    </w:tbl>
    <w:p w:rsidR="002819BA" w:rsidRPr="001B4907" w14:paraId="58370BDF" w14:textId="186E90ED">
      <w:pPr>
        <w:tabs>
          <w:tab w:val="left" w:pos="850"/>
        </w:tabs>
        <w:spacing w:before="120"/>
        <w:ind w:left="850" w:hanging="510"/>
        <w:jc w:val="both"/>
      </w:pPr>
      <w:r w:rsidRPr="001B4907">
        <w:t>3.2.</w:t>
      </w:r>
      <w:r w:rsidRPr="001B4907">
        <w:tab/>
        <w:t>Konteineru apzīmējumi: P11/P12/P13 – stāda pods ar augšējo diametru 11, 12 vai 13 cm (pieļaujams jebkurš no norādītajiem izmēriem); C5/C1 – konteiners ar tilpumu 5 l vai 1 l.</w:t>
      </w:r>
    </w:p>
    <w:p w:rsidR="002819BA" w:rsidRPr="001B4907" w14:paraId="52CF5DA0" w14:textId="77777777">
      <w:pPr>
        <w:tabs>
          <w:tab w:val="left" w:pos="850"/>
        </w:tabs>
        <w:ind w:left="850" w:hanging="510"/>
        <w:jc w:val="both"/>
      </w:pPr>
      <w:r w:rsidRPr="001B4907">
        <w:t>3.3.</w:t>
      </w:r>
      <w:r w:rsidRPr="001B4907">
        <w:tab/>
        <w:t>Piegādājamo stādu sortiments, daudzums, konteiners, piegādes vieta un plānotais piegādes laiks:</w:t>
      </w:r>
    </w:p>
    <w:p w:rsidR="002819BA" w:rsidRPr="001B4907" w14:paraId="7847A760" w14:textId="77777777">
      <w:pPr>
        <w:tabs>
          <w:tab w:val="left" w:pos="850"/>
        </w:tabs>
        <w:ind w:left="850" w:hanging="510"/>
        <w:jc w:val="both"/>
      </w:pPr>
      <w:r w:rsidRPr="001B4907">
        <w:t>3.4.</w:t>
      </w:r>
      <w:r w:rsidRPr="001B4907">
        <w:tab/>
        <w:t>Tabulā norādītās šķirnes raksturo Pasūtītājam nepieciešamās dekoratīvās īpašības (zieda krāsa, augums, augšanas forma). Ja kādas šķirnes nav iespējams piegādāt, pieļaujams piedāvāt līdzvērtīgu šķirni (vai ekvivalentu) ar analogām dekoratīvajām īpašībām, to iepriekš rakstiski saskaņojot ar Pasūtītāju (sk. 5.3. un 5.7. punktu).</w:t>
      </w:r>
    </w:p>
    <w:p w:rsidR="002819BA" w:rsidRPr="001B4907" w14:paraId="6FED0F6C" w14:textId="77777777"/>
    <w:tbl>
      <w:tblPr>
        <w:tblStyle w:val="TableGrid"/>
        <w:tblW w:w="0" w:type="auto"/>
        <w:jc w:val="center"/>
        <w:tblLayout w:type="fixed"/>
        <w:tblLook w:val="04A0"/>
      </w:tblPr>
      <w:tblGrid>
        <w:gridCol w:w="624"/>
        <w:gridCol w:w="1814"/>
        <w:gridCol w:w="1814"/>
        <w:gridCol w:w="1701"/>
        <w:gridCol w:w="1134"/>
        <w:gridCol w:w="710"/>
        <w:gridCol w:w="794"/>
        <w:gridCol w:w="1247"/>
        <w:gridCol w:w="12"/>
      </w:tblGrid>
      <w:tr w14:paraId="1A5DD7E5" w14:textId="77777777" w:rsidTr="002957E9">
        <w:tblPrEx>
          <w:tblW w:w="0" w:type="auto"/>
          <w:jc w:val="center"/>
          <w:tblLayout w:type="fixed"/>
          <w:tblLook w:val="04A0"/>
        </w:tblPrEx>
        <w:trPr>
          <w:gridAfter w:val="1"/>
          <w:wAfter w:w="12" w:type="dxa"/>
          <w:tblHeader/>
          <w:jc w:val="center"/>
        </w:trPr>
        <w:tc>
          <w:tcPr>
            <w:tcW w:w="624" w:type="dxa"/>
            <w:shd w:val="clear" w:color="auto" w:fill="D9D9D9"/>
          </w:tcPr>
          <w:p w:rsidR="002819BA" w:rsidRPr="001B4907" w14:paraId="7475A4AF" w14:textId="77777777">
            <w:pPr>
              <w:spacing w:after="0"/>
              <w:jc w:val="center"/>
            </w:pPr>
            <w:r w:rsidRPr="001B4907">
              <w:rPr>
                <w:b/>
                <w:sz w:val="18"/>
              </w:rPr>
              <w:t>Nr.</w:t>
            </w:r>
          </w:p>
        </w:tc>
        <w:tc>
          <w:tcPr>
            <w:tcW w:w="1814" w:type="dxa"/>
            <w:shd w:val="clear" w:color="auto" w:fill="D9D9D9"/>
          </w:tcPr>
          <w:p w:rsidR="002819BA" w:rsidRPr="001B4907" w14:paraId="603BB08E" w14:textId="77777777">
            <w:pPr>
              <w:spacing w:after="0"/>
              <w:jc w:val="center"/>
            </w:pPr>
            <w:r w:rsidRPr="001B4907">
              <w:rPr>
                <w:b/>
                <w:sz w:val="18"/>
              </w:rPr>
              <w:t>Latīniskais nosaukums</w:t>
            </w:r>
          </w:p>
        </w:tc>
        <w:tc>
          <w:tcPr>
            <w:tcW w:w="1814" w:type="dxa"/>
            <w:shd w:val="clear" w:color="auto" w:fill="D9D9D9"/>
          </w:tcPr>
          <w:p w:rsidR="002819BA" w:rsidRPr="001B4907" w14:paraId="6CF10F79" w14:textId="77777777">
            <w:pPr>
              <w:spacing w:after="0"/>
              <w:jc w:val="center"/>
            </w:pPr>
            <w:r w:rsidRPr="001B4907">
              <w:rPr>
                <w:b/>
                <w:sz w:val="18"/>
              </w:rPr>
              <w:t>Šķirne</w:t>
            </w:r>
          </w:p>
        </w:tc>
        <w:tc>
          <w:tcPr>
            <w:tcW w:w="1701" w:type="dxa"/>
            <w:shd w:val="clear" w:color="auto" w:fill="D9D9D9"/>
          </w:tcPr>
          <w:p w:rsidR="002819BA" w:rsidRPr="001B4907" w14:paraId="76EB97A1" w14:textId="77777777">
            <w:pPr>
              <w:spacing w:after="0"/>
              <w:jc w:val="center"/>
            </w:pPr>
            <w:r w:rsidRPr="001B4907">
              <w:rPr>
                <w:b/>
                <w:sz w:val="18"/>
              </w:rPr>
              <w:t>Latviskais nosaukums</w:t>
            </w:r>
          </w:p>
        </w:tc>
        <w:tc>
          <w:tcPr>
            <w:tcW w:w="1134" w:type="dxa"/>
            <w:shd w:val="clear" w:color="auto" w:fill="D9D9D9"/>
          </w:tcPr>
          <w:p w:rsidR="002819BA" w:rsidRPr="001B4907" w14:paraId="4724F34C" w14:textId="77777777">
            <w:pPr>
              <w:spacing w:after="0"/>
              <w:jc w:val="center"/>
            </w:pPr>
            <w:r w:rsidRPr="001B4907">
              <w:rPr>
                <w:b/>
                <w:sz w:val="18"/>
              </w:rPr>
              <w:t>Konteiners</w:t>
            </w:r>
          </w:p>
        </w:tc>
        <w:tc>
          <w:tcPr>
            <w:tcW w:w="710" w:type="dxa"/>
            <w:shd w:val="clear" w:color="auto" w:fill="D9D9D9"/>
          </w:tcPr>
          <w:p w:rsidR="002819BA" w:rsidRPr="001B4907" w14:paraId="6F969588" w14:textId="77777777">
            <w:pPr>
              <w:spacing w:after="0"/>
              <w:jc w:val="center"/>
            </w:pPr>
            <w:r w:rsidRPr="001B4907">
              <w:rPr>
                <w:b/>
                <w:sz w:val="18"/>
              </w:rPr>
              <w:t>Mērv</w:t>
            </w:r>
            <w:r w:rsidRPr="001B4907">
              <w:rPr>
                <w:b/>
                <w:sz w:val="18"/>
              </w:rPr>
              <w:t>.</w:t>
            </w:r>
          </w:p>
        </w:tc>
        <w:tc>
          <w:tcPr>
            <w:tcW w:w="794" w:type="dxa"/>
            <w:shd w:val="clear" w:color="auto" w:fill="D9D9D9"/>
          </w:tcPr>
          <w:p w:rsidR="002819BA" w:rsidRPr="001B4907" w14:paraId="7EF363F6" w14:textId="77777777">
            <w:pPr>
              <w:spacing w:after="0"/>
              <w:jc w:val="center"/>
            </w:pPr>
            <w:r w:rsidRPr="001B4907">
              <w:rPr>
                <w:b/>
                <w:sz w:val="18"/>
              </w:rPr>
              <w:t>Daudz.</w:t>
            </w:r>
          </w:p>
        </w:tc>
        <w:tc>
          <w:tcPr>
            <w:tcW w:w="1247" w:type="dxa"/>
            <w:shd w:val="clear" w:color="auto" w:fill="D9D9D9"/>
          </w:tcPr>
          <w:p w:rsidR="002819BA" w:rsidRPr="001B4907" w14:paraId="5A4EC163" w14:textId="77777777">
            <w:pPr>
              <w:spacing w:after="0"/>
              <w:jc w:val="center"/>
            </w:pPr>
            <w:r w:rsidRPr="001B4907">
              <w:rPr>
                <w:b/>
                <w:sz w:val="18"/>
              </w:rPr>
              <w:t>Plānotais piegādes laiks</w:t>
            </w:r>
          </w:p>
        </w:tc>
      </w:tr>
      <w:tr w14:paraId="5E15A86F"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1D30395F" w14:textId="77777777">
            <w:pPr>
              <w:spacing w:after="0"/>
              <w:jc w:val="center"/>
            </w:pPr>
            <w:r w:rsidRPr="001B4907">
              <w:rPr>
                <w:b/>
                <w:sz w:val="18"/>
              </w:rPr>
              <w:t>1. Piegāde Bauskas pilsētas nodaļai, adrese: Uzvaras iela 6, Bauska, Bauskas novads</w:t>
            </w:r>
          </w:p>
        </w:tc>
      </w:tr>
      <w:tr w14:paraId="0A0BE77E" w14:textId="77777777" w:rsidTr="002957E9">
        <w:tblPrEx>
          <w:tblW w:w="0" w:type="auto"/>
          <w:jc w:val="center"/>
          <w:tblLayout w:type="fixed"/>
          <w:tblLook w:val="04A0"/>
        </w:tblPrEx>
        <w:trPr>
          <w:jc w:val="center"/>
        </w:trPr>
        <w:tc>
          <w:tcPr>
            <w:tcW w:w="9850" w:type="dxa"/>
            <w:gridSpan w:val="9"/>
          </w:tcPr>
          <w:p w:rsidR="002819BA" w:rsidRPr="001B4907" w14:paraId="7FEB89A1" w14:textId="77777777">
            <w:pPr>
              <w:spacing w:after="0"/>
              <w:jc w:val="center"/>
            </w:pPr>
            <w:r w:rsidRPr="001B4907">
              <w:rPr>
                <w:sz w:val="18"/>
              </w:rPr>
              <w:t>Viengadīgo puķu stādu piegāde puķu dobēm, Bauskas pilsētā</w:t>
            </w:r>
          </w:p>
        </w:tc>
      </w:tr>
      <w:tr w14:paraId="27A1A550" w14:textId="77777777" w:rsidTr="002957E9">
        <w:tblPrEx>
          <w:tblW w:w="0" w:type="auto"/>
          <w:jc w:val="center"/>
          <w:tblLayout w:type="fixed"/>
          <w:tblLook w:val="04A0"/>
        </w:tblPrEx>
        <w:trPr>
          <w:gridAfter w:val="1"/>
          <w:wAfter w:w="12" w:type="dxa"/>
          <w:jc w:val="center"/>
        </w:trPr>
        <w:tc>
          <w:tcPr>
            <w:tcW w:w="624" w:type="dxa"/>
          </w:tcPr>
          <w:p w:rsidR="002819BA" w:rsidRPr="001B4907" w14:paraId="05BC85F3" w14:textId="77777777">
            <w:pPr>
              <w:spacing w:after="0"/>
              <w:jc w:val="center"/>
            </w:pPr>
            <w:r w:rsidRPr="001B4907">
              <w:rPr>
                <w:sz w:val="18"/>
              </w:rPr>
              <w:t>1.1</w:t>
            </w:r>
          </w:p>
        </w:tc>
        <w:tc>
          <w:tcPr>
            <w:tcW w:w="1814" w:type="dxa"/>
          </w:tcPr>
          <w:p w:rsidR="002819BA" w:rsidRPr="001B4907" w14:paraId="2C6B5F18" w14:textId="77777777">
            <w:pPr>
              <w:spacing w:after="0"/>
            </w:pPr>
            <w:r w:rsidRPr="001B4907">
              <w:rPr>
                <w:sz w:val="18"/>
              </w:rPr>
              <w:t>Angelonia</w:t>
            </w:r>
            <w:r w:rsidRPr="001B4907">
              <w:rPr>
                <w:sz w:val="18"/>
              </w:rPr>
              <w:t xml:space="preserve"> </w:t>
            </w:r>
            <w:r w:rsidRPr="001B4907">
              <w:rPr>
                <w:sz w:val="18"/>
              </w:rPr>
              <w:t>angustifolia</w:t>
            </w:r>
          </w:p>
        </w:tc>
        <w:tc>
          <w:tcPr>
            <w:tcW w:w="1814" w:type="dxa"/>
          </w:tcPr>
          <w:p w:rsidR="002819BA" w:rsidRPr="001B4907" w14:paraId="2E2BEED1" w14:textId="77777777">
            <w:pPr>
              <w:spacing w:after="0"/>
            </w:pPr>
            <w:r w:rsidRPr="001B4907">
              <w:rPr>
                <w:sz w:val="18"/>
              </w:rPr>
              <w:t>'</w:t>
            </w:r>
            <w:r w:rsidRPr="001B4907">
              <w:rPr>
                <w:sz w:val="18"/>
              </w:rPr>
              <w:t>Alonia</w:t>
            </w:r>
            <w:r w:rsidRPr="001B4907">
              <w:rPr>
                <w:sz w:val="18"/>
              </w:rPr>
              <w:t xml:space="preserve"> </w:t>
            </w:r>
            <w:r w:rsidRPr="001B4907">
              <w:rPr>
                <w:sz w:val="18"/>
              </w:rPr>
              <w:t>Big</w:t>
            </w:r>
            <w:r w:rsidRPr="001B4907">
              <w:rPr>
                <w:sz w:val="18"/>
              </w:rPr>
              <w:t xml:space="preserve"> </w:t>
            </w:r>
            <w:r w:rsidRPr="001B4907">
              <w:rPr>
                <w:sz w:val="18"/>
              </w:rPr>
              <w:t>Cherry</w:t>
            </w:r>
            <w:r w:rsidRPr="001B4907">
              <w:rPr>
                <w:sz w:val="18"/>
              </w:rPr>
              <w:t>'</w:t>
            </w:r>
          </w:p>
        </w:tc>
        <w:tc>
          <w:tcPr>
            <w:tcW w:w="1701" w:type="dxa"/>
          </w:tcPr>
          <w:p w:rsidR="002819BA" w:rsidRPr="001B4907" w14:paraId="66758C42" w14:textId="77777777">
            <w:pPr>
              <w:spacing w:after="0"/>
            </w:pPr>
            <w:r w:rsidRPr="001B4907">
              <w:rPr>
                <w:sz w:val="18"/>
              </w:rPr>
              <w:t>Gārdnera</w:t>
            </w:r>
            <w:r w:rsidRPr="001B4907">
              <w:rPr>
                <w:sz w:val="18"/>
              </w:rPr>
              <w:t xml:space="preserve"> </w:t>
            </w:r>
            <w:r w:rsidRPr="001B4907">
              <w:rPr>
                <w:sz w:val="18"/>
              </w:rPr>
              <w:t>angelonija</w:t>
            </w:r>
          </w:p>
        </w:tc>
        <w:tc>
          <w:tcPr>
            <w:tcW w:w="1134" w:type="dxa"/>
          </w:tcPr>
          <w:p w:rsidR="002819BA" w:rsidRPr="001B4907" w14:paraId="4692B2FE" w14:textId="77777777">
            <w:pPr>
              <w:spacing w:after="0"/>
              <w:jc w:val="center"/>
            </w:pPr>
            <w:r w:rsidRPr="001B4907">
              <w:rPr>
                <w:sz w:val="18"/>
              </w:rPr>
              <w:t>P11/P12/P13</w:t>
            </w:r>
          </w:p>
        </w:tc>
        <w:tc>
          <w:tcPr>
            <w:tcW w:w="710" w:type="dxa"/>
          </w:tcPr>
          <w:p w:rsidR="002819BA" w:rsidRPr="001B4907" w14:paraId="04E98D26" w14:textId="77777777">
            <w:pPr>
              <w:spacing w:after="0"/>
              <w:jc w:val="center"/>
            </w:pPr>
            <w:r w:rsidRPr="001B4907">
              <w:rPr>
                <w:sz w:val="18"/>
              </w:rPr>
              <w:t>gab.</w:t>
            </w:r>
          </w:p>
        </w:tc>
        <w:tc>
          <w:tcPr>
            <w:tcW w:w="794" w:type="dxa"/>
          </w:tcPr>
          <w:p w:rsidR="002819BA" w:rsidRPr="001B4907" w14:paraId="0ED89A3D" w14:textId="77777777">
            <w:pPr>
              <w:spacing w:after="0"/>
              <w:jc w:val="center"/>
            </w:pPr>
            <w:r w:rsidRPr="001B4907">
              <w:rPr>
                <w:sz w:val="18"/>
              </w:rPr>
              <w:t>40</w:t>
            </w:r>
          </w:p>
        </w:tc>
        <w:tc>
          <w:tcPr>
            <w:tcW w:w="1247" w:type="dxa"/>
          </w:tcPr>
          <w:p w:rsidR="002819BA" w:rsidRPr="001B4907" w14:paraId="26A1C8D0" w14:textId="77777777">
            <w:pPr>
              <w:spacing w:after="0"/>
              <w:jc w:val="center"/>
            </w:pPr>
            <w:r w:rsidRPr="001B4907">
              <w:rPr>
                <w:sz w:val="18"/>
              </w:rPr>
              <w:t>03.05.2027.–11.06.2027.</w:t>
            </w:r>
          </w:p>
        </w:tc>
      </w:tr>
      <w:tr w14:paraId="510CA4C7" w14:textId="77777777" w:rsidTr="002957E9">
        <w:tblPrEx>
          <w:tblW w:w="0" w:type="auto"/>
          <w:jc w:val="center"/>
          <w:tblLayout w:type="fixed"/>
          <w:tblLook w:val="04A0"/>
        </w:tblPrEx>
        <w:trPr>
          <w:gridAfter w:val="1"/>
          <w:wAfter w:w="12" w:type="dxa"/>
          <w:jc w:val="center"/>
        </w:trPr>
        <w:tc>
          <w:tcPr>
            <w:tcW w:w="624" w:type="dxa"/>
          </w:tcPr>
          <w:p w:rsidR="002819BA" w:rsidRPr="001B4907" w14:paraId="7F4FA80E" w14:textId="77777777">
            <w:pPr>
              <w:spacing w:after="0"/>
              <w:jc w:val="center"/>
            </w:pPr>
            <w:r w:rsidRPr="001B4907">
              <w:rPr>
                <w:sz w:val="18"/>
              </w:rPr>
              <w:t>1.2</w:t>
            </w:r>
          </w:p>
        </w:tc>
        <w:tc>
          <w:tcPr>
            <w:tcW w:w="1814" w:type="dxa"/>
          </w:tcPr>
          <w:p w:rsidR="002819BA" w:rsidRPr="001B4907" w14:paraId="2DEF118E" w14:textId="77777777">
            <w:pPr>
              <w:spacing w:after="0"/>
            </w:pPr>
            <w:r w:rsidRPr="001B4907">
              <w:rPr>
                <w:sz w:val="18"/>
              </w:rPr>
              <w:t>Argyranthemum</w:t>
            </w:r>
            <w:r w:rsidRPr="001B4907">
              <w:rPr>
                <w:sz w:val="18"/>
              </w:rPr>
              <w:t xml:space="preserve"> </w:t>
            </w:r>
            <w:r w:rsidRPr="001B4907">
              <w:rPr>
                <w:sz w:val="18"/>
              </w:rPr>
              <w:t>frutescens</w:t>
            </w:r>
          </w:p>
        </w:tc>
        <w:tc>
          <w:tcPr>
            <w:tcW w:w="1814" w:type="dxa"/>
          </w:tcPr>
          <w:p w:rsidR="002819BA" w:rsidRPr="001B4907" w14:paraId="478140CA" w14:textId="77777777">
            <w:pPr>
              <w:spacing w:after="0"/>
            </w:pPr>
            <w:r w:rsidRPr="001B4907">
              <w:rPr>
                <w:sz w:val="18"/>
              </w:rPr>
              <w:t>'</w:t>
            </w:r>
            <w:r w:rsidRPr="001B4907">
              <w:rPr>
                <w:sz w:val="18"/>
              </w:rPr>
              <w:t>Day-Zee</w:t>
            </w:r>
            <w:r w:rsidRPr="001B4907">
              <w:rPr>
                <w:sz w:val="18"/>
              </w:rPr>
              <w:t xml:space="preserve"> Dark </w:t>
            </w:r>
            <w:r w:rsidRPr="001B4907">
              <w:rPr>
                <w:sz w:val="18"/>
              </w:rPr>
              <w:t>Rose</w:t>
            </w:r>
            <w:r w:rsidRPr="001B4907">
              <w:rPr>
                <w:sz w:val="18"/>
              </w:rPr>
              <w:t>'</w:t>
            </w:r>
          </w:p>
        </w:tc>
        <w:tc>
          <w:tcPr>
            <w:tcW w:w="1701" w:type="dxa"/>
          </w:tcPr>
          <w:p w:rsidR="002819BA" w:rsidRPr="001B4907" w14:paraId="449F54CF" w14:textId="77777777">
            <w:pPr>
              <w:spacing w:after="0"/>
            </w:pPr>
            <w:r w:rsidRPr="001B4907">
              <w:rPr>
                <w:sz w:val="18"/>
              </w:rPr>
              <w:t>Krūmveida</w:t>
            </w:r>
            <w:r w:rsidRPr="001B4907">
              <w:rPr>
                <w:sz w:val="18"/>
              </w:rPr>
              <w:t xml:space="preserve"> </w:t>
            </w:r>
            <w:r w:rsidRPr="001B4907">
              <w:rPr>
                <w:sz w:val="18"/>
              </w:rPr>
              <w:t>argirantēma</w:t>
            </w:r>
          </w:p>
        </w:tc>
        <w:tc>
          <w:tcPr>
            <w:tcW w:w="1134" w:type="dxa"/>
          </w:tcPr>
          <w:p w:rsidR="002819BA" w:rsidRPr="001B4907" w14:paraId="2F85515B" w14:textId="77777777">
            <w:pPr>
              <w:spacing w:after="0"/>
              <w:jc w:val="center"/>
            </w:pPr>
            <w:r w:rsidRPr="001B4907">
              <w:rPr>
                <w:sz w:val="18"/>
              </w:rPr>
              <w:t>P11/P12/P13</w:t>
            </w:r>
          </w:p>
        </w:tc>
        <w:tc>
          <w:tcPr>
            <w:tcW w:w="710" w:type="dxa"/>
          </w:tcPr>
          <w:p w:rsidR="002819BA" w:rsidRPr="001B4907" w14:paraId="288EE6D4" w14:textId="77777777">
            <w:pPr>
              <w:spacing w:after="0"/>
              <w:jc w:val="center"/>
            </w:pPr>
            <w:r w:rsidRPr="001B4907">
              <w:rPr>
                <w:sz w:val="18"/>
              </w:rPr>
              <w:t>gab.</w:t>
            </w:r>
          </w:p>
        </w:tc>
        <w:tc>
          <w:tcPr>
            <w:tcW w:w="794" w:type="dxa"/>
          </w:tcPr>
          <w:p w:rsidR="002819BA" w:rsidRPr="001B4907" w14:paraId="0D3A1388" w14:textId="77777777">
            <w:pPr>
              <w:spacing w:after="0"/>
              <w:jc w:val="center"/>
            </w:pPr>
            <w:r w:rsidRPr="001B4907">
              <w:rPr>
                <w:sz w:val="18"/>
              </w:rPr>
              <w:t>50</w:t>
            </w:r>
          </w:p>
        </w:tc>
        <w:tc>
          <w:tcPr>
            <w:tcW w:w="1247" w:type="dxa"/>
          </w:tcPr>
          <w:p w:rsidR="002819BA" w:rsidRPr="001B4907" w14:paraId="080C0AF2" w14:textId="77777777">
            <w:pPr>
              <w:spacing w:after="0"/>
              <w:jc w:val="center"/>
            </w:pPr>
            <w:r w:rsidRPr="001B4907">
              <w:rPr>
                <w:sz w:val="18"/>
              </w:rPr>
              <w:t>03.05.2027.–11.06.2027.</w:t>
            </w:r>
          </w:p>
        </w:tc>
      </w:tr>
      <w:tr w14:paraId="683AC2EB" w14:textId="77777777" w:rsidTr="002957E9">
        <w:tblPrEx>
          <w:tblW w:w="0" w:type="auto"/>
          <w:jc w:val="center"/>
          <w:tblLayout w:type="fixed"/>
          <w:tblLook w:val="04A0"/>
        </w:tblPrEx>
        <w:trPr>
          <w:gridAfter w:val="1"/>
          <w:wAfter w:w="12" w:type="dxa"/>
          <w:jc w:val="center"/>
        </w:trPr>
        <w:tc>
          <w:tcPr>
            <w:tcW w:w="624" w:type="dxa"/>
          </w:tcPr>
          <w:p w:rsidR="002819BA" w:rsidRPr="001B4907" w14:paraId="6D1A4F57" w14:textId="77777777">
            <w:pPr>
              <w:spacing w:after="0"/>
              <w:jc w:val="center"/>
            </w:pPr>
            <w:r w:rsidRPr="001B4907">
              <w:rPr>
                <w:sz w:val="18"/>
              </w:rPr>
              <w:t>1.3</w:t>
            </w:r>
          </w:p>
        </w:tc>
        <w:tc>
          <w:tcPr>
            <w:tcW w:w="1814" w:type="dxa"/>
          </w:tcPr>
          <w:p w:rsidR="002819BA" w:rsidRPr="001B4907" w14:paraId="2562AFC6" w14:textId="77777777">
            <w:pPr>
              <w:spacing w:after="0"/>
            </w:pPr>
            <w:r w:rsidRPr="001B4907">
              <w:rPr>
                <w:sz w:val="18"/>
              </w:rPr>
              <w:t>Argyranthemum</w:t>
            </w:r>
            <w:r w:rsidRPr="001B4907">
              <w:rPr>
                <w:sz w:val="18"/>
              </w:rPr>
              <w:t xml:space="preserve"> </w:t>
            </w:r>
            <w:r w:rsidRPr="001B4907">
              <w:rPr>
                <w:sz w:val="18"/>
              </w:rPr>
              <w:t>frutescens</w:t>
            </w:r>
          </w:p>
        </w:tc>
        <w:tc>
          <w:tcPr>
            <w:tcW w:w="1814" w:type="dxa"/>
          </w:tcPr>
          <w:p w:rsidR="002819BA" w:rsidRPr="001B4907" w14:paraId="55FDF973" w14:textId="77777777">
            <w:pPr>
              <w:spacing w:after="0"/>
            </w:pPr>
            <w:r w:rsidRPr="001B4907">
              <w:rPr>
                <w:sz w:val="18"/>
              </w:rPr>
              <w:t>'</w:t>
            </w:r>
            <w:r w:rsidRPr="001B4907">
              <w:rPr>
                <w:sz w:val="18"/>
              </w:rPr>
              <w:t>Aramis</w:t>
            </w:r>
            <w:r w:rsidRPr="001B4907">
              <w:rPr>
                <w:sz w:val="18"/>
              </w:rPr>
              <w:t xml:space="preserve"> </w:t>
            </w:r>
            <w:r w:rsidRPr="001B4907">
              <w:rPr>
                <w:sz w:val="18"/>
              </w:rPr>
              <w:t>White</w:t>
            </w:r>
            <w:r w:rsidRPr="001B4907">
              <w:rPr>
                <w:sz w:val="18"/>
              </w:rPr>
              <w:t>'</w:t>
            </w:r>
          </w:p>
        </w:tc>
        <w:tc>
          <w:tcPr>
            <w:tcW w:w="1701" w:type="dxa"/>
          </w:tcPr>
          <w:p w:rsidR="002819BA" w:rsidRPr="001B4907" w14:paraId="0B57854D" w14:textId="77777777">
            <w:pPr>
              <w:spacing w:after="0"/>
            </w:pPr>
            <w:r w:rsidRPr="001B4907">
              <w:rPr>
                <w:sz w:val="18"/>
              </w:rPr>
              <w:t>Krūmveida</w:t>
            </w:r>
            <w:r w:rsidRPr="001B4907">
              <w:rPr>
                <w:sz w:val="18"/>
              </w:rPr>
              <w:t xml:space="preserve"> </w:t>
            </w:r>
            <w:r w:rsidRPr="001B4907">
              <w:rPr>
                <w:sz w:val="18"/>
              </w:rPr>
              <w:t>argirantēma</w:t>
            </w:r>
          </w:p>
        </w:tc>
        <w:tc>
          <w:tcPr>
            <w:tcW w:w="1134" w:type="dxa"/>
          </w:tcPr>
          <w:p w:rsidR="002819BA" w:rsidRPr="001B4907" w14:paraId="37A18A41" w14:textId="77777777">
            <w:pPr>
              <w:spacing w:after="0"/>
              <w:jc w:val="center"/>
            </w:pPr>
            <w:r w:rsidRPr="001B4907">
              <w:rPr>
                <w:sz w:val="18"/>
              </w:rPr>
              <w:t>P11/P12/P13</w:t>
            </w:r>
          </w:p>
        </w:tc>
        <w:tc>
          <w:tcPr>
            <w:tcW w:w="710" w:type="dxa"/>
          </w:tcPr>
          <w:p w:rsidR="002819BA" w:rsidRPr="001B4907" w14:paraId="4B41AAB1" w14:textId="77777777">
            <w:pPr>
              <w:spacing w:after="0"/>
              <w:jc w:val="center"/>
            </w:pPr>
            <w:r w:rsidRPr="001B4907">
              <w:rPr>
                <w:sz w:val="18"/>
              </w:rPr>
              <w:t>gab.</w:t>
            </w:r>
          </w:p>
        </w:tc>
        <w:tc>
          <w:tcPr>
            <w:tcW w:w="794" w:type="dxa"/>
          </w:tcPr>
          <w:p w:rsidR="002819BA" w:rsidRPr="001B4907" w14:paraId="313E224A" w14:textId="77777777">
            <w:pPr>
              <w:spacing w:after="0"/>
              <w:jc w:val="center"/>
            </w:pPr>
            <w:r w:rsidRPr="001B4907">
              <w:rPr>
                <w:sz w:val="18"/>
              </w:rPr>
              <w:t>62</w:t>
            </w:r>
          </w:p>
        </w:tc>
        <w:tc>
          <w:tcPr>
            <w:tcW w:w="1247" w:type="dxa"/>
          </w:tcPr>
          <w:p w:rsidR="002819BA" w:rsidRPr="001B4907" w14:paraId="37B6507E" w14:textId="77777777">
            <w:pPr>
              <w:spacing w:after="0"/>
              <w:jc w:val="center"/>
            </w:pPr>
            <w:r w:rsidRPr="001B4907">
              <w:rPr>
                <w:sz w:val="18"/>
              </w:rPr>
              <w:t>03.05.2027.–11.06.2027.</w:t>
            </w:r>
          </w:p>
        </w:tc>
      </w:tr>
      <w:tr w14:paraId="09CCFC58" w14:textId="77777777" w:rsidTr="002957E9">
        <w:tblPrEx>
          <w:tblW w:w="0" w:type="auto"/>
          <w:jc w:val="center"/>
          <w:tblLayout w:type="fixed"/>
          <w:tblLook w:val="04A0"/>
        </w:tblPrEx>
        <w:trPr>
          <w:gridAfter w:val="1"/>
          <w:wAfter w:w="12" w:type="dxa"/>
          <w:jc w:val="center"/>
        </w:trPr>
        <w:tc>
          <w:tcPr>
            <w:tcW w:w="624" w:type="dxa"/>
          </w:tcPr>
          <w:p w:rsidR="002819BA" w:rsidRPr="001B4907" w14:paraId="3154A6B6" w14:textId="77777777">
            <w:pPr>
              <w:spacing w:after="0"/>
              <w:jc w:val="center"/>
            </w:pPr>
            <w:r w:rsidRPr="001B4907">
              <w:rPr>
                <w:sz w:val="18"/>
              </w:rPr>
              <w:t>1.4</w:t>
            </w:r>
          </w:p>
        </w:tc>
        <w:tc>
          <w:tcPr>
            <w:tcW w:w="1814" w:type="dxa"/>
          </w:tcPr>
          <w:p w:rsidR="002819BA" w:rsidRPr="001B4907" w14:paraId="178C58D4" w14:textId="77777777">
            <w:pPr>
              <w:spacing w:after="0"/>
            </w:pPr>
            <w:r w:rsidRPr="001B4907">
              <w:rPr>
                <w:sz w:val="18"/>
              </w:rPr>
              <w:t>Begonia</w:t>
            </w:r>
          </w:p>
        </w:tc>
        <w:tc>
          <w:tcPr>
            <w:tcW w:w="1814" w:type="dxa"/>
          </w:tcPr>
          <w:p w:rsidR="002819BA" w:rsidRPr="001B4907" w14:paraId="7E388624" w14:textId="77777777">
            <w:pPr>
              <w:spacing w:after="0"/>
            </w:pPr>
            <w:r w:rsidRPr="001B4907">
              <w:rPr>
                <w:sz w:val="18"/>
              </w:rPr>
              <w:t>'</w:t>
            </w:r>
            <w:r w:rsidRPr="001B4907">
              <w:rPr>
                <w:sz w:val="18"/>
              </w:rPr>
              <w:t>Solenia</w:t>
            </w:r>
            <w:r w:rsidRPr="001B4907">
              <w:rPr>
                <w:sz w:val="18"/>
              </w:rPr>
              <w:t xml:space="preserve"> </w:t>
            </w:r>
            <w:r w:rsidRPr="001B4907">
              <w:rPr>
                <w:sz w:val="18"/>
              </w:rPr>
              <w:t>Yellow</w:t>
            </w:r>
            <w:r w:rsidRPr="001B4907">
              <w:rPr>
                <w:sz w:val="18"/>
              </w:rPr>
              <w:t>'</w:t>
            </w:r>
          </w:p>
        </w:tc>
        <w:tc>
          <w:tcPr>
            <w:tcW w:w="1701" w:type="dxa"/>
          </w:tcPr>
          <w:p w:rsidR="002819BA" w:rsidRPr="001B4907" w14:paraId="597F1E12" w14:textId="77777777">
            <w:pPr>
              <w:spacing w:after="0"/>
            </w:pPr>
            <w:r w:rsidRPr="001B4907">
              <w:rPr>
                <w:sz w:val="18"/>
              </w:rPr>
              <w:t xml:space="preserve">Begonija, </w:t>
            </w:r>
            <w:r w:rsidRPr="001B4907">
              <w:rPr>
                <w:sz w:val="18"/>
              </w:rPr>
              <w:t>solēnija</w:t>
            </w:r>
          </w:p>
        </w:tc>
        <w:tc>
          <w:tcPr>
            <w:tcW w:w="1134" w:type="dxa"/>
          </w:tcPr>
          <w:p w:rsidR="002819BA" w:rsidRPr="001B4907" w14:paraId="7CB17047" w14:textId="77777777">
            <w:pPr>
              <w:spacing w:after="0"/>
              <w:jc w:val="center"/>
            </w:pPr>
            <w:r w:rsidRPr="001B4907">
              <w:rPr>
                <w:sz w:val="18"/>
              </w:rPr>
              <w:t>P11/P12/P13</w:t>
            </w:r>
          </w:p>
        </w:tc>
        <w:tc>
          <w:tcPr>
            <w:tcW w:w="710" w:type="dxa"/>
          </w:tcPr>
          <w:p w:rsidR="002819BA" w:rsidRPr="001B4907" w14:paraId="3E2D4888" w14:textId="77777777">
            <w:pPr>
              <w:spacing w:after="0"/>
              <w:jc w:val="center"/>
            </w:pPr>
            <w:r w:rsidRPr="001B4907">
              <w:rPr>
                <w:sz w:val="18"/>
              </w:rPr>
              <w:t>gab.</w:t>
            </w:r>
          </w:p>
        </w:tc>
        <w:tc>
          <w:tcPr>
            <w:tcW w:w="794" w:type="dxa"/>
          </w:tcPr>
          <w:p w:rsidR="002819BA" w:rsidRPr="001B4907" w14:paraId="6A44633E" w14:textId="77777777">
            <w:pPr>
              <w:spacing w:after="0"/>
              <w:jc w:val="center"/>
            </w:pPr>
            <w:r w:rsidRPr="001B4907">
              <w:rPr>
                <w:sz w:val="18"/>
              </w:rPr>
              <w:t>100</w:t>
            </w:r>
          </w:p>
        </w:tc>
        <w:tc>
          <w:tcPr>
            <w:tcW w:w="1247" w:type="dxa"/>
          </w:tcPr>
          <w:p w:rsidR="002819BA" w:rsidRPr="001B4907" w14:paraId="5CA0398F" w14:textId="77777777">
            <w:pPr>
              <w:spacing w:after="0"/>
              <w:jc w:val="center"/>
            </w:pPr>
            <w:r w:rsidRPr="001B4907">
              <w:rPr>
                <w:sz w:val="18"/>
              </w:rPr>
              <w:t>03.05.2027.–11.06.2027.</w:t>
            </w:r>
          </w:p>
        </w:tc>
      </w:tr>
      <w:tr w14:paraId="4AF5BFD3" w14:textId="77777777" w:rsidTr="002957E9">
        <w:tblPrEx>
          <w:tblW w:w="0" w:type="auto"/>
          <w:jc w:val="center"/>
          <w:tblLayout w:type="fixed"/>
          <w:tblLook w:val="04A0"/>
        </w:tblPrEx>
        <w:trPr>
          <w:gridAfter w:val="1"/>
          <w:wAfter w:w="12" w:type="dxa"/>
          <w:jc w:val="center"/>
        </w:trPr>
        <w:tc>
          <w:tcPr>
            <w:tcW w:w="624" w:type="dxa"/>
          </w:tcPr>
          <w:p w:rsidR="002819BA" w:rsidRPr="001B4907" w14:paraId="17F963D5" w14:textId="77777777">
            <w:pPr>
              <w:spacing w:after="0"/>
              <w:jc w:val="center"/>
            </w:pPr>
            <w:r w:rsidRPr="001B4907">
              <w:rPr>
                <w:sz w:val="18"/>
              </w:rPr>
              <w:t>1.5</w:t>
            </w:r>
          </w:p>
        </w:tc>
        <w:tc>
          <w:tcPr>
            <w:tcW w:w="1814" w:type="dxa"/>
          </w:tcPr>
          <w:p w:rsidR="002819BA" w:rsidRPr="001B4907" w14:paraId="5577AE21" w14:textId="77777777">
            <w:pPr>
              <w:spacing w:after="0"/>
            </w:pPr>
            <w:r w:rsidRPr="001B4907">
              <w:rPr>
                <w:sz w:val="18"/>
              </w:rPr>
              <w:t>Brassica</w:t>
            </w:r>
            <w:r w:rsidRPr="001B4907">
              <w:rPr>
                <w:sz w:val="18"/>
              </w:rPr>
              <w:t xml:space="preserve"> </w:t>
            </w:r>
            <w:r w:rsidRPr="001B4907">
              <w:rPr>
                <w:sz w:val="18"/>
              </w:rPr>
              <w:t>oleracea</w:t>
            </w:r>
          </w:p>
        </w:tc>
        <w:tc>
          <w:tcPr>
            <w:tcW w:w="1814" w:type="dxa"/>
          </w:tcPr>
          <w:p w:rsidR="002819BA" w:rsidRPr="001B4907" w14:paraId="6B601A54" w14:textId="77777777">
            <w:pPr>
              <w:spacing w:after="0"/>
            </w:pPr>
            <w:r w:rsidRPr="001B4907">
              <w:rPr>
                <w:sz w:val="18"/>
              </w:rPr>
              <w:t>Mix</w:t>
            </w:r>
          </w:p>
        </w:tc>
        <w:tc>
          <w:tcPr>
            <w:tcW w:w="1701" w:type="dxa"/>
          </w:tcPr>
          <w:p w:rsidR="002819BA" w:rsidRPr="001B4907" w14:paraId="60DEE965" w14:textId="77777777">
            <w:pPr>
              <w:spacing w:after="0"/>
            </w:pPr>
            <w:r w:rsidRPr="001B4907">
              <w:rPr>
                <w:sz w:val="18"/>
              </w:rPr>
              <w:t>Dekoratīvais kāposts</w:t>
            </w:r>
          </w:p>
        </w:tc>
        <w:tc>
          <w:tcPr>
            <w:tcW w:w="1134" w:type="dxa"/>
          </w:tcPr>
          <w:p w:rsidR="002819BA" w:rsidRPr="001B4907" w14:paraId="62ACC2A6" w14:textId="77777777">
            <w:pPr>
              <w:spacing w:after="0"/>
              <w:jc w:val="center"/>
            </w:pPr>
            <w:r w:rsidRPr="001B4907">
              <w:rPr>
                <w:sz w:val="18"/>
              </w:rPr>
              <w:t>P11/P12/P13</w:t>
            </w:r>
          </w:p>
        </w:tc>
        <w:tc>
          <w:tcPr>
            <w:tcW w:w="710" w:type="dxa"/>
          </w:tcPr>
          <w:p w:rsidR="002819BA" w:rsidRPr="001B4907" w14:paraId="18B436EB" w14:textId="77777777">
            <w:pPr>
              <w:spacing w:after="0"/>
              <w:jc w:val="center"/>
            </w:pPr>
            <w:r w:rsidRPr="001B4907">
              <w:rPr>
                <w:sz w:val="18"/>
              </w:rPr>
              <w:t>gab.</w:t>
            </w:r>
          </w:p>
        </w:tc>
        <w:tc>
          <w:tcPr>
            <w:tcW w:w="794" w:type="dxa"/>
          </w:tcPr>
          <w:p w:rsidR="002819BA" w:rsidRPr="001B4907" w14:paraId="54AB9C54" w14:textId="77777777">
            <w:pPr>
              <w:spacing w:after="0"/>
              <w:jc w:val="center"/>
            </w:pPr>
            <w:r w:rsidRPr="001B4907">
              <w:rPr>
                <w:sz w:val="18"/>
              </w:rPr>
              <w:t>40</w:t>
            </w:r>
          </w:p>
        </w:tc>
        <w:tc>
          <w:tcPr>
            <w:tcW w:w="1247" w:type="dxa"/>
          </w:tcPr>
          <w:p w:rsidR="002819BA" w:rsidRPr="001B4907" w:rsidP="00901AE8" w14:paraId="56991CE1" w14:textId="40F6BFC6">
            <w:pPr>
              <w:spacing w:after="0"/>
              <w:jc w:val="center"/>
            </w:pPr>
            <w:r w:rsidRPr="001B4907">
              <w:rPr>
                <w:sz w:val="18"/>
              </w:rPr>
              <w:t>27.09.2027.–</w:t>
            </w:r>
            <w:r w:rsidRPr="001B4907" w:rsidR="00901AE8">
              <w:rPr>
                <w:sz w:val="18"/>
              </w:rPr>
              <w:t>29</w:t>
            </w:r>
            <w:r w:rsidRPr="001B4907">
              <w:rPr>
                <w:sz w:val="18"/>
              </w:rPr>
              <w:t>.10.2027.</w:t>
            </w:r>
          </w:p>
        </w:tc>
      </w:tr>
      <w:tr w14:paraId="2CC9D335" w14:textId="77777777" w:rsidTr="002957E9">
        <w:tblPrEx>
          <w:tblW w:w="0" w:type="auto"/>
          <w:jc w:val="center"/>
          <w:tblLayout w:type="fixed"/>
          <w:tblLook w:val="04A0"/>
        </w:tblPrEx>
        <w:trPr>
          <w:gridAfter w:val="1"/>
          <w:wAfter w:w="12" w:type="dxa"/>
          <w:jc w:val="center"/>
        </w:trPr>
        <w:tc>
          <w:tcPr>
            <w:tcW w:w="624" w:type="dxa"/>
          </w:tcPr>
          <w:p w:rsidR="002819BA" w:rsidRPr="001B4907" w14:paraId="50CCE48F" w14:textId="77777777">
            <w:pPr>
              <w:spacing w:after="0"/>
              <w:jc w:val="center"/>
            </w:pPr>
            <w:r w:rsidRPr="001B4907">
              <w:rPr>
                <w:sz w:val="18"/>
              </w:rPr>
              <w:t>1.6</w:t>
            </w:r>
          </w:p>
        </w:tc>
        <w:tc>
          <w:tcPr>
            <w:tcW w:w="1814" w:type="dxa"/>
          </w:tcPr>
          <w:p w:rsidR="002819BA" w:rsidRPr="001B4907" w14:paraId="5F6912CC" w14:textId="77777777">
            <w:pPr>
              <w:spacing w:after="0"/>
            </w:pPr>
            <w:r w:rsidRPr="001B4907">
              <w:rPr>
                <w:sz w:val="18"/>
              </w:rPr>
              <w:t>Calluna</w:t>
            </w:r>
            <w:r w:rsidRPr="001B4907">
              <w:rPr>
                <w:sz w:val="18"/>
              </w:rPr>
              <w:t xml:space="preserve"> </w:t>
            </w:r>
            <w:r w:rsidRPr="001B4907">
              <w:rPr>
                <w:sz w:val="18"/>
              </w:rPr>
              <w:t>vulgaris</w:t>
            </w:r>
          </w:p>
        </w:tc>
        <w:tc>
          <w:tcPr>
            <w:tcW w:w="1814" w:type="dxa"/>
          </w:tcPr>
          <w:p w:rsidR="002819BA" w:rsidRPr="001B4907" w14:paraId="5D02F593" w14:textId="77777777">
            <w:pPr>
              <w:spacing w:after="0"/>
            </w:pPr>
            <w:r w:rsidRPr="001B4907">
              <w:rPr>
                <w:sz w:val="18"/>
              </w:rPr>
              <w:t>Mix</w:t>
            </w:r>
          </w:p>
        </w:tc>
        <w:tc>
          <w:tcPr>
            <w:tcW w:w="1701" w:type="dxa"/>
          </w:tcPr>
          <w:p w:rsidR="002819BA" w:rsidRPr="001B4907" w14:paraId="5593DD98" w14:textId="77777777">
            <w:pPr>
              <w:spacing w:after="0"/>
            </w:pPr>
            <w:r w:rsidRPr="001B4907">
              <w:rPr>
                <w:sz w:val="18"/>
              </w:rPr>
              <w:t>Parastais virsis</w:t>
            </w:r>
          </w:p>
        </w:tc>
        <w:tc>
          <w:tcPr>
            <w:tcW w:w="1134" w:type="dxa"/>
          </w:tcPr>
          <w:p w:rsidR="002819BA" w:rsidRPr="001B4907" w14:paraId="24A8FE37" w14:textId="77777777">
            <w:pPr>
              <w:spacing w:after="0"/>
              <w:jc w:val="center"/>
            </w:pPr>
            <w:r w:rsidRPr="001B4907">
              <w:rPr>
                <w:sz w:val="18"/>
              </w:rPr>
              <w:t>P11/P12/P13</w:t>
            </w:r>
          </w:p>
        </w:tc>
        <w:tc>
          <w:tcPr>
            <w:tcW w:w="710" w:type="dxa"/>
          </w:tcPr>
          <w:p w:rsidR="002819BA" w:rsidRPr="001B4907" w14:paraId="022D5056" w14:textId="77777777">
            <w:pPr>
              <w:spacing w:after="0"/>
              <w:jc w:val="center"/>
            </w:pPr>
            <w:r w:rsidRPr="001B4907">
              <w:rPr>
                <w:sz w:val="18"/>
              </w:rPr>
              <w:t>gab.</w:t>
            </w:r>
          </w:p>
        </w:tc>
        <w:tc>
          <w:tcPr>
            <w:tcW w:w="794" w:type="dxa"/>
          </w:tcPr>
          <w:p w:rsidR="002819BA" w:rsidRPr="001B4907" w14:paraId="1F6FAA3E" w14:textId="77777777">
            <w:pPr>
              <w:spacing w:after="0"/>
              <w:jc w:val="center"/>
            </w:pPr>
            <w:r w:rsidRPr="001B4907">
              <w:rPr>
                <w:sz w:val="18"/>
              </w:rPr>
              <w:t>72</w:t>
            </w:r>
          </w:p>
        </w:tc>
        <w:tc>
          <w:tcPr>
            <w:tcW w:w="1247" w:type="dxa"/>
          </w:tcPr>
          <w:p w:rsidR="002819BA" w:rsidRPr="001B4907" w:rsidP="00901AE8" w14:paraId="19E2CC71" w14:textId="76A3C48A">
            <w:pPr>
              <w:spacing w:after="0"/>
              <w:jc w:val="center"/>
            </w:pPr>
            <w:r w:rsidRPr="001B4907">
              <w:rPr>
                <w:sz w:val="18"/>
              </w:rPr>
              <w:t>27.09.2027.–</w:t>
            </w:r>
            <w:r w:rsidRPr="001B4907" w:rsidR="00901AE8">
              <w:rPr>
                <w:sz w:val="18"/>
              </w:rPr>
              <w:t>29</w:t>
            </w:r>
            <w:r w:rsidRPr="001B4907">
              <w:rPr>
                <w:sz w:val="18"/>
              </w:rPr>
              <w:t>.10.2027.</w:t>
            </w:r>
          </w:p>
        </w:tc>
      </w:tr>
      <w:tr w14:paraId="22C5F7CF" w14:textId="77777777" w:rsidTr="002957E9">
        <w:tblPrEx>
          <w:tblW w:w="0" w:type="auto"/>
          <w:jc w:val="center"/>
          <w:tblLayout w:type="fixed"/>
          <w:tblLook w:val="04A0"/>
        </w:tblPrEx>
        <w:trPr>
          <w:gridAfter w:val="1"/>
          <w:wAfter w:w="12" w:type="dxa"/>
          <w:jc w:val="center"/>
        </w:trPr>
        <w:tc>
          <w:tcPr>
            <w:tcW w:w="624" w:type="dxa"/>
          </w:tcPr>
          <w:p w:rsidR="002819BA" w:rsidRPr="001B4907" w14:paraId="55B86F05" w14:textId="77777777">
            <w:pPr>
              <w:spacing w:after="0"/>
              <w:jc w:val="center"/>
            </w:pPr>
            <w:r w:rsidRPr="001B4907">
              <w:rPr>
                <w:sz w:val="18"/>
              </w:rPr>
              <w:t>1.7</w:t>
            </w:r>
          </w:p>
        </w:tc>
        <w:tc>
          <w:tcPr>
            <w:tcW w:w="1814" w:type="dxa"/>
          </w:tcPr>
          <w:p w:rsidR="002819BA" w:rsidRPr="001B4907" w14:paraId="1F87F9B2" w14:textId="77777777">
            <w:pPr>
              <w:spacing w:after="0"/>
            </w:pPr>
            <w:r w:rsidRPr="001B4907">
              <w:rPr>
                <w:sz w:val="18"/>
              </w:rPr>
              <w:t>Chamaesyce</w:t>
            </w:r>
            <w:r w:rsidRPr="001B4907">
              <w:rPr>
                <w:sz w:val="18"/>
              </w:rPr>
              <w:t xml:space="preserve"> </w:t>
            </w:r>
            <w:r w:rsidRPr="001B4907">
              <w:rPr>
                <w:sz w:val="18"/>
              </w:rPr>
              <w:t>hypericifolia</w:t>
            </w:r>
          </w:p>
        </w:tc>
        <w:tc>
          <w:tcPr>
            <w:tcW w:w="1814" w:type="dxa"/>
          </w:tcPr>
          <w:p w:rsidR="002819BA" w:rsidRPr="001B4907" w14:paraId="3E82E433" w14:textId="77777777">
            <w:pPr>
              <w:spacing w:after="0"/>
            </w:pPr>
            <w:r w:rsidRPr="001B4907">
              <w:rPr>
                <w:sz w:val="18"/>
              </w:rPr>
              <w:t>'</w:t>
            </w:r>
            <w:r w:rsidRPr="001B4907">
              <w:rPr>
                <w:sz w:val="18"/>
              </w:rPr>
              <w:t>Diamond</w:t>
            </w:r>
            <w:r w:rsidRPr="001B4907">
              <w:rPr>
                <w:sz w:val="18"/>
              </w:rPr>
              <w:t xml:space="preserve"> </w:t>
            </w:r>
            <w:r w:rsidRPr="001B4907">
              <w:rPr>
                <w:sz w:val="18"/>
              </w:rPr>
              <w:t>Frost</w:t>
            </w:r>
            <w:r w:rsidRPr="001B4907">
              <w:rPr>
                <w:sz w:val="18"/>
              </w:rPr>
              <w:t>'</w:t>
            </w:r>
          </w:p>
        </w:tc>
        <w:tc>
          <w:tcPr>
            <w:tcW w:w="1701" w:type="dxa"/>
          </w:tcPr>
          <w:p w:rsidR="002819BA" w:rsidRPr="001B4907" w14:paraId="3E795DC2" w14:textId="77777777">
            <w:pPr>
              <w:spacing w:after="0"/>
            </w:pPr>
            <w:r w:rsidRPr="001B4907">
              <w:rPr>
                <w:sz w:val="18"/>
              </w:rPr>
              <w:t>Asinszāļlapu</w:t>
            </w:r>
            <w:r w:rsidRPr="001B4907">
              <w:rPr>
                <w:sz w:val="18"/>
              </w:rPr>
              <w:t xml:space="preserve"> </w:t>
            </w:r>
            <w:r w:rsidRPr="001B4907">
              <w:rPr>
                <w:sz w:val="18"/>
              </w:rPr>
              <w:t>hamesice</w:t>
            </w:r>
          </w:p>
        </w:tc>
        <w:tc>
          <w:tcPr>
            <w:tcW w:w="1134" w:type="dxa"/>
          </w:tcPr>
          <w:p w:rsidR="002819BA" w:rsidRPr="001B4907" w14:paraId="510E9E29" w14:textId="77777777">
            <w:pPr>
              <w:spacing w:after="0"/>
              <w:jc w:val="center"/>
            </w:pPr>
            <w:r w:rsidRPr="001B4907">
              <w:rPr>
                <w:sz w:val="18"/>
              </w:rPr>
              <w:t>P11/P12/P13</w:t>
            </w:r>
          </w:p>
        </w:tc>
        <w:tc>
          <w:tcPr>
            <w:tcW w:w="710" w:type="dxa"/>
          </w:tcPr>
          <w:p w:rsidR="002819BA" w:rsidRPr="001B4907" w14:paraId="38D67E0F" w14:textId="77777777">
            <w:pPr>
              <w:spacing w:after="0"/>
              <w:jc w:val="center"/>
            </w:pPr>
            <w:r w:rsidRPr="001B4907">
              <w:rPr>
                <w:sz w:val="18"/>
              </w:rPr>
              <w:t>gab.</w:t>
            </w:r>
          </w:p>
        </w:tc>
        <w:tc>
          <w:tcPr>
            <w:tcW w:w="794" w:type="dxa"/>
          </w:tcPr>
          <w:p w:rsidR="002819BA" w:rsidRPr="001B4907" w14:paraId="17AEE642" w14:textId="77777777">
            <w:pPr>
              <w:spacing w:after="0"/>
              <w:jc w:val="center"/>
            </w:pPr>
            <w:r w:rsidRPr="001B4907">
              <w:rPr>
                <w:sz w:val="18"/>
              </w:rPr>
              <w:t>100</w:t>
            </w:r>
          </w:p>
        </w:tc>
        <w:tc>
          <w:tcPr>
            <w:tcW w:w="1247" w:type="dxa"/>
          </w:tcPr>
          <w:p w:rsidR="002819BA" w:rsidRPr="001B4907" w14:paraId="2BC43F87" w14:textId="77777777">
            <w:pPr>
              <w:spacing w:after="0"/>
              <w:jc w:val="center"/>
            </w:pPr>
            <w:r w:rsidRPr="001B4907">
              <w:rPr>
                <w:sz w:val="18"/>
              </w:rPr>
              <w:t>03.05.2027.–11.06.2027.</w:t>
            </w:r>
          </w:p>
        </w:tc>
      </w:tr>
      <w:tr w14:paraId="7250C18D" w14:textId="77777777" w:rsidTr="002957E9">
        <w:tblPrEx>
          <w:tblW w:w="0" w:type="auto"/>
          <w:jc w:val="center"/>
          <w:tblLayout w:type="fixed"/>
          <w:tblLook w:val="04A0"/>
        </w:tblPrEx>
        <w:trPr>
          <w:gridAfter w:val="1"/>
          <w:wAfter w:w="12" w:type="dxa"/>
          <w:jc w:val="center"/>
        </w:trPr>
        <w:tc>
          <w:tcPr>
            <w:tcW w:w="624" w:type="dxa"/>
          </w:tcPr>
          <w:p w:rsidR="002819BA" w:rsidRPr="001B4907" w14:paraId="1FC08AE8" w14:textId="77777777">
            <w:pPr>
              <w:spacing w:after="0"/>
              <w:jc w:val="center"/>
            </w:pPr>
            <w:r w:rsidRPr="001B4907">
              <w:rPr>
                <w:sz w:val="18"/>
              </w:rPr>
              <w:t>1.8</w:t>
            </w:r>
          </w:p>
        </w:tc>
        <w:tc>
          <w:tcPr>
            <w:tcW w:w="1814" w:type="dxa"/>
          </w:tcPr>
          <w:p w:rsidR="002819BA" w:rsidRPr="001B4907" w14:paraId="389D9D6E" w14:textId="77777777">
            <w:pPr>
              <w:spacing w:after="0"/>
            </w:pPr>
            <w:r w:rsidRPr="001B4907">
              <w:rPr>
                <w:sz w:val="18"/>
              </w:rPr>
              <w:t>Chrysanthemum</w:t>
            </w:r>
            <w:r w:rsidRPr="001B4907">
              <w:rPr>
                <w:sz w:val="18"/>
              </w:rPr>
              <w:t xml:space="preserve"> </w:t>
            </w:r>
            <w:r w:rsidRPr="001B4907">
              <w:rPr>
                <w:sz w:val="18"/>
              </w:rPr>
              <w:t>multiflora</w:t>
            </w:r>
          </w:p>
        </w:tc>
        <w:tc>
          <w:tcPr>
            <w:tcW w:w="1814" w:type="dxa"/>
          </w:tcPr>
          <w:p w:rsidR="002819BA" w:rsidRPr="001B4907" w14:paraId="11AD52D1" w14:textId="77777777">
            <w:pPr>
              <w:spacing w:after="0"/>
            </w:pPr>
            <w:r w:rsidRPr="001B4907">
              <w:rPr>
                <w:sz w:val="18"/>
              </w:rPr>
              <w:t>Mix</w:t>
            </w:r>
          </w:p>
        </w:tc>
        <w:tc>
          <w:tcPr>
            <w:tcW w:w="1701" w:type="dxa"/>
          </w:tcPr>
          <w:p w:rsidR="002819BA" w:rsidRPr="001B4907" w14:paraId="414EC4D6" w14:textId="77777777">
            <w:pPr>
              <w:spacing w:after="0"/>
            </w:pPr>
            <w:r w:rsidRPr="001B4907">
              <w:rPr>
                <w:sz w:val="18"/>
              </w:rPr>
              <w:t xml:space="preserve">Krizantēma, </w:t>
            </w:r>
            <w:r w:rsidRPr="001B4907">
              <w:rPr>
                <w:sz w:val="18"/>
              </w:rPr>
              <w:t>multiflora</w:t>
            </w:r>
          </w:p>
        </w:tc>
        <w:tc>
          <w:tcPr>
            <w:tcW w:w="1134" w:type="dxa"/>
          </w:tcPr>
          <w:p w:rsidR="002819BA" w:rsidRPr="001B4907" w14:paraId="05E22654" w14:textId="77777777">
            <w:pPr>
              <w:spacing w:after="0"/>
              <w:jc w:val="center"/>
            </w:pPr>
            <w:r w:rsidRPr="001B4907">
              <w:rPr>
                <w:sz w:val="18"/>
              </w:rPr>
              <w:t>C5/C1</w:t>
            </w:r>
          </w:p>
        </w:tc>
        <w:tc>
          <w:tcPr>
            <w:tcW w:w="710" w:type="dxa"/>
          </w:tcPr>
          <w:p w:rsidR="002819BA" w:rsidRPr="001B4907" w14:paraId="4FE51D29" w14:textId="77777777">
            <w:pPr>
              <w:spacing w:after="0"/>
              <w:jc w:val="center"/>
            </w:pPr>
            <w:r w:rsidRPr="001B4907">
              <w:rPr>
                <w:sz w:val="18"/>
              </w:rPr>
              <w:t>gab.</w:t>
            </w:r>
          </w:p>
        </w:tc>
        <w:tc>
          <w:tcPr>
            <w:tcW w:w="794" w:type="dxa"/>
          </w:tcPr>
          <w:p w:rsidR="002819BA" w:rsidRPr="001B4907" w14:paraId="239C9406" w14:textId="77777777">
            <w:pPr>
              <w:spacing w:after="0"/>
              <w:jc w:val="center"/>
            </w:pPr>
            <w:r w:rsidRPr="001B4907">
              <w:rPr>
                <w:sz w:val="18"/>
              </w:rPr>
              <w:t>36</w:t>
            </w:r>
          </w:p>
        </w:tc>
        <w:tc>
          <w:tcPr>
            <w:tcW w:w="1247" w:type="dxa"/>
          </w:tcPr>
          <w:p w:rsidR="002819BA" w:rsidRPr="001B4907" w:rsidP="00327977" w14:paraId="48E773C2" w14:textId="334A2854">
            <w:pPr>
              <w:spacing w:after="0"/>
              <w:jc w:val="center"/>
            </w:pPr>
            <w:r w:rsidRPr="001B4907">
              <w:rPr>
                <w:sz w:val="18"/>
              </w:rPr>
              <w:t>27.09.2027.–</w:t>
            </w:r>
            <w:r w:rsidRPr="001B4907" w:rsidR="00327977">
              <w:rPr>
                <w:sz w:val="18"/>
              </w:rPr>
              <w:t>29</w:t>
            </w:r>
            <w:r w:rsidRPr="001B4907">
              <w:rPr>
                <w:sz w:val="18"/>
              </w:rPr>
              <w:t>.10.2027.</w:t>
            </w:r>
          </w:p>
        </w:tc>
      </w:tr>
      <w:tr w14:paraId="7FCE99EE" w14:textId="77777777" w:rsidTr="002957E9">
        <w:tblPrEx>
          <w:tblW w:w="0" w:type="auto"/>
          <w:jc w:val="center"/>
          <w:tblLayout w:type="fixed"/>
          <w:tblLook w:val="04A0"/>
        </w:tblPrEx>
        <w:trPr>
          <w:gridAfter w:val="1"/>
          <w:wAfter w:w="12" w:type="dxa"/>
          <w:jc w:val="center"/>
        </w:trPr>
        <w:tc>
          <w:tcPr>
            <w:tcW w:w="624" w:type="dxa"/>
          </w:tcPr>
          <w:p w:rsidR="002819BA" w:rsidRPr="001B4907" w14:paraId="1F1E2387" w14:textId="77777777">
            <w:pPr>
              <w:spacing w:after="0"/>
              <w:jc w:val="center"/>
            </w:pPr>
            <w:r w:rsidRPr="001B4907">
              <w:rPr>
                <w:sz w:val="18"/>
              </w:rPr>
              <w:t>1.9</w:t>
            </w:r>
          </w:p>
        </w:tc>
        <w:tc>
          <w:tcPr>
            <w:tcW w:w="1814" w:type="dxa"/>
          </w:tcPr>
          <w:p w:rsidR="002819BA" w:rsidRPr="001B4907" w14:paraId="6245BBB2" w14:textId="77777777">
            <w:pPr>
              <w:spacing w:after="0"/>
            </w:pPr>
            <w:r w:rsidRPr="001B4907">
              <w:rPr>
                <w:sz w:val="18"/>
              </w:rPr>
              <w:t>Cosmos</w:t>
            </w:r>
            <w:r w:rsidRPr="001B4907">
              <w:rPr>
                <w:sz w:val="18"/>
              </w:rPr>
              <w:t xml:space="preserve"> </w:t>
            </w:r>
            <w:r w:rsidRPr="001B4907">
              <w:rPr>
                <w:sz w:val="18"/>
              </w:rPr>
              <w:t>bipinnatus</w:t>
            </w:r>
          </w:p>
        </w:tc>
        <w:tc>
          <w:tcPr>
            <w:tcW w:w="1814" w:type="dxa"/>
          </w:tcPr>
          <w:p w:rsidR="002819BA" w:rsidRPr="001B4907" w14:paraId="283E8AB6" w14:textId="77777777">
            <w:pPr>
              <w:spacing w:after="0"/>
            </w:pPr>
            <w:r w:rsidRPr="001B4907">
              <w:rPr>
                <w:sz w:val="18"/>
              </w:rPr>
              <w:t>'</w:t>
            </w:r>
            <w:r w:rsidRPr="001B4907">
              <w:rPr>
                <w:sz w:val="18"/>
              </w:rPr>
              <w:t>Apricotta</w:t>
            </w:r>
            <w:r w:rsidRPr="001B4907">
              <w:rPr>
                <w:sz w:val="18"/>
              </w:rPr>
              <w:t>'</w:t>
            </w:r>
          </w:p>
        </w:tc>
        <w:tc>
          <w:tcPr>
            <w:tcW w:w="1701" w:type="dxa"/>
          </w:tcPr>
          <w:p w:rsidR="002819BA" w:rsidRPr="001B4907" w14:paraId="025C22F1" w14:textId="7D3FE655">
            <w:pPr>
              <w:spacing w:after="0"/>
            </w:pPr>
            <w:r w:rsidRPr="001B4907">
              <w:rPr>
                <w:sz w:val="18"/>
              </w:rPr>
              <w:t>Divplūksnu</w:t>
            </w:r>
            <w:r w:rsidRPr="001B4907">
              <w:rPr>
                <w:sz w:val="18"/>
              </w:rPr>
              <w:t xml:space="preserve"> </w:t>
            </w:r>
            <w:r w:rsidRPr="001B4907">
              <w:rPr>
                <w:sz w:val="18"/>
              </w:rPr>
              <w:t>kosmeja</w:t>
            </w:r>
          </w:p>
        </w:tc>
        <w:tc>
          <w:tcPr>
            <w:tcW w:w="1134" w:type="dxa"/>
          </w:tcPr>
          <w:p w:rsidR="002819BA" w:rsidRPr="001B4907" w14:paraId="23B51B38" w14:textId="77777777">
            <w:pPr>
              <w:spacing w:after="0"/>
              <w:jc w:val="center"/>
            </w:pPr>
            <w:r w:rsidRPr="001B4907">
              <w:rPr>
                <w:sz w:val="18"/>
              </w:rPr>
              <w:t>P11/P12/P13</w:t>
            </w:r>
          </w:p>
        </w:tc>
        <w:tc>
          <w:tcPr>
            <w:tcW w:w="710" w:type="dxa"/>
          </w:tcPr>
          <w:p w:rsidR="002819BA" w:rsidRPr="001B4907" w14:paraId="75E1F880" w14:textId="77777777">
            <w:pPr>
              <w:spacing w:after="0"/>
              <w:jc w:val="center"/>
            </w:pPr>
            <w:r w:rsidRPr="001B4907">
              <w:rPr>
                <w:sz w:val="18"/>
              </w:rPr>
              <w:t>gab.</w:t>
            </w:r>
          </w:p>
        </w:tc>
        <w:tc>
          <w:tcPr>
            <w:tcW w:w="794" w:type="dxa"/>
          </w:tcPr>
          <w:p w:rsidR="002819BA" w:rsidRPr="001B4907" w14:paraId="79075071" w14:textId="77777777">
            <w:pPr>
              <w:spacing w:after="0"/>
              <w:jc w:val="center"/>
            </w:pPr>
            <w:r w:rsidRPr="001B4907">
              <w:rPr>
                <w:sz w:val="18"/>
              </w:rPr>
              <w:t>30</w:t>
            </w:r>
          </w:p>
        </w:tc>
        <w:tc>
          <w:tcPr>
            <w:tcW w:w="1247" w:type="dxa"/>
          </w:tcPr>
          <w:p w:rsidR="002819BA" w:rsidRPr="001B4907" w14:paraId="28A5E854" w14:textId="77777777">
            <w:pPr>
              <w:spacing w:after="0"/>
              <w:jc w:val="center"/>
            </w:pPr>
            <w:r w:rsidRPr="001B4907">
              <w:rPr>
                <w:sz w:val="18"/>
              </w:rPr>
              <w:t>03.05.2027.–11.06.2027.</w:t>
            </w:r>
          </w:p>
        </w:tc>
      </w:tr>
      <w:tr w14:paraId="68171817" w14:textId="77777777" w:rsidTr="002957E9">
        <w:tblPrEx>
          <w:tblW w:w="0" w:type="auto"/>
          <w:jc w:val="center"/>
          <w:tblLayout w:type="fixed"/>
          <w:tblLook w:val="04A0"/>
        </w:tblPrEx>
        <w:trPr>
          <w:gridAfter w:val="1"/>
          <w:wAfter w:w="12" w:type="dxa"/>
          <w:jc w:val="center"/>
        </w:trPr>
        <w:tc>
          <w:tcPr>
            <w:tcW w:w="624" w:type="dxa"/>
          </w:tcPr>
          <w:p w:rsidR="002819BA" w:rsidRPr="001B4907" w14:paraId="33F4413D" w14:textId="77777777">
            <w:pPr>
              <w:spacing w:after="0"/>
              <w:jc w:val="center"/>
            </w:pPr>
            <w:r w:rsidRPr="001B4907">
              <w:rPr>
                <w:sz w:val="18"/>
              </w:rPr>
              <w:t>1.10</w:t>
            </w:r>
          </w:p>
        </w:tc>
        <w:tc>
          <w:tcPr>
            <w:tcW w:w="1814" w:type="dxa"/>
          </w:tcPr>
          <w:p w:rsidR="002819BA" w:rsidRPr="001B4907" w14:paraId="3C778BB7" w14:textId="77777777">
            <w:pPr>
              <w:spacing w:after="0"/>
            </w:pPr>
            <w:r w:rsidRPr="001B4907">
              <w:rPr>
                <w:sz w:val="18"/>
              </w:rPr>
              <w:t>Cosmos</w:t>
            </w:r>
            <w:r w:rsidRPr="001B4907">
              <w:rPr>
                <w:sz w:val="18"/>
              </w:rPr>
              <w:t xml:space="preserve"> </w:t>
            </w:r>
            <w:r w:rsidRPr="001B4907">
              <w:rPr>
                <w:sz w:val="18"/>
              </w:rPr>
              <w:t>bipinnatus</w:t>
            </w:r>
          </w:p>
        </w:tc>
        <w:tc>
          <w:tcPr>
            <w:tcW w:w="1814" w:type="dxa"/>
          </w:tcPr>
          <w:p w:rsidR="002819BA" w:rsidRPr="001B4907" w14:paraId="5137BB0E" w14:textId="77777777">
            <w:pPr>
              <w:spacing w:after="0"/>
            </w:pPr>
            <w:r w:rsidRPr="001B4907">
              <w:rPr>
                <w:sz w:val="18"/>
              </w:rPr>
              <w:t>'</w:t>
            </w:r>
            <w:r w:rsidRPr="001B4907">
              <w:rPr>
                <w:sz w:val="18"/>
              </w:rPr>
              <w:t>Versailles</w:t>
            </w:r>
            <w:r w:rsidRPr="001B4907">
              <w:rPr>
                <w:sz w:val="18"/>
              </w:rPr>
              <w:t xml:space="preserve"> </w:t>
            </w:r>
            <w:r w:rsidRPr="001B4907">
              <w:rPr>
                <w:sz w:val="18"/>
              </w:rPr>
              <w:t>white</w:t>
            </w:r>
            <w:r w:rsidRPr="001B4907">
              <w:rPr>
                <w:sz w:val="18"/>
              </w:rPr>
              <w:t>'</w:t>
            </w:r>
          </w:p>
        </w:tc>
        <w:tc>
          <w:tcPr>
            <w:tcW w:w="1701" w:type="dxa"/>
          </w:tcPr>
          <w:p w:rsidR="002819BA" w:rsidRPr="001B4907" w14:paraId="620FDE2D" w14:textId="77777777">
            <w:pPr>
              <w:spacing w:after="0"/>
            </w:pPr>
            <w:r w:rsidRPr="001B4907">
              <w:rPr>
                <w:sz w:val="18"/>
              </w:rPr>
              <w:t>Divplūksnu</w:t>
            </w:r>
            <w:r w:rsidRPr="001B4907">
              <w:rPr>
                <w:sz w:val="18"/>
              </w:rPr>
              <w:t xml:space="preserve"> </w:t>
            </w:r>
            <w:r w:rsidRPr="001B4907">
              <w:rPr>
                <w:sz w:val="18"/>
              </w:rPr>
              <w:t>kosmeja</w:t>
            </w:r>
          </w:p>
        </w:tc>
        <w:tc>
          <w:tcPr>
            <w:tcW w:w="1134" w:type="dxa"/>
          </w:tcPr>
          <w:p w:rsidR="002819BA" w:rsidRPr="001B4907" w14:paraId="15CB593D" w14:textId="77777777">
            <w:pPr>
              <w:spacing w:after="0"/>
              <w:jc w:val="center"/>
            </w:pPr>
            <w:r w:rsidRPr="001B4907">
              <w:rPr>
                <w:sz w:val="18"/>
              </w:rPr>
              <w:t>P11/P12/P13</w:t>
            </w:r>
          </w:p>
        </w:tc>
        <w:tc>
          <w:tcPr>
            <w:tcW w:w="710" w:type="dxa"/>
          </w:tcPr>
          <w:p w:rsidR="002819BA" w:rsidRPr="001B4907" w14:paraId="352B3A6C" w14:textId="77777777">
            <w:pPr>
              <w:spacing w:after="0"/>
              <w:jc w:val="center"/>
            </w:pPr>
            <w:r w:rsidRPr="001B4907">
              <w:rPr>
                <w:sz w:val="18"/>
              </w:rPr>
              <w:t>gab.</w:t>
            </w:r>
          </w:p>
        </w:tc>
        <w:tc>
          <w:tcPr>
            <w:tcW w:w="794" w:type="dxa"/>
          </w:tcPr>
          <w:p w:rsidR="002819BA" w:rsidRPr="001B4907" w14:paraId="566D2317" w14:textId="77777777">
            <w:pPr>
              <w:spacing w:after="0"/>
              <w:jc w:val="center"/>
            </w:pPr>
            <w:r w:rsidRPr="001B4907">
              <w:rPr>
                <w:sz w:val="18"/>
              </w:rPr>
              <w:t>74</w:t>
            </w:r>
          </w:p>
        </w:tc>
        <w:tc>
          <w:tcPr>
            <w:tcW w:w="1247" w:type="dxa"/>
          </w:tcPr>
          <w:p w:rsidR="002819BA" w:rsidRPr="001B4907" w14:paraId="33E80BBD" w14:textId="77777777">
            <w:pPr>
              <w:spacing w:after="0"/>
              <w:jc w:val="center"/>
            </w:pPr>
            <w:r w:rsidRPr="001B4907">
              <w:rPr>
                <w:sz w:val="18"/>
              </w:rPr>
              <w:t>03.05.2027.–11.06.2027.</w:t>
            </w:r>
          </w:p>
        </w:tc>
      </w:tr>
      <w:tr w14:paraId="7A62B30B" w14:textId="77777777" w:rsidTr="002957E9">
        <w:tblPrEx>
          <w:tblW w:w="0" w:type="auto"/>
          <w:jc w:val="center"/>
          <w:tblLayout w:type="fixed"/>
          <w:tblLook w:val="04A0"/>
        </w:tblPrEx>
        <w:trPr>
          <w:gridAfter w:val="1"/>
          <w:wAfter w:w="12" w:type="dxa"/>
          <w:jc w:val="center"/>
        </w:trPr>
        <w:tc>
          <w:tcPr>
            <w:tcW w:w="624" w:type="dxa"/>
          </w:tcPr>
          <w:p w:rsidR="002819BA" w:rsidRPr="001B4907" w14:paraId="590420AB" w14:textId="77777777">
            <w:pPr>
              <w:spacing w:after="0"/>
              <w:jc w:val="center"/>
            </w:pPr>
            <w:r w:rsidRPr="001B4907">
              <w:rPr>
                <w:sz w:val="18"/>
              </w:rPr>
              <w:t>1.11</w:t>
            </w:r>
          </w:p>
        </w:tc>
        <w:tc>
          <w:tcPr>
            <w:tcW w:w="1814" w:type="dxa"/>
          </w:tcPr>
          <w:p w:rsidR="002819BA" w:rsidRPr="001B4907" w14:paraId="0E6612B2" w14:textId="77777777">
            <w:pPr>
              <w:spacing w:after="0"/>
            </w:pPr>
            <w:r w:rsidRPr="001B4907">
              <w:rPr>
                <w:sz w:val="18"/>
              </w:rPr>
              <w:t>Cosmos</w:t>
            </w:r>
            <w:r w:rsidRPr="001B4907">
              <w:rPr>
                <w:sz w:val="18"/>
              </w:rPr>
              <w:t xml:space="preserve"> </w:t>
            </w:r>
            <w:r w:rsidRPr="001B4907">
              <w:rPr>
                <w:sz w:val="18"/>
              </w:rPr>
              <w:t>bipinnatus</w:t>
            </w:r>
          </w:p>
        </w:tc>
        <w:tc>
          <w:tcPr>
            <w:tcW w:w="1814" w:type="dxa"/>
          </w:tcPr>
          <w:p w:rsidR="002819BA" w:rsidRPr="001B4907" w14:paraId="7CE7F095" w14:textId="77777777">
            <w:pPr>
              <w:spacing w:after="0"/>
            </w:pPr>
            <w:r w:rsidRPr="001B4907">
              <w:rPr>
                <w:sz w:val="18"/>
              </w:rPr>
              <w:t>'</w:t>
            </w:r>
            <w:r w:rsidRPr="001B4907">
              <w:rPr>
                <w:sz w:val="18"/>
              </w:rPr>
              <w:t>Sonata</w:t>
            </w:r>
            <w:r w:rsidRPr="001B4907">
              <w:rPr>
                <w:sz w:val="18"/>
              </w:rPr>
              <w:t xml:space="preserve"> </w:t>
            </w:r>
            <w:r w:rsidRPr="001B4907">
              <w:rPr>
                <w:sz w:val="18"/>
              </w:rPr>
              <w:t>Carmine</w:t>
            </w:r>
            <w:r w:rsidRPr="001B4907">
              <w:rPr>
                <w:sz w:val="18"/>
              </w:rPr>
              <w:t>'</w:t>
            </w:r>
          </w:p>
        </w:tc>
        <w:tc>
          <w:tcPr>
            <w:tcW w:w="1701" w:type="dxa"/>
          </w:tcPr>
          <w:p w:rsidR="002819BA" w:rsidRPr="001B4907" w14:paraId="69056DA0" w14:textId="1774441E">
            <w:pPr>
              <w:spacing w:after="0"/>
            </w:pPr>
            <w:r w:rsidRPr="001B4907">
              <w:rPr>
                <w:sz w:val="18"/>
              </w:rPr>
              <w:t>Divplūksnu</w:t>
            </w:r>
            <w:r w:rsidRPr="001B4907">
              <w:rPr>
                <w:sz w:val="18"/>
              </w:rPr>
              <w:t xml:space="preserve"> </w:t>
            </w:r>
            <w:r w:rsidRPr="001B4907">
              <w:rPr>
                <w:sz w:val="18"/>
              </w:rPr>
              <w:t>kosmeja</w:t>
            </w:r>
          </w:p>
        </w:tc>
        <w:tc>
          <w:tcPr>
            <w:tcW w:w="1134" w:type="dxa"/>
          </w:tcPr>
          <w:p w:rsidR="002819BA" w:rsidRPr="001B4907" w14:paraId="104B89BD" w14:textId="77777777">
            <w:pPr>
              <w:spacing w:after="0"/>
              <w:jc w:val="center"/>
            </w:pPr>
            <w:r w:rsidRPr="001B4907">
              <w:rPr>
                <w:sz w:val="18"/>
              </w:rPr>
              <w:t>P11/P12/P13</w:t>
            </w:r>
          </w:p>
        </w:tc>
        <w:tc>
          <w:tcPr>
            <w:tcW w:w="710" w:type="dxa"/>
          </w:tcPr>
          <w:p w:rsidR="002819BA" w:rsidRPr="001B4907" w14:paraId="3CEFDFBE" w14:textId="77777777">
            <w:pPr>
              <w:spacing w:after="0"/>
              <w:jc w:val="center"/>
            </w:pPr>
            <w:r w:rsidRPr="001B4907">
              <w:rPr>
                <w:sz w:val="18"/>
              </w:rPr>
              <w:t>gab.</w:t>
            </w:r>
          </w:p>
        </w:tc>
        <w:tc>
          <w:tcPr>
            <w:tcW w:w="794" w:type="dxa"/>
          </w:tcPr>
          <w:p w:rsidR="002819BA" w:rsidRPr="001B4907" w14:paraId="59674BD2" w14:textId="77777777">
            <w:pPr>
              <w:spacing w:after="0"/>
              <w:jc w:val="center"/>
            </w:pPr>
            <w:r w:rsidRPr="001B4907">
              <w:rPr>
                <w:sz w:val="18"/>
              </w:rPr>
              <w:t>21</w:t>
            </w:r>
          </w:p>
        </w:tc>
        <w:tc>
          <w:tcPr>
            <w:tcW w:w="1247" w:type="dxa"/>
          </w:tcPr>
          <w:p w:rsidR="002819BA" w:rsidRPr="001B4907" w14:paraId="6AD4A249" w14:textId="77777777">
            <w:pPr>
              <w:spacing w:after="0"/>
              <w:jc w:val="center"/>
            </w:pPr>
            <w:r w:rsidRPr="001B4907">
              <w:rPr>
                <w:sz w:val="18"/>
              </w:rPr>
              <w:t>03.05.2027.–11.06.2027.</w:t>
            </w:r>
          </w:p>
        </w:tc>
      </w:tr>
      <w:tr w14:paraId="2A885593" w14:textId="77777777" w:rsidTr="002957E9">
        <w:tblPrEx>
          <w:tblW w:w="0" w:type="auto"/>
          <w:jc w:val="center"/>
          <w:tblLayout w:type="fixed"/>
          <w:tblLook w:val="04A0"/>
        </w:tblPrEx>
        <w:trPr>
          <w:gridAfter w:val="1"/>
          <w:wAfter w:w="12" w:type="dxa"/>
          <w:jc w:val="center"/>
        </w:trPr>
        <w:tc>
          <w:tcPr>
            <w:tcW w:w="624" w:type="dxa"/>
          </w:tcPr>
          <w:p w:rsidR="002819BA" w:rsidRPr="001B4907" w14:paraId="377B95D2" w14:textId="77777777">
            <w:pPr>
              <w:spacing w:after="0"/>
              <w:jc w:val="center"/>
            </w:pPr>
            <w:r w:rsidRPr="001B4907">
              <w:rPr>
                <w:sz w:val="18"/>
              </w:rPr>
              <w:t>1.12</w:t>
            </w:r>
          </w:p>
        </w:tc>
        <w:tc>
          <w:tcPr>
            <w:tcW w:w="1814" w:type="dxa"/>
          </w:tcPr>
          <w:p w:rsidR="002819BA" w:rsidRPr="001B4907" w14:paraId="1B2F77A0" w14:textId="77777777">
            <w:pPr>
              <w:spacing w:after="0"/>
            </w:pPr>
            <w:r w:rsidRPr="001B4907">
              <w:rPr>
                <w:sz w:val="18"/>
              </w:rPr>
              <w:t>Dichondra</w:t>
            </w:r>
            <w:r w:rsidRPr="001B4907">
              <w:rPr>
                <w:sz w:val="18"/>
              </w:rPr>
              <w:t xml:space="preserve"> </w:t>
            </w:r>
            <w:r w:rsidRPr="001B4907">
              <w:rPr>
                <w:sz w:val="18"/>
              </w:rPr>
              <w:t>argentea</w:t>
            </w:r>
          </w:p>
        </w:tc>
        <w:tc>
          <w:tcPr>
            <w:tcW w:w="1814" w:type="dxa"/>
          </w:tcPr>
          <w:p w:rsidR="002819BA" w:rsidRPr="001B4907" w14:paraId="070D02E8" w14:textId="77777777">
            <w:pPr>
              <w:spacing w:after="0"/>
            </w:pPr>
            <w:r w:rsidRPr="001B4907">
              <w:rPr>
                <w:sz w:val="18"/>
              </w:rPr>
              <w:t>'</w:t>
            </w:r>
            <w:r w:rsidRPr="001B4907">
              <w:rPr>
                <w:sz w:val="18"/>
              </w:rPr>
              <w:t>Silver</w:t>
            </w:r>
            <w:r w:rsidRPr="001B4907">
              <w:rPr>
                <w:sz w:val="18"/>
              </w:rPr>
              <w:t xml:space="preserve"> </w:t>
            </w:r>
            <w:r w:rsidRPr="001B4907">
              <w:rPr>
                <w:sz w:val="18"/>
              </w:rPr>
              <w:t>Falls</w:t>
            </w:r>
            <w:r w:rsidRPr="001B4907">
              <w:rPr>
                <w:sz w:val="18"/>
              </w:rPr>
              <w:t>'</w:t>
            </w:r>
          </w:p>
        </w:tc>
        <w:tc>
          <w:tcPr>
            <w:tcW w:w="1701" w:type="dxa"/>
          </w:tcPr>
          <w:p w:rsidR="002819BA" w:rsidRPr="001B4907" w14:paraId="1935203A" w14:textId="77777777">
            <w:pPr>
              <w:spacing w:after="0"/>
            </w:pPr>
            <w:r w:rsidRPr="001B4907">
              <w:rPr>
                <w:sz w:val="18"/>
              </w:rPr>
              <w:t xml:space="preserve">Sudrabainā </w:t>
            </w:r>
            <w:r w:rsidRPr="001B4907">
              <w:rPr>
                <w:sz w:val="18"/>
              </w:rPr>
              <w:t>dihondra</w:t>
            </w:r>
          </w:p>
        </w:tc>
        <w:tc>
          <w:tcPr>
            <w:tcW w:w="1134" w:type="dxa"/>
          </w:tcPr>
          <w:p w:rsidR="002819BA" w:rsidRPr="001B4907" w14:paraId="26220F6A" w14:textId="77777777">
            <w:pPr>
              <w:spacing w:after="0"/>
              <w:jc w:val="center"/>
            </w:pPr>
            <w:r w:rsidRPr="001B4907">
              <w:rPr>
                <w:sz w:val="18"/>
              </w:rPr>
              <w:t>P11/P12/P13</w:t>
            </w:r>
          </w:p>
        </w:tc>
        <w:tc>
          <w:tcPr>
            <w:tcW w:w="710" w:type="dxa"/>
          </w:tcPr>
          <w:p w:rsidR="002819BA" w:rsidRPr="001B4907" w14:paraId="03B60DC8" w14:textId="77777777">
            <w:pPr>
              <w:spacing w:after="0"/>
              <w:jc w:val="center"/>
            </w:pPr>
            <w:r w:rsidRPr="001B4907">
              <w:rPr>
                <w:sz w:val="18"/>
              </w:rPr>
              <w:t>gab.</w:t>
            </w:r>
          </w:p>
        </w:tc>
        <w:tc>
          <w:tcPr>
            <w:tcW w:w="794" w:type="dxa"/>
          </w:tcPr>
          <w:p w:rsidR="002819BA" w:rsidRPr="001B4907" w14:paraId="7A3B74F0" w14:textId="77777777">
            <w:pPr>
              <w:spacing w:after="0"/>
              <w:jc w:val="center"/>
            </w:pPr>
            <w:r w:rsidRPr="001B4907">
              <w:rPr>
                <w:sz w:val="18"/>
              </w:rPr>
              <w:t>66</w:t>
            </w:r>
          </w:p>
        </w:tc>
        <w:tc>
          <w:tcPr>
            <w:tcW w:w="1247" w:type="dxa"/>
          </w:tcPr>
          <w:p w:rsidR="002819BA" w:rsidRPr="001B4907" w14:paraId="56021FBC" w14:textId="77777777">
            <w:pPr>
              <w:spacing w:after="0"/>
              <w:jc w:val="center"/>
            </w:pPr>
            <w:r w:rsidRPr="001B4907">
              <w:rPr>
                <w:sz w:val="18"/>
              </w:rPr>
              <w:t>03.05.2027.–11.06.2027.</w:t>
            </w:r>
          </w:p>
        </w:tc>
      </w:tr>
      <w:tr w14:paraId="685E69AF" w14:textId="77777777" w:rsidTr="002957E9">
        <w:tblPrEx>
          <w:tblW w:w="0" w:type="auto"/>
          <w:jc w:val="center"/>
          <w:tblLayout w:type="fixed"/>
          <w:tblLook w:val="04A0"/>
        </w:tblPrEx>
        <w:trPr>
          <w:gridAfter w:val="1"/>
          <w:wAfter w:w="12" w:type="dxa"/>
          <w:jc w:val="center"/>
        </w:trPr>
        <w:tc>
          <w:tcPr>
            <w:tcW w:w="624" w:type="dxa"/>
          </w:tcPr>
          <w:p w:rsidR="002819BA" w:rsidRPr="001B4907" w14:paraId="4B47BFEB" w14:textId="77777777">
            <w:pPr>
              <w:spacing w:after="0"/>
              <w:jc w:val="center"/>
            </w:pPr>
            <w:r w:rsidRPr="001B4907">
              <w:rPr>
                <w:sz w:val="18"/>
              </w:rPr>
              <w:t>1.13</w:t>
            </w:r>
          </w:p>
        </w:tc>
        <w:tc>
          <w:tcPr>
            <w:tcW w:w="1814" w:type="dxa"/>
          </w:tcPr>
          <w:p w:rsidR="002819BA" w:rsidRPr="001B4907" w14:paraId="1A9A7A35" w14:textId="77777777">
            <w:pPr>
              <w:spacing w:after="0"/>
            </w:pPr>
            <w:r w:rsidRPr="001B4907">
              <w:rPr>
                <w:sz w:val="18"/>
              </w:rPr>
              <w:t xml:space="preserve">Gaura </w:t>
            </w:r>
            <w:r w:rsidRPr="001B4907">
              <w:rPr>
                <w:sz w:val="18"/>
              </w:rPr>
              <w:t>lindheimeri</w:t>
            </w:r>
          </w:p>
        </w:tc>
        <w:tc>
          <w:tcPr>
            <w:tcW w:w="1814" w:type="dxa"/>
          </w:tcPr>
          <w:p w:rsidR="002819BA" w:rsidRPr="001B4907" w14:paraId="334F02F2" w14:textId="77777777">
            <w:pPr>
              <w:spacing w:after="0"/>
            </w:pPr>
            <w:r w:rsidRPr="001B4907">
              <w:rPr>
                <w:sz w:val="18"/>
              </w:rPr>
              <w:t>'</w:t>
            </w:r>
            <w:r w:rsidRPr="001B4907">
              <w:rPr>
                <w:sz w:val="18"/>
              </w:rPr>
              <w:t>Gambit</w:t>
            </w:r>
            <w:r w:rsidRPr="001B4907">
              <w:rPr>
                <w:sz w:val="18"/>
              </w:rPr>
              <w:t xml:space="preserve"> </w:t>
            </w:r>
            <w:r w:rsidRPr="001B4907">
              <w:rPr>
                <w:sz w:val="18"/>
              </w:rPr>
              <w:t>Rose</w:t>
            </w:r>
            <w:r w:rsidRPr="001B4907">
              <w:rPr>
                <w:sz w:val="18"/>
              </w:rPr>
              <w:t>'</w:t>
            </w:r>
          </w:p>
        </w:tc>
        <w:tc>
          <w:tcPr>
            <w:tcW w:w="1701" w:type="dxa"/>
          </w:tcPr>
          <w:p w:rsidR="002819BA" w:rsidRPr="001B4907" w14:paraId="7930C086" w14:textId="77777777">
            <w:pPr>
              <w:spacing w:after="0"/>
            </w:pPr>
            <w:r w:rsidRPr="001B4907">
              <w:rPr>
                <w:sz w:val="18"/>
              </w:rPr>
              <w:t>Lindheimera</w:t>
            </w:r>
            <w:r w:rsidRPr="001B4907">
              <w:rPr>
                <w:sz w:val="18"/>
              </w:rPr>
              <w:t xml:space="preserve"> gaura</w:t>
            </w:r>
          </w:p>
        </w:tc>
        <w:tc>
          <w:tcPr>
            <w:tcW w:w="1134" w:type="dxa"/>
          </w:tcPr>
          <w:p w:rsidR="002819BA" w:rsidRPr="001B4907" w14:paraId="5E56C0E0" w14:textId="77777777">
            <w:pPr>
              <w:spacing w:after="0"/>
              <w:jc w:val="center"/>
            </w:pPr>
            <w:r w:rsidRPr="001B4907">
              <w:rPr>
                <w:sz w:val="18"/>
              </w:rPr>
              <w:t>P11/P12/P13</w:t>
            </w:r>
          </w:p>
        </w:tc>
        <w:tc>
          <w:tcPr>
            <w:tcW w:w="710" w:type="dxa"/>
          </w:tcPr>
          <w:p w:rsidR="002819BA" w:rsidRPr="001B4907" w14:paraId="4132364E" w14:textId="77777777">
            <w:pPr>
              <w:spacing w:after="0"/>
              <w:jc w:val="center"/>
            </w:pPr>
            <w:r w:rsidRPr="001B4907">
              <w:rPr>
                <w:sz w:val="18"/>
              </w:rPr>
              <w:t>gab.</w:t>
            </w:r>
          </w:p>
        </w:tc>
        <w:tc>
          <w:tcPr>
            <w:tcW w:w="794" w:type="dxa"/>
          </w:tcPr>
          <w:p w:rsidR="002819BA" w:rsidRPr="001B4907" w14:paraId="3E5A1B83" w14:textId="77777777">
            <w:pPr>
              <w:spacing w:after="0"/>
              <w:jc w:val="center"/>
            </w:pPr>
            <w:r w:rsidRPr="001B4907">
              <w:rPr>
                <w:sz w:val="18"/>
              </w:rPr>
              <w:t>67</w:t>
            </w:r>
          </w:p>
        </w:tc>
        <w:tc>
          <w:tcPr>
            <w:tcW w:w="1247" w:type="dxa"/>
          </w:tcPr>
          <w:p w:rsidR="002819BA" w:rsidRPr="001B4907" w14:paraId="21DE4DE1" w14:textId="77777777">
            <w:pPr>
              <w:spacing w:after="0"/>
              <w:jc w:val="center"/>
            </w:pPr>
            <w:r w:rsidRPr="001B4907">
              <w:rPr>
                <w:sz w:val="18"/>
              </w:rPr>
              <w:t>03.05.2027.–11.06.2027.</w:t>
            </w:r>
          </w:p>
        </w:tc>
      </w:tr>
      <w:tr w14:paraId="234C8A71" w14:textId="77777777" w:rsidTr="002957E9">
        <w:tblPrEx>
          <w:tblW w:w="0" w:type="auto"/>
          <w:jc w:val="center"/>
          <w:tblLayout w:type="fixed"/>
          <w:tblLook w:val="04A0"/>
        </w:tblPrEx>
        <w:trPr>
          <w:gridAfter w:val="1"/>
          <w:wAfter w:w="12" w:type="dxa"/>
          <w:jc w:val="center"/>
        </w:trPr>
        <w:tc>
          <w:tcPr>
            <w:tcW w:w="624" w:type="dxa"/>
          </w:tcPr>
          <w:p w:rsidR="002819BA" w:rsidRPr="001B4907" w14:paraId="09093A37" w14:textId="77777777">
            <w:pPr>
              <w:spacing w:after="0"/>
              <w:jc w:val="center"/>
            </w:pPr>
            <w:r w:rsidRPr="001B4907">
              <w:rPr>
                <w:sz w:val="18"/>
              </w:rPr>
              <w:t>1.14</w:t>
            </w:r>
          </w:p>
        </w:tc>
        <w:tc>
          <w:tcPr>
            <w:tcW w:w="1814" w:type="dxa"/>
          </w:tcPr>
          <w:p w:rsidR="002819BA" w:rsidRPr="001B4907" w14:paraId="420B0913" w14:textId="77777777">
            <w:pPr>
              <w:spacing w:after="0"/>
            </w:pPr>
            <w:r w:rsidRPr="001B4907">
              <w:rPr>
                <w:sz w:val="18"/>
              </w:rPr>
              <w:t xml:space="preserve">Gaura </w:t>
            </w:r>
            <w:r w:rsidRPr="001B4907">
              <w:rPr>
                <w:sz w:val="18"/>
              </w:rPr>
              <w:t>lindheimeri</w:t>
            </w:r>
          </w:p>
        </w:tc>
        <w:tc>
          <w:tcPr>
            <w:tcW w:w="1814" w:type="dxa"/>
          </w:tcPr>
          <w:p w:rsidR="002819BA" w:rsidRPr="001B4907" w14:paraId="3C68077A" w14:textId="77777777">
            <w:pPr>
              <w:spacing w:after="0"/>
            </w:pPr>
            <w:r w:rsidRPr="001B4907">
              <w:rPr>
                <w:sz w:val="18"/>
              </w:rPr>
              <w:t>'</w:t>
            </w:r>
            <w:r w:rsidRPr="001B4907">
              <w:rPr>
                <w:sz w:val="18"/>
              </w:rPr>
              <w:t>Gambit</w:t>
            </w:r>
            <w:r w:rsidRPr="001B4907">
              <w:rPr>
                <w:sz w:val="18"/>
              </w:rPr>
              <w:t xml:space="preserve"> </w:t>
            </w:r>
            <w:r w:rsidRPr="001B4907">
              <w:rPr>
                <w:sz w:val="18"/>
              </w:rPr>
              <w:t>White</w:t>
            </w:r>
            <w:r w:rsidRPr="001B4907">
              <w:rPr>
                <w:sz w:val="18"/>
              </w:rPr>
              <w:t>'</w:t>
            </w:r>
          </w:p>
        </w:tc>
        <w:tc>
          <w:tcPr>
            <w:tcW w:w="1701" w:type="dxa"/>
          </w:tcPr>
          <w:p w:rsidR="002819BA" w:rsidRPr="001B4907" w14:paraId="7DF3AA89" w14:textId="77777777">
            <w:pPr>
              <w:spacing w:after="0"/>
            </w:pPr>
            <w:r w:rsidRPr="001B4907">
              <w:rPr>
                <w:sz w:val="18"/>
              </w:rPr>
              <w:t>Lindheimera</w:t>
            </w:r>
            <w:r w:rsidRPr="001B4907">
              <w:rPr>
                <w:sz w:val="18"/>
              </w:rPr>
              <w:t xml:space="preserve"> gaura</w:t>
            </w:r>
          </w:p>
        </w:tc>
        <w:tc>
          <w:tcPr>
            <w:tcW w:w="1134" w:type="dxa"/>
          </w:tcPr>
          <w:p w:rsidR="002819BA" w:rsidRPr="001B4907" w14:paraId="07E23419" w14:textId="77777777">
            <w:pPr>
              <w:spacing w:after="0"/>
              <w:jc w:val="center"/>
            </w:pPr>
            <w:r w:rsidRPr="001B4907">
              <w:rPr>
                <w:sz w:val="18"/>
              </w:rPr>
              <w:t>P11/P12/P13</w:t>
            </w:r>
          </w:p>
        </w:tc>
        <w:tc>
          <w:tcPr>
            <w:tcW w:w="710" w:type="dxa"/>
          </w:tcPr>
          <w:p w:rsidR="002819BA" w:rsidRPr="001B4907" w14:paraId="0BF54CF8" w14:textId="77777777">
            <w:pPr>
              <w:spacing w:after="0"/>
              <w:jc w:val="center"/>
            </w:pPr>
            <w:r w:rsidRPr="001B4907">
              <w:rPr>
                <w:sz w:val="18"/>
              </w:rPr>
              <w:t>gab.</w:t>
            </w:r>
          </w:p>
        </w:tc>
        <w:tc>
          <w:tcPr>
            <w:tcW w:w="794" w:type="dxa"/>
          </w:tcPr>
          <w:p w:rsidR="002819BA" w:rsidRPr="001B4907" w14:paraId="5C968E2C" w14:textId="77777777">
            <w:pPr>
              <w:spacing w:after="0"/>
              <w:jc w:val="center"/>
            </w:pPr>
            <w:r w:rsidRPr="001B4907">
              <w:rPr>
                <w:sz w:val="18"/>
              </w:rPr>
              <w:t>68</w:t>
            </w:r>
          </w:p>
        </w:tc>
        <w:tc>
          <w:tcPr>
            <w:tcW w:w="1247" w:type="dxa"/>
          </w:tcPr>
          <w:p w:rsidR="002819BA" w:rsidRPr="001B4907" w14:paraId="16D92426" w14:textId="77777777">
            <w:pPr>
              <w:spacing w:after="0"/>
              <w:jc w:val="center"/>
            </w:pPr>
            <w:r w:rsidRPr="001B4907">
              <w:rPr>
                <w:sz w:val="18"/>
              </w:rPr>
              <w:t>03.05.2027.–11.06.2027.</w:t>
            </w:r>
          </w:p>
        </w:tc>
      </w:tr>
      <w:tr w14:paraId="1A2E35B4" w14:textId="77777777" w:rsidTr="002957E9">
        <w:tblPrEx>
          <w:tblW w:w="0" w:type="auto"/>
          <w:jc w:val="center"/>
          <w:tblLayout w:type="fixed"/>
          <w:tblLook w:val="04A0"/>
        </w:tblPrEx>
        <w:trPr>
          <w:gridAfter w:val="1"/>
          <w:wAfter w:w="12" w:type="dxa"/>
          <w:jc w:val="center"/>
        </w:trPr>
        <w:tc>
          <w:tcPr>
            <w:tcW w:w="624" w:type="dxa"/>
          </w:tcPr>
          <w:p w:rsidR="002819BA" w:rsidRPr="001B4907" w14:paraId="4A67D336" w14:textId="77777777">
            <w:pPr>
              <w:spacing w:after="0"/>
              <w:jc w:val="center"/>
            </w:pPr>
            <w:r w:rsidRPr="001B4907">
              <w:rPr>
                <w:sz w:val="18"/>
              </w:rPr>
              <w:t>1.15</w:t>
            </w:r>
          </w:p>
        </w:tc>
        <w:tc>
          <w:tcPr>
            <w:tcW w:w="1814" w:type="dxa"/>
          </w:tcPr>
          <w:p w:rsidR="002819BA" w:rsidRPr="001B4907" w14:paraId="0C1EA75F" w14:textId="77777777">
            <w:pPr>
              <w:spacing w:after="0"/>
            </w:pPr>
            <w:r w:rsidRPr="001B4907">
              <w:rPr>
                <w:sz w:val="18"/>
              </w:rPr>
              <w:t>Impatiens</w:t>
            </w:r>
            <w:r w:rsidRPr="001B4907">
              <w:rPr>
                <w:sz w:val="18"/>
              </w:rPr>
              <w:t xml:space="preserve"> </w:t>
            </w:r>
            <w:r w:rsidRPr="001B4907">
              <w:rPr>
                <w:sz w:val="18"/>
              </w:rPr>
              <w:t>walleriana</w:t>
            </w:r>
          </w:p>
        </w:tc>
        <w:tc>
          <w:tcPr>
            <w:tcW w:w="1814" w:type="dxa"/>
          </w:tcPr>
          <w:p w:rsidR="002819BA" w:rsidRPr="001B4907" w14:paraId="0F079871" w14:textId="77777777">
            <w:pPr>
              <w:spacing w:after="0"/>
            </w:pPr>
            <w:r w:rsidRPr="001B4907">
              <w:rPr>
                <w:sz w:val="18"/>
              </w:rPr>
              <w:t>'</w:t>
            </w:r>
            <w:r w:rsidRPr="001B4907">
              <w:rPr>
                <w:sz w:val="18"/>
              </w:rPr>
              <w:t>Vitara</w:t>
            </w:r>
            <w:r w:rsidRPr="001B4907">
              <w:rPr>
                <w:sz w:val="18"/>
              </w:rPr>
              <w:t xml:space="preserve"> </w:t>
            </w:r>
            <w:r w:rsidRPr="001B4907">
              <w:rPr>
                <w:sz w:val="18"/>
              </w:rPr>
              <w:t>Violet</w:t>
            </w:r>
            <w:r w:rsidRPr="001B4907">
              <w:rPr>
                <w:sz w:val="18"/>
              </w:rPr>
              <w:t>'</w:t>
            </w:r>
          </w:p>
        </w:tc>
        <w:tc>
          <w:tcPr>
            <w:tcW w:w="1701" w:type="dxa"/>
          </w:tcPr>
          <w:p w:rsidR="002819BA" w:rsidRPr="001B4907" w14:paraId="316FF1FB" w14:textId="77777777">
            <w:pPr>
              <w:spacing w:after="0"/>
            </w:pPr>
            <w:r w:rsidRPr="001B4907">
              <w:rPr>
                <w:sz w:val="18"/>
              </w:rPr>
              <w:t>Vallera</w:t>
            </w:r>
            <w:r w:rsidRPr="001B4907">
              <w:rPr>
                <w:sz w:val="18"/>
              </w:rPr>
              <w:t xml:space="preserve"> balzamīne</w:t>
            </w:r>
          </w:p>
        </w:tc>
        <w:tc>
          <w:tcPr>
            <w:tcW w:w="1134" w:type="dxa"/>
          </w:tcPr>
          <w:p w:rsidR="002819BA" w:rsidRPr="001B4907" w14:paraId="2EA2F63D" w14:textId="77777777">
            <w:pPr>
              <w:spacing w:after="0"/>
              <w:jc w:val="center"/>
            </w:pPr>
            <w:r w:rsidRPr="001B4907">
              <w:rPr>
                <w:sz w:val="18"/>
              </w:rPr>
              <w:t>P11/P12/P13</w:t>
            </w:r>
          </w:p>
        </w:tc>
        <w:tc>
          <w:tcPr>
            <w:tcW w:w="710" w:type="dxa"/>
          </w:tcPr>
          <w:p w:rsidR="002819BA" w:rsidRPr="001B4907" w14:paraId="3CCD43A6" w14:textId="77777777">
            <w:pPr>
              <w:spacing w:after="0"/>
              <w:jc w:val="center"/>
            </w:pPr>
            <w:r w:rsidRPr="001B4907">
              <w:rPr>
                <w:sz w:val="18"/>
              </w:rPr>
              <w:t>gab.</w:t>
            </w:r>
          </w:p>
        </w:tc>
        <w:tc>
          <w:tcPr>
            <w:tcW w:w="794" w:type="dxa"/>
          </w:tcPr>
          <w:p w:rsidR="002819BA" w:rsidRPr="001B4907" w14:paraId="29A907B4" w14:textId="77777777">
            <w:pPr>
              <w:spacing w:after="0"/>
              <w:jc w:val="center"/>
            </w:pPr>
            <w:r w:rsidRPr="001B4907">
              <w:rPr>
                <w:sz w:val="18"/>
              </w:rPr>
              <w:t>100</w:t>
            </w:r>
          </w:p>
        </w:tc>
        <w:tc>
          <w:tcPr>
            <w:tcW w:w="1247" w:type="dxa"/>
          </w:tcPr>
          <w:p w:rsidR="002819BA" w:rsidRPr="001B4907" w14:paraId="54995A68" w14:textId="77777777">
            <w:pPr>
              <w:spacing w:after="0"/>
              <w:jc w:val="center"/>
            </w:pPr>
            <w:r w:rsidRPr="001B4907">
              <w:rPr>
                <w:sz w:val="18"/>
              </w:rPr>
              <w:t>03.05.2027.–11.06.2027.</w:t>
            </w:r>
          </w:p>
        </w:tc>
      </w:tr>
      <w:tr w14:paraId="5D59F032" w14:textId="77777777" w:rsidTr="002957E9">
        <w:tblPrEx>
          <w:tblW w:w="0" w:type="auto"/>
          <w:jc w:val="center"/>
          <w:tblLayout w:type="fixed"/>
          <w:tblLook w:val="04A0"/>
        </w:tblPrEx>
        <w:trPr>
          <w:gridAfter w:val="1"/>
          <w:wAfter w:w="12" w:type="dxa"/>
          <w:jc w:val="center"/>
        </w:trPr>
        <w:tc>
          <w:tcPr>
            <w:tcW w:w="624" w:type="dxa"/>
          </w:tcPr>
          <w:p w:rsidR="002819BA" w:rsidRPr="001B4907" w14:paraId="79CEFFC5" w14:textId="77777777">
            <w:pPr>
              <w:spacing w:after="0"/>
              <w:jc w:val="center"/>
            </w:pPr>
            <w:r w:rsidRPr="001B4907">
              <w:rPr>
                <w:sz w:val="18"/>
              </w:rPr>
              <w:t>1.16</w:t>
            </w:r>
          </w:p>
        </w:tc>
        <w:tc>
          <w:tcPr>
            <w:tcW w:w="1814" w:type="dxa"/>
          </w:tcPr>
          <w:p w:rsidR="002819BA" w:rsidRPr="001B4907" w14:paraId="1537306A" w14:textId="77777777">
            <w:pPr>
              <w:spacing w:after="0"/>
            </w:pPr>
            <w:r w:rsidRPr="001B4907">
              <w:rPr>
                <w:sz w:val="18"/>
              </w:rPr>
              <w:t>Impatiens</w:t>
            </w:r>
            <w:r w:rsidRPr="001B4907">
              <w:rPr>
                <w:sz w:val="18"/>
              </w:rPr>
              <w:t xml:space="preserve"> </w:t>
            </w:r>
            <w:r w:rsidRPr="001B4907">
              <w:rPr>
                <w:sz w:val="18"/>
              </w:rPr>
              <w:t>walleriana</w:t>
            </w:r>
          </w:p>
        </w:tc>
        <w:tc>
          <w:tcPr>
            <w:tcW w:w="1814" w:type="dxa"/>
          </w:tcPr>
          <w:p w:rsidR="002819BA" w:rsidRPr="001B4907" w14:paraId="01491220" w14:textId="77777777">
            <w:pPr>
              <w:spacing w:after="0"/>
            </w:pPr>
            <w:r w:rsidRPr="001B4907">
              <w:rPr>
                <w:sz w:val="18"/>
              </w:rPr>
              <w:t>'</w:t>
            </w:r>
            <w:r w:rsidRPr="001B4907">
              <w:rPr>
                <w:sz w:val="18"/>
              </w:rPr>
              <w:t>Vitara</w:t>
            </w:r>
            <w:r w:rsidRPr="001B4907">
              <w:rPr>
                <w:sz w:val="18"/>
              </w:rPr>
              <w:t xml:space="preserve"> F1 Pink'</w:t>
            </w:r>
          </w:p>
        </w:tc>
        <w:tc>
          <w:tcPr>
            <w:tcW w:w="1701" w:type="dxa"/>
          </w:tcPr>
          <w:p w:rsidR="002819BA" w:rsidRPr="001B4907" w14:paraId="6B491144" w14:textId="77777777">
            <w:pPr>
              <w:spacing w:after="0"/>
            </w:pPr>
            <w:r w:rsidRPr="001B4907">
              <w:rPr>
                <w:sz w:val="18"/>
              </w:rPr>
              <w:t>Vallera</w:t>
            </w:r>
            <w:r w:rsidRPr="001B4907">
              <w:rPr>
                <w:sz w:val="18"/>
              </w:rPr>
              <w:t xml:space="preserve"> balzamīne</w:t>
            </w:r>
          </w:p>
        </w:tc>
        <w:tc>
          <w:tcPr>
            <w:tcW w:w="1134" w:type="dxa"/>
          </w:tcPr>
          <w:p w:rsidR="002819BA" w:rsidRPr="001B4907" w14:paraId="6D284E05" w14:textId="77777777">
            <w:pPr>
              <w:spacing w:after="0"/>
              <w:jc w:val="center"/>
            </w:pPr>
            <w:r w:rsidRPr="001B4907">
              <w:rPr>
                <w:sz w:val="18"/>
              </w:rPr>
              <w:t>P11/P12/P13</w:t>
            </w:r>
          </w:p>
        </w:tc>
        <w:tc>
          <w:tcPr>
            <w:tcW w:w="710" w:type="dxa"/>
          </w:tcPr>
          <w:p w:rsidR="002819BA" w:rsidRPr="001B4907" w14:paraId="3E4605FC" w14:textId="77777777">
            <w:pPr>
              <w:spacing w:after="0"/>
              <w:jc w:val="center"/>
            </w:pPr>
            <w:r w:rsidRPr="001B4907">
              <w:rPr>
                <w:sz w:val="18"/>
              </w:rPr>
              <w:t>gab.</w:t>
            </w:r>
          </w:p>
        </w:tc>
        <w:tc>
          <w:tcPr>
            <w:tcW w:w="794" w:type="dxa"/>
          </w:tcPr>
          <w:p w:rsidR="002819BA" w:rsidRPr="001B4907" w14:paraId="1F606B3E" w14:textId="77777777">
            <w:pPr>
              <w:spacing w:after="0"/>
              <w:jc w:val="center"/>
            </w:pPr>
            <w:r w:rsidRPr="001B4907">
              <w:rPr>
                <w:sz w:val="18"/>
              </w:rPr>
              <w:t>100</w:t>
            </w:r>
          </w:p>
        </w:tc>
        <w:tc>
          <w:tcPr>
            <w:tcW w:w="1247" w:type="dxa"/>
          </w:tcPr>
          <w:p w:rsidR="002819BA" w:rsidRPr="001B4907" w14:paraId="50FEE311" w14:textId="77777777">
            <w:pPr>
              <w:spacing w:after="0"/>
              <w:jc w:val="center"/>
            </w:pPr>
            <w:r w:rsidRPr="001B4907">
              <w:rPr>
                <w:sz w:val="18"/>
              </w:rPr>
              <w:t>03.05.2027.–11.06.2027.</w:t>
            </w:r>
          </w:p>
        </w:tc>
      </w:tr>
      <w:tr w14:paraId="0E78833A" w14:textId="77777777" w:rsidTr="002957E9">
        <w:tblPrEx>
          <w:tblW w:w="0" w:type="auto"/>
          <w:jc w:val="center"/>
          <w:tblLayout w:type="fixed"/>
          <w:tblLook w:val="04A0"/>
        </w:tblPrEx>
        <w:trPr>
          <w:gridAfter w:val="1"/>
          <w:wAfter w:w="12" w:type="dxa"/>
          <w:jc w:val="center"/>
        </w:trPr>
        <w:tc>
          <w:tcPr>
            <w:tcW w:w="624" w:type="dxa"/>
          </w:tcPr>
          <w:p w:rsidR="002819BA" w:rsidRPr="001B4907" w14:paraId="5E609304" w14:textId="77777777">
            <w:pPr>
              <w:spacing w:after="0"/>
              <w:jc w:val="center"/>
            </w:pPr>
            <w:r w:rsidRPr="001B4907">
              <w:rPr>
                <w:sz w:val="18"/>
              </w:rPr>
              <w:t>1.17</w:t>
            </w:r>
          </w:p>
        </w:tc>
        <w:tc>
          <w:tcPr>
            <w:tcW w:w="1814" w:type="dxa"/>
          </w:tcPr>
          <w:p w:rsidR="002819BA" w:rsidRPr="001B4907" w14:paraId="39F4ED06" w14:textId="77777777">
            <w:pPr>
              <w:spacing w:after="0"/>
            </w:pPr>
            <w:r w:rsidRPr="001B4907">
              <w:rPr>
                <w:sz w:val="18"/>
              </w:rPr>
              <w:t>Ipomoea</w:t>
            </w:r>
            <w:r w:rsidRPr="001B4907">
              <w:rPr>
                <w:sz w:val="18"/>
              </w:rPr>
              <w:t xml:space="preserve"> </w:t>
            </w:r>
            <w:r w:rsidRPr="001B4907">
              <w:rPr>
                <w:sz w:val="18"/>
              </w:rPr>
              <w:t>batatas</w:t>
            </w:r>
          </w:p>
        </w:tc>
        <w:tc>
          <w:tcPr>
            <w:tcW w:w="1814" w:type="dxa"/>
          </w:tcPr>
          <w:p w:rsidR="002819BA" w:rsidRPr="001B4907" w14:paraId="0435E097" w14:textId="77777777">
            <w:pPr>
              <w:spacing w:after="0"/>
            </w:pPr>
            <w:r w:rsidRPr="001B4907">
              <w:rPr>
                <w:sz w:val="18"/>
              </w:rPr>
              <w:t>'</w:t>
            </w:r>
            <w:r w:rsidRPr="001B4907">
              <w:rPr>
                <w:sz w:val="18"/>
              </w:rPr>
              <w:t>SolarTower</w:t>
            </w:r>
            <w:r w:rsidRPr="001B4907">
              <w:rPr>
                <w:sz w:val="18"/>
              </w:rPr>
              <w:t xml:space="preserve"> </w:t>
            </w:r>
            <w:r w:rsidRPr="001B4907">
              <w:rPr>
                <w:sz w:val="18"/>
              </w:rPr>
              <w:t>Lime</w:t>
            </w:r>
            <w:r w:rsidRPr="001B4907">
              <w:rPr>
                <w:sz w:val="18"/>
              </w:rPr>
              <w:t>'</w:t>
            </w:r>
          </w:p>
        </w:tc>
        <w:tc>
          <w:tcPr>
            <w:tcW w:w="1701" w:type="dxa"/>
          </w:tcPr>
          <w:p w:rsidR="002819BA" w:rsidRPr="001B4907" w14:paraId="21F5B96E" w14:textId="77777777">
            <w:pPr>
              <w:spacing w:after="0"/>
            </w:pPr>
            <w:r w:rsidRPr="001B4907">
              <w:rPr>
                <w:sz w:val="18"/>
              </w:rPr>
              <w:t>Batātu</w:t>
            </w:r>
            <w:r w:rsidRPr="001B4907">
              <w:rPr>
                <w:sz w:val="18"/>
              </w:rPr>
              <w:t xml:space="preserve"> </w:t>
            </w:r>
            <w:r w:rsidRPr="001B4907">
              <w:rPr>
                <w:sz w:val="18"/>
              </w:rPr>
              <w:t>ipomeja</w:t>
            </w:r>
          </w:p>
        </w:tc>
        <w:tc>
          <w:tcPr>
            <w:tcW w:w="1134" w:type="dxa"/>
          </w:tcPr>
          <w:p w:rsidR="002819BA" w:rsidRPr="001B4907" w14:paraId="6AD769C1" w14:textId="77777777">
            <w:pPr>
              <w:spacing w:after="0"/>
              <w:jc w:val="center"/>
            </w:pPr>
            <w:r w:rsidRPr="001B4907">
              <w:rPr>
                <w:sz w:val="18"/>
              </w:rPr>
              <w:t>P11/P12/P13</w:t>
            </w:r>
          </w:p>
        </w:tc>
        <w:tc>
          <w:tcPr>
            <w:tcW w:w="710" w:type="dxa"/>
          </w:tcPr>
          <w:p w:rsidR="002819BA" w:rsidRPr="001B4907" w14:paraId="6501052D" w14:textId="77777777">
            <w:pPr>
              <w:spacing w:after="0"/>
              <w:jc w:val="center"/>
            </w:pPr>
            <w:r w:rsidRPr="001B4907">
              <w:rPr>
                <w:sz w:val="18"/>
              </w:rPr>
              <w:t>gab.</w:t>
            </w:r>
          </w:p>
        </w:tc>
        <w:tc>
          <w:tcPr>
            <w:tcW w:w="794" w:type="dxa"/>
          </w:tcPr>
          <w:p w:rsidR="002819BA" w:rsidRPr="001B4907" w14:paraId="7330771F" w14:textId="77777777">
            <w:pPr>
              <w:spacing w:after="0"/>
              <w:jc w:val="center"/>
            </w:pPr>
            <w:r w:rsidRPr="001B4907">
              <w:rPr>
                <w:sz w:val="18"/>
              </w:rPr>
              <w:t>112</w:t>
            </w:r>
          </w:p>
        </w:tc>
        <w:tc>
          <w:tcPr>
            <w:tcW w:w="1247" w:type="dxa"/>
          </w:tcPr>
          <w:p w:rsidR="002819BA" w:rsidRPr="001B4907" w14:paraId="2556D00F" w14:textId="77777777">
            <w:pPr>
              <w:spacing w:after="0"/>
              <w:jc w:val="center"/>
            </w:pPr>
            <w:r w:rsidRPr="001B4907">
              <w:rPr>
                <w:sz w:val="18"/>
              </w:rPr>
              <w:t>03.05.2027.–11.06.2027.</w:t>
            </w:r>
          </w:p>
        </w:tc>
      </w:tr>
      <w:tr w14:paraId="73112C4C" w14:textId="77777777" w:rsidTr="002957E9">
        <w:tblPrEx>
          <w:tblW w:w="0" w:type="auto"/>
          <w:jc w:val="center"/>
          <w:tblLayout w:type="fixed"/>
          <w:tblLook w:val="04A0"/>
        </w:tblPrEx>
        <w:trPr>
          <w:gridAfter w:val="1"/>
          <w:wAfter w:w="12" w:type="dxa"/>
          <w:jc w:val="center"/>
        </w:trPr>
        <w:tc>
          <w:tcPr>
            <w:tcW w:w="624" w:type="dxa"/>
          </w:tcPr>
          <w:p w:rsidR="002819BA" w:rsidRPr="001B4907" w14:paraId="404F0F41" w14:textId="77777777">
            <w:pPr>
              <w:spacing w:after="0"/>
              <w:jc w:val="center"/>
            </w:pPr>
            <w:r w:rsidRPr="001B4907">
              <w:rPr>
                <w:sz w:val="18"/>
              </w:rPr>
              <w:t>1.18</w:t>
            </w:r>
          </w:p>
        </w:tc>
        <w:tc>
          <w:tcPr>
            <w:tcW w:w="1814" w:type="dxa"/>
          </w:tcPr>
          <w:p w:rsidR="002819BA" w:rsidRPr="001B4907" w14:paraId="3408F985" w14:textId="77777777">
            <w:pPr>
              <w:spacing w:after="0"/>
            </w:pPr>
            <w:r w:rsidRPr="001B4907">
              <w:rPr>
                <w:sz w:val="18"/>
              </w:rPr>
              <w:t>Lysimachia</w:t>
            </w:r>
            <w:r w:rsidRPr="001B4907">
              <w:rPr>
                <w:sz w:val="18"/>
              </w:rPr>
              <w:t xml:space="preserve"> </w:t>
            </w:r>
            <w:r w:rsidRPr="001B4907">
              <w:rPr>
                <w:sz w:val="18"/>
              </w:rPr>
              <w:t>nummularia</w:t>
            </w:r>
          </w:p>
        </w:tc>
        <w:tc>
          <w:tcPr>
            <w:tcW w:w="1814" w:type="dxa"/>
          </w:tcPr>
          <w:p w:rsidR="002819BA" w:rsidRPr="001B4907" w14:paraId="5759330A" w14:textId="77777777">
            <w:pPr>
              <w:spacing w:after="0"/>
            </w:pPr>
            <w:r w:rsidRPr="001B4907">
              <w:rPr>
                <w:sz w:val="18"/>
              </w:rPr>
              <w:t>'</w:t>
            </w:r>
            <w:r w:rsidRPr="001B4907">
              <w:rPr>
                <w:sz w:val="18"/>
              </w:rPr>
              <w:t>Goldilocks</w:t>
            </w:r>
            <w:r w:rsidRPr="001B4907">
              <w:rPr>
                <w:sz w:val="18"/>
              </w:rPr>
              <w:t>'</w:t>
            </w:r>
          </w:p>
        </w:tc>
        <w:tc>
          <w:tcPr>
            <w:tcW w:w="1701" w:type="dxa"/>
          </w:tcPr>
          <w:p w:rsidR="002819BA" w:rsidRPr="001B4907" w14:paraId="1407EAAA" w14:textId="77777777">
            <w:pPr>
              <w:spacing w:after="0"/>
            </w:pPr>
            <w:r w:rsidRPr="001B4907">
              <w:rPr>
                <w:sz w:val="18"/>
              </w:rPr>
              <w:t>Pļavu zeltene</w:t>
            </w:r>
          </w:p>
        </w:tc>
        <w:tc>
          <w:tcPr>
            <w:tcW w:w="1134" w:type="dxa"/>
          </w:tcPr>
          <w:p w:rsidR="002819BA" w:rsidRPr="001B4907" w14:paraId="0EC2420B" w14:textId="77777777">
            <w:pPr>
              <w:spacing w:after="0"/>
              <w:jc w:val="center"/>
            </w:pPr>
            <w:r w:rsidRPr="001B4907">
              <w:rPr>
                <w:sz w:val="18"/>
              </w:rPr>
              <w:t>P11/P12/P13</w:t>
            </w:r>
          </w:p>
        </w:tc>
        <w:tc>
          <w:tcPr>
            <w:tcW w:w="710" w:type="dxa"/>
          </w:tcPr>
          <w:p w:rsidR="002819BA" w:rsidRPr="001B4907" w14:paraId="4D6C6202" w14:textId="77777777">
            <w:pPr>
              <w:spacing w:after="0"/>
              <w:jc w:val="center"/>
            </w:pPr>
            <w:r w:rsidRPr="001B4907">
              <w:rPr>
                <w:sz w:val="18"/>
              </w:rPr>
              <w:t>gab.</w:t>
            </w:r>
          </w:p>
        </w:tc>
        <w:tc>
          <w:tcPr>
            <w:tcW w:w="794" w:type="dxa"/>
          </w:tcPr>
          <w:p w:rsidR="002819BA" w:rsidRPr="001B4907" w14:paraId="51F8C18A" w14:textId="77777777">
            <w:pPr>
              <w:spacing w:after="0"/>
              <w:jc w:val="center"/>
            </w:pPr>
            <w:r w:rsidRPr="001B4907">
              <w:rPr>
                <w:sz w:val="18"/>
              </w:rPr>
              <w:t>51</w:t>
            </w:r>
          </w:p>
        </w:tc>
        <w:tc>
          <w:tcPr>
            <w:tcW w:w="1247" w:type="dxa"/>
          </w:tcPr>
          <w:p w:rsidR="002819BA" w:rsidRPr="001B4907" w14:paraId="4F25AAAA" w14:textId="77777777">
            <w:pPr>
              <w:spacing w:after="0"/>
              <w:jc w:val="center"/>
            </w:pPr>
            <w:r w:rsidRPr="001B4907">
              <w:rPr>
                <w:sz w:val="18"/>
              </w:rPr>
              <w:t>03.05.2027.–11.06.2027.</w:t>
            </w:r>
          </w:p>
        </w:tc>
      </w:tr>
      <w:tr w14:paraId="6AE72982" w14:textId="77777777" w:rsidTr="002957E9">
        <w:tblPrEx>
          <w:tblW w:w="0" w:type="auto"/>
          <w:jc w:val="center"/>
          <w:tblLayout w:type="fixed"/>
          <w:tblLook w:val="04A0"/>
        </w:tblPrEx>
        <w:trPr>
          <w:gridAfter w:val="1"/>
          <w:wAfter w:w="12" w:type="dxa"/>
          <w:jc w:val="center"/>
        </w:trPr>
        <w:tc>
          <w:tcPr>
            <w:tcW w:w="624" w:type="dxa"/>
          </w:tcPr>
          <w:p w:rsidR="002819BA" w:rsidRPr="001B4907" w14:paraId="74DD5911" w14:textId="77777777">
            <w:pPr>
              <w:spacing w:after="0"/>
              <w:jc w:val="center"/>
            </w:pPr>
            <w:r w:rsidRPr="001B4907">
              <w:rPr>
                <w:sz w:val="18"/>
              </w:rPr>
              <w:t>1.19</w:t>
            </w:r>
          </w:p>
        </w:tc>
        <w:tc>
          <w:tcPr>
            <w:tcW w:w="1814" w:type="dxa"/>
          </w:tcPr>
          <w:p w:rsidR="002819BA" w:rsidRPr="001B4907" w14:paraId="6AAECBF2" w14:textId="77777777">
            <w:pPr>
              <w:spacing w:after="0"/>
            </w:pPr>
            <w:r w:rsidRPr="001B4907">
              <w:rPr>
                <w:sz w:val="18"/>
              </w:rPr>
              <w:t>Osteospermum</w:t>
            </w:r>
            <w:r w:rsidRPr="001B4907">
              <w:rPr>
                <w:sz w:val="18"/>
              </w:rPr>
              <w:t xml:space="preserve"> </w:t>
            </w:r>
            <w:r w:rsidRPr="001B4907">
              <w:rPr>
                <w:sz w:val="18"/>
              </w:rPr>
              <w:t>ecklonis</w:t>
            </w:r>
          </w:p>
        </w:tc>
        <w:tc>
          <w:tcPr>
            <w:tcW w:w="1814" w:type="dxa"/>
          </w:tcPr>
          <w:p w:rsidR="002819BA" w:rsidRPr="001B4907" w14:paraId="4ED2FCF9" w14:textId="77777777">
            <w:pPr>
              <w:spacing w:after="0"/>
            </w:pPr>
            <w:r w:rsidRPr="001B4907">
              <w:rPr>
                <w:sz w:val="18"/>
              </w:rPr>
              <w:t xml:space="preserve">'Margarita </w:t>
            </w:r>
            <w:r w:rsidRPr="001B4907">
              <w:rPr>
                <w:sz w:val="18"/>
              </w:rPr>
              <w:t>Double</w:t>
            </w:r>
            <w:r w:rsidRPr="001B4907">
              <w:rPr>
                <w:sz w:val="18"/>
              </w:rPr>
              <w:t xml:space="preserve"> Pink'</w:t>
            </w:r>
          </w:p>
        </w:tc>
        <w:tc>
          <w:tcPr>
            <w:tcW w:w="1701" w:type="dxa"/>
          </w:tcPr>
          <w:p w:rsidR="002819BA" w:rsidRPr="001B4907" w14:paraId="0F3FB22E" w14:textId="77777777">
            <w:pPr>
              <w:spacing w:after="0"/>
            </w:pPr>
            <w:r w:rsidRPr="001B4907">
              <w:rPr>
                <w:sz w:val="18"/>
              </w:rPr>
              <w:t>Eklona</w:t>
            </w:r>
            <w:r w:rsidRPr="001B4907">
              <w:rPr>
                <w:sz w:val="18"/>
              </w:rPr>
              <w:t xml:space="preserve"> </w:t>
            </w:r>
            <w:r w:rsidRPr="001B4907">
              <w:rPr>
                <w:sz w:val="18"/>
              </w:rPr>
              <w:t>akmeņsēkle</w:t>
            </w:r>
          </w:p>
        </w:tc>
        <w:tc>
          <w:tcPr>
            <w:tcW w:w="1134" w:type="dxa"/>
          </w:tcPr>
          <w:p w:rsidR="002819BA" w:rsidRPr="001B4907" w14:paraId="19A33A66" w14:textId="77777777">
            <w:pPr>
              <w:spacing w:after="0"/>
              <w:jc w:val="center"/>
            </w:pPr>
            <w:r w:rsidRPr="001B4907">
              <w:rPr>
                <w:sz w:val="18"/>
              </w:rPr>
              <w:t>P11/P12/P13</w:t>
            </w:r>
          </w:p>
        </w:tc>
        <w:tc>
          <w:tcPr>
            <w:tcW w:w="710" w:type="dxa"/>
          </w:tcPr>
          <w:p w:rsidR="002819BA" w:rsidRPr="001B4907" w14:paraId="26040A90" w14:textId="77777777">
            <w:pPr>
              <w:spacing w:after="0"/>
              <w:jc w:val="center"/>
            </w:pPr>
            <w:r w:rsidRPr="001B4907">
              <w:rPr>
                <w:sz w:val="18"/>
              </w:rPr>
              <w:t>gab.</w:t>
            </w:r>
          </w:p>
        </w:tc>
        <w:tc>
          <w:tcPr>
            <w:tcW w:w="794" w:type="dxa"/>
          </w:tcPr>
          <w:p w:rsidR="002819BA" w:rsidRPr="001B4907" w14:paraId="0415EFF0" w14:textId="77777777">
            <w:pPr>
              <w:spacing w:after="0"/>
              <w:jc w:val="center"/>
            </w:pPr>
            <w:r w:rsidRPr="001B4907">
              <w:rPr>
                <w:sz w:val="18"/>
              </w:rPr>
              <w:t>250</w:t>
            </w:r>
          </w:p>
        </w:tc>
        <w:tc>
          <w:tcPr>
            <w:tcW w:w="1247" w:type="dxa"/>
          </w:tcPr>
          <w:p w:rsidR="002819BA" w:rsidRPr="001B4907" w14:paraId="58A27173" w14:textId="77777777">
            <w:pPr>
              <w:spacing w:after="0"/>
              <w:jc w:val="center"/>
            </w:pPr>
            <w:r w:rsidRPr="001B4907">
              <w:rPr>
                <w:sz w:val="18"/>
              </w:rPr>
              <w:t>03.05.2027.–11.06.2027.</w:t>
            </w:r>
          </w:p>
        </w:tc>
      </w:tr>
      <w:tr w14:paraId="48BB6739" w14:textId="77777777" w:rsidTr="002957E9">
        <w:tblPrEx>
          <w:tblW w:w="0" w:type="auto"/>
          <w:jc w:val="center"/>
          <w:tblLayout w:type="fixed"/>
          <w:tblLook w:val="04A0"/>
        </w:tblPrEx>
        <w:trPr>
          <w:gridAfter w:val="1"/>
          <w:wAfter w:w="12" w:type="dxa"/>
          <w:jc w:val="center"/>
        </w:trPr>
        <w:tc>
          <w:tcPr>
            <w:tcW w:w="624" w:type="dxa"/>
          </w:tcPr>
          <w:p w:rsidR="002819BA" w:rsidRPr="001B4907" w14:paraId="41304D2C" w14:textId="77777777">
            <w:pPr>
              <w:spacing w:after="0"/>
              <w:jc w:val="center"/>
            </w:pPr>
            <w:r w:rsidRPr="001B4907">
              <w:rPr>
                <w:sz w:val="18"/>
              </w:rPr>
              <w:t>1.20</w:t>
            </w:r>
          </w:p>
        </w:tc>
        <w:tc>
          <w:tcPr>
            <w:tcW w:w="1814" w:type="dxa"/>
          </w:tcPr>
          <w:p w:rsidR="002819BA" w:rsidRPr="001B4907" w14:paraId="750D6F04" w14:textId="77777777">
            <w:pPr>
              <w:spacing w:after="0"/>
            </w:pPr>
            <w:r w:rsidRPr="001B4907">
              <w:rPr>
                <w:sz w:val="18"/>
              </w:rPr>
              <w:t>Pelargonium</w:t>
            </w:r>
            <w:r w:rsidRPr="001B4907">
              <w:rPr>
                <w:sz w:val="18"/>
              </w:rPr>
              <w:t xml:space="preserve"> </w:t>
            </w:r>
            <w:r w:rsidRPr="001B4907">
              <w:rPr>
                <w:sz w:val="18"/>
              </w:rPr>
              <w:t>interspecific</w:t>
            </w:r>
          </w:p>
        </w:tc>
        <w:tc>
          <w:tcPr>
            <w:tcW w:w="1814" w:type="dxa"/>
          </w:tcPr>
          <w:p w:rsidR="002819BA" w:rsidRPr="001B4907" w14:paraId="1F68EB16" w14:textId="77777777">
            <w:pPr>
              <w:spacing w:after="0"/>
            </w:pPr>
            <w:r w:rsidRPr="001B4907">
              <w:rPr>
                <w:sz w:val="18"/>
              </w:rPr>
              <w:t>'</w:t>
            </w:r>
            <w:r w:rsidRPr="001B4907">
              <w:rPr>
                <w:sz w:val="18"/>
              </w:rPr>
              <w:t>Ruby</w:t>
            </w:r>
            <w:r w:rsidRPr="001B4907">
              <w:rPr>
                <w:sz w:val="18"/>
              </w:rPr>
              <w:t xml:space="preserve"> Red'</w:t>
            </w:r>
          </w:p>
        </w:tc>
        <w:tc>
          <w:tcPr>
            <w:tcW w:w="1701" w:type="dxa"/>
          </w:tcPr>
          <w:p w:rsidR="002819BA" w:rsidRPr="001B4907" w14:paraId="170F5D92" w14:textId="77777777">
            <w:pPr>
              <w:spacing w:after="0"/>
            </w:pPr>
            <w:r w:rsidRPr="001B4907">
              <w:rPr>
                <w:sz w:val="18"/>
              </w:rPr>
              <w:t>Hibrīdā pelargonija</w:t>
            </w:r>
          </w:p>
        </w:tc>
        <w:tc>
          <w:tcPr>
            <w:tcW w:w="1134" w:type="dxa"/>
          </w:tcPr>
          <w:p w:rsidR="002819BA" w:rsidRPr="001B4907" w14:paraId="438574D1" w14:textId="77777777">
            <w:pPr>
              <w:spacing w:after="0"/>
              <w:jc w:val="center"/>
            </w:pPr>
            <w:r w:rsidRPr="001B4907">
              <w:rPr>
                <w:sz w:val="18"/>
              </w:rPr>
              <w:t>P11/P12/P13</w:t>
            </w:r>
          </w:p>
        </w:tc>
        <w:tc>
          <w:tcPr>
            <w:tcW w:w="710" w:type="dxa"/>
          </w:tcPr>
          <w:p w:rsidR="002819BA" w:rsidRPr="001B4907" w14:paraId="71DF5A67" w14:textId="77777777">
            <w:pPr>
              <w:spacing w:after="0"/>
              <w:jc w:val="center"/>
            </w:pPr>
            <w:r w:rsidRPr="001B4907">
              <w:rPr>
                <w:sz w:val="18"/>
              </w:rPr>
              <w:t>gab.</w:t>
            </w:r>
          </w:p>
        </w:tc>
        <w:tc>
          <w:tcPr>
            <w:tcW w:w="794" w:type="dxa"/>
          </w:tcPr>
          <w:p w:rsidR="002819BA" w:rsidRPr="001B4907" w14:paraId="209C1183" w14:textId="77777777">
            <w:pPr>
              <w:spacing w:after="0"/>
              <w:jc w:val="center"/>
            </w:pPr>
            <w:r w:rsidRPr="001B4907">
              <w:rPr>
                <w:sz w:val="18"/>
              </w:rPr>
              <w:t>22</w:t>
            </w:r>
          </w:p>
        </w:tc>
        <w:tc>
          <w:tcPr>
            <w:tcW w:w="1247" w:type="dxa"/>
          </w:tcPr>
          <w:p w:rsidR="002819BA" w:rsidRPr="001B4907" w14:paraId="1E589E3E" w14:textId="77777777">
            <w:pPr>
              <w:spacing w:after="0"/>
              <w:jc w:val="center"/>
            </w:pPr>
            <w:r w:rsidRPr="001B4907">
              <w:rPr>
                <w:sz w:val="18"/>
              </w:rPr>
              <w:t>03.05.2027.–11.06.2027.</w:t>
            </w:r>
          </w:p>
        </w:tc>
      </w:tr>
      <w:tr w14:paraId="7D962DEA" w14:textId="77777777" w:rsidTr="002957E9">
        <w:tblPrEx>
          <w:tblW w:w="0" w:type="auto"/>
          <w:jc w:val="center"/>
          <w:tblLayout w:type="fixed"/>
          <w:tblLook w:val="04A0"/>
        </w:tblPrEx>
        <w:trPr>
          <w:gridAfter w:val="1"/>
          <w:wAfter w:w="12" w:type="dxa"/>
          <w:jc w:val="center"/>
        </w:trPr>
        <w:tc>
          <w:tcPr>
            <w:tcW w:w="624" w:type="dxa"/>
          </w:tcPr>
          <w:p w:rsidR="002819BA" w:rsidRPr="001B4907" w14:paraId="5873C01C" w14:textId="77777777">
            <w:pPr>
              <w:spacing w:after="0"/>
              <w:jc w:val="center"/>
            </w:pPr>
            <w:r w:rsidRPr="001B4907">
              <w:rPr>
                <w:sz w:val="18"/>
              </w:rPr>
              <w:t>1.21</w:t>
            </w:r>
          </w:p>
        </w:tc>
        <w:tc>
          <w:tcPr>
            <w:tcW w:w="1814" w:type="dxa"/>
          </w:tcPr>
          <w:p w:rsidR="002819BA" w:rsidRPr="001B4907" w14:paraId="6B9DDA2C" w14:textId="77777777">
            <w:pPr>
              <w:spacing w:after="0"/>
            </w:pPr>
            <w:r w:rsidRPr="001B4907">
              <w:rPr>
                <w:sz w:val="18"/>
              </w:rPr>
              <w:t>Pelargonium</w:t>
            </w:r>
            <w:r w:rsidRPr="001B4907">
              <w:rPr>
                <w:sz w:val="18"/>
              </w:rPr>
              <w:t xml:space="preserve"> </w:t>
            </w:r>
            <w:r w:rsidRPr="001B4907">
              <w:rPr>
                <w:sz w:val="18"/>
              </w:rPr>
              <w:t>interspecific</w:t>
            </w:r>
          </w:p>
        </w:tc>
        <w:tc>
          <w:tcPr>
            <w:tcW w:w="1814" w:type="dxa"/>
          </w:tcPr>
          <w:p w:rsidR="002819BA" w:rsidRPr="001B4907" w14:paraId="21C7A852" w14:textId="77777777">
            <w:pPr>
              <w:spacing w:after="0"/>
            </w:pPr>
            <w:r w:rsidRPr="001B4907">
              <w:rPr>
                <w:sz w:val="18"/>
              </w:rPr>
              <w:t>'</w:t>
            </w:r>
            <w:r w:rsidRPr="001B4907">
              <w:rPr>
                <w:sz w:val="18"/>
              </w:rPr>
              <w:t>Fantastic</w:t>
            </w:r>
            <w:r w:rsidRPr="001B4907">
              <w:rPr>
                <w:sz w:val="18"/>
              </w:rPr>
              <w:t xml:space="preserve"> </w:t>
            </w:r>
            <w:r w:rsidRPr="001B4907">
              <w:rPr>
                <w:sz w:val="18"/>
              </w:rPr>
              <w:t>Midnight</w:t>
            </w:r>
            <w:r w:rsidRPr="001B4907">
              <w:rPr>
                <w:sz w:val="18"/>
              </w:rPr>
              <w:t xml:space="preserve"> Red'</w:t>
            </w:r>
          </w:p>
        </w:tc>
        <w:tc>
          <w:tcPr>
            <w:tcW w:w="1701" w:type="dxa"/>
          </w:tcPr>
          <w:p w:rsidR="002819BA" w:rsidRPr="001B4907" w14:paraId="03911FA5" w14:textId="77777777">
            <w:pPr>
              <w:spacing w:after="0"/>
            </w:pPr>
            <w:r w:rsidRPr="001B4907">
              <w:rPr>
                <w:sz w:val="18"/>
              </w:rPr>
              <w:t>Hibrīdā pelargonija</w:t>
            </w:r>
          </w:p>
        </w:tc>
        <w:tc>
          <w:tcPr>
            <w:tcW w:w="1134" w:type="dxa"/>
          </w:tcPr>
          <w:p w:rsidR="002819BA" w:rsidRPr="001B4907" w14:paraId="7177A5D9" w14:textId="77777777">
            <w:pPr>
              <w:spacing w:after="0"/>
              <w:jc w:val="center"/>
            </w:pPr>
            <w:r w:rsidRPr="001B4907">
              <w:rPr>
                <w:sz w:val="18"/>
              </w:rPr>
              <w:t>P11/P12/P13</w:t>
            </w:r>
          </w:p>
        </w:tc>
        <w:tc>
          <w:tcPr>
            <w:tcW w:w="710" w:type="dxa"/>
          </w:tcPr>
          <w:p w:rsidR="002819BA" w:rsidRPr="001B4907" w14:paraId="16227CC8" w14:textId="77777777">
            <w:pPr>
              <w:spacing w:after="0"/>
              <w:jc w:val="center"/>
            </w:pPr>
            <w:r w:rsidRPr="001B4907">
              <w:rPr>
                <w:sz w:val="18"/>
              </w:rPr>
              <w:t>gab.</w:t>
            </w:r>
          </w:p>
        </w:tc>
        <w:tc>
          <w:tcPr>
            <w:tcW w:w="794" w:type="dxa"/>
          </w:tcPr>
          <w:p w:rsidR="002819BA" w:rsidRPr="001B4907" w14:paraId="4419BD61" w14:textId="77777777">
            <w:pPr>
              <w:spacing w:after="0"/>
              <w:jc w:val="center"/>
            </w:pPr>
            <w:r w:rsidRPr="001B4907">
              <w:rPr>
                <w:sz w:val="18"/>
              </w:rPr>
              <w:t>22</w:t>
            </w:r>
          </w:p>
        </w:tc>
        <w:tc>
          <w:tcPr>
            <w:tcW w:w="1247" w:type="dxa"/>
          </w:tcPr>
          <w:p w:rsidR="002819BA" w:rsidRPr="001B4907" w14:paraId="2A82F8F9" w14:textId="77777777">
            <w:pPr>
              <w:spacing w:after="0"/>
              <w:jc w:val="center"/>
            </w:pPr>
            <w:r w:rsidRPr="001B4907">
              <w:rPr>
                <w:sz w:val="18"/>
              </w:rPr>
              <w:t>03.05.2027.–11.06.2027.</w:t>
            </w:r>
          </w:p>
        </w:tc>
      </w:tr>
      <w:tr w14:paraId="20FA5636" w14:textId="77777777" w:rsidTr="002957E9">
        <w:tblPrEx>
          <w:tblW w:w="0" w:type="auto"/>
          <w:jc w:val="center"/>
          <w:tblLayout w:type="fixed"/>
          <w:tblLook w:val="04A0"/>
        </w:tblPrEx>
        <w:trPr>
          <w:gridAfter w:val="1"/>
          <w:wAfter w:w="12" w:type="dxa"/>
          <w:jc w:val="center"/>
        </w:trPr>
        <w:tc>
          <w:tcPr>
            <w:tcW w:w="624" w:type="dxa"/>
          </w:tcPr>
          <w:p w:rsidR="002819BA" w:rsidRPr="001B4907" w14:paraId="056C5276" w14:textId="77777777">
            <w:pPr>
              <w:spacing w:after="0"/>
              <w:jc w:val="center"/>
            </w:pPr>
            <w:r w:rsidRPr="001B4907">
              <w:rPr>
                <w:sz w:val="18"/>
              </w:rPr>
              <w:t>1.22</w:t>
            </w:r>
          </w:p>
        </w:tc>
        <w:tc>
          <w:tcPr>
            <w:tcW w:w="1814" w:type="dxa"/>
          </w:tcPr>
          <w:p w:rsidR="002819BA" w:rsidRPr="001B4907" w14:paraId="27A43470" w14:textId="77777777">
            <w:pPr>
              <w:spacing w:after="0"/>
            </w:pPr>
            <w:r w:rsidRPr="001B4907">
              <w:rPr>
                <w:sz w:val="18"/>
              </w:rPr>
              <w:t>Pelargonium</w:t>
            </w:r>
            <w:r w:rsidRPr="001B4907">
              <w:rPr>
                <w:sz w:val="18"/>
              </w:rPr>
              <w:t xml:space="preserve"> </w:t>
            </w:r>
            <w:r w:rsidRPr="001B4907">
              <w:rPr>
                <w:sz w:val="18"/>
              </w:rPr>
              <w:t>interspecific</w:t>
            </w:r>
          </w:p>
        </w:tc>
        <w:tc>
          <w:tcPr>
            <w:tcW w:w="1814" w:type="dxa"/>
          </w:tcPr>
          <w:p w:rsidR="002819BA" w:rsidRPr="001B4907" w14:paraId="617C6FAC" w14:textId="77777777">
            <w:pPr>
              <w:spacing w:after="0"/>
            </w:pPr>
            <w:r w:rsidRPr="001B4907">
              <w:rPr>
                <w:sz w:val="18"/>
              </w:rPr>
              <w:t>'</w:t>
            </w:r>
            <w:r w:rsidRPr="001B4907">
              <w:rPr>
                <w:sz w:val="18"/>
              </w:rPr>
              <w:t>TWOinONE</w:t>
            </w:r>
            <w:r w:rsidRPr="001B4907">
              <w:rPr>
                <w:sz w:val="18"/>
              </w:rPr>
              <w:t xml:space="preserve"> Patio Pink </w:t>
            </w:r>
            <w:r w:rsidRPr="001B4907">
              <w:rPr>
                <w:sz w:val="18"/>
              </w:rPr>
              <w:t>Eye</w:t>
            </w:r>
            <w:r w:rsidRPr="001B4907">
              <w:rPr>
                <w:sz w:val="18"/>
              </w:rPr>
              <w:t>'</w:t>
            </w:r>
          </w:p>
        </w:tc>
        <w:tc>
          <w:tcPr>
            <w:tcW w:w="1701" w:type="dxa"/>
          </w:tcPr>
          <w:p w:rsidR="002819BA" w:rsidRPr="001B4907" w14:paraId="7DD50228" w14:textId="77777777">
            <w:pPr>
              <w:spacing w:after="0"/>
            </w:pPr>
            <w:r w:rsidRPr="001B4907">
              <w:rPr>
                <w:sz w:val="18"/>
              </w:rPr>
              <w:t>Hibrīdā pelargonija</w:t>
            </w:r>
          </w:p>
        </w:tc>
        <w:tc>
          <w:tcPr>
            <w:tcW w:w="1134" w:type="dxa"/>
          </w:tcPr>
          <w:p w:rsidR="002819BA" w:rsidRPr="001B4907" w14:paraId="6FC0AF37" w14:textId="77777777">
            <w:pPr>
              <w:spacing w:after="0"/>
              <w:jc w:val="center"/>
            </w:pPr>
            <w:r w:rsidRPr="001B4907">
              <w:rPr>
                <w:sz w:val="18"/>
              </w:rPr>
              <w:t>P11/P12/P13</w:t>
            </w:r>
          </w:p>
        </w:tc>
        <w:tc>
          <w:tcPr>
            <w:tcW w:w="710" w:type="dxa"/>
          </w:tcPr>
          <w:p w:rsidR="002819BA" w:rsidRPr="001B4907" w14:paraId="4E0EC664" w14:textId="77777777">
            <w:pPr>
              <w:spacing w:after="0"/>
              <w:jc w:val="center"/>
            </w:pPr>
            <w:r w:rsidRPr="001B4907">
              <w:rPr>
                <w:sz w:val="18"/>
              </w:rPr>
              <w:t>gab.</w:t>
            </w:r>
          </w:p>
        </w:tc>
        <w:tc>
          <w:tcPr>
            <w:tcW w:w="794" w:type="dxa"/>
          </w:tcPr>
          <w:p w:rsidR="002819BA" w:rsidRPr="001B4907" w14:paraId="27DDDC72" w14:textId="77777777">
            <w:pPr>
              <w:spacing w:after="0"/>
              <w:jc w:val="center"/>
            </w:pPr>
            <w:r w:rsidRPr="001B4907">
              <w:rPr>
                <w:sz w:val="18"/>
              </w:rPr>
              <w:t>146</w:t>
            </w:r>
          </w:p>
        </w:tc>
        <w:tc>
          <w:tcPr>
            <w:tcW w:w="1247" w:type="dxa"/>
          </w:tcPr>
          <w:p w:rsidR="002819BA" w:rsidRPr="001B4907" w14:paraId="055ECD65" w14:textId="77777777">
            <w:pPr>
              <w:spacing w:after="0"/>
              <w:jc w:val="center"/>
            </w:pPr>
            <w:r w:rsidRPr="001B4907">
              <w:rPr>
                <w:sz w:val="18"/>
              </w:rPr>
              <w:t>03.05.2027.–11.06.2027.</w:t>
            </w:r>
          </w:p>
        </w:tc>
      </w:tr>
      <w:tr w14:paraId="7CF31F2C" w14:textId="77777777" w:rsidTr="002957E9">
        <w:tblPrEx>
          <w:tblW w:w="0" w:type="auto"/>
          <w:jc w:val="center"/>
          <w:tblLayout w:type="fixed"/>
          <w:tblLook w:val="04A0"/>
        </w:tblPrEx>
        <w:trPr>
          <w:gridAfter w:val="1"/>
          <w:wAfter w:w="12" w:type="dxa"/>
          <w:jc w:val="center"/>
        </w:trPr>
        <w:tc>
          <w:tcPr>
            <w:tcW w:w="624" w:type="dxa"/>
          </w:tcPr>
          <w:p w:rsidR="002819BA" w:rsidRPr="001B4907" w14:paraId="3ECA2A23" w14:textId="77777777">
            <w:pPr>
              <w:spacing w:after="0"/>
              <w:jc w:val="center"/>
            </w:pPr>
            <w:r w:rsidRPr="001B4907">
              <w:rPr>
                <w:sz w:val="18"/>
              </w:rPr>
              <w:t>1.23</w:t>
            </w:r>
          </w:p>
        </w:tc>
        <w:tc>
          <w:tcPr>
            <w:tcW w:w="1814" w:type="dxa"/>
          </w:tcPr>
          <w:p w:rsidR="002819BA" w:rsidRPr="001B4907" w14:paraId="6CBF565B" w14:textId="77777777">
            <w:pPr>
              <w:spacing w:after="0"/>
            </w:pPr>
            <w:r w:rsidRPr="001B4907">
              <w:rPr>
                <w:sz w:val="18"/>
              </w:rPr>
              <w:t>Pelargonium</w:t>
            </w:r>
            <w:r w:rsidRPr="001B4907">
              <w:rPr>
                <w:sz w:val="18"/>
              </w:rPr>
              <w:t xml:space="preserve"> </w:t>
            </w:r>
            <w:r w:rsidRPr="001B4907">
              <w:rPr>
                <w:sz w:val="18"/>
              </w:rPr>
              <w:t>interspecific</w:t>
            </w:r>
          </w:p>
        </w:tc>
        <w:tc>
          <w:tcPr>
            <w:tcW w:w="1814" w:type="dxa"/>
          </w:tcPr>
          <w:p w:rsidR="002819BA" w:rsidRPr="001B4907" w14:paraId="0360D281" w14:textId="77777777">
            <w:pPr>
              <w:spacing w:after="0"/>
            </w:pPr>
            <w:r w:rsidRPr="001B4907">
              <w:rPr>
                <w:sz w:val="18"/>
              </w:rPr>
              <w:t>'</w:t>
            </w:r>
            <w:r w:rsidRPr="001B4907">
              <w:rPr>
                <w:sz w:val="18"/>
              </w:rPr>
              <w:t>Xtreme</w:t>
            </w:r>
            <w:r w:rsidRPr="001B4907">
              <w:rPr>
                <w:sz w:val="18"/>
              </w:rPr>
              <w:t xml:space="preserve"> Mila Dark'</w:t>
            </w:r>
          </w:p>
        </w:tc>
        <w:tc>
          <w:tcPr>
            <w:tcW w:w="1701" w:type="dxa"/>
          </w:tcPr>
          <w:p w:rsidR="002819BA" w:rsidRPr="001B4907" w14:paraId="347852A4" w14:textId="77777777">
            <w:pPr>
              <w:spacing w:after="0"/>
            </w:pPr>
            <w:r w:rsidRPr="001B4907">
              <w:rPr>
                <w:sz w:val="18"/>
              </w:rPr>
              <w:t>Vairogveida</w:t>
            </w:r>
            <w:r w:rsidRPr="001B4907">
              <w:rPr>
                <w:sz w:val="18"/>
              </w:rPr>
              <w:t xml:space="preserve"> pelargonija</w:t>
            </w:r>
          </w:p>
        </w:tc>
        <w:tc>
          <w:tcPr>
            <w:tcW w:w="1134" w:type="dxa"/>
          </w:tcPr>
          <w:p w:rsidR="002819BA" w:rsidRPr="001B4907" w14:paraId="070724C4" w14:textId="77777777">
            <w:pPr>
              <w:spacing w:after="0"/>
              <w:jc w:val="center"/>
            </w:pPr>
            <w:r w:rsidRPr="001B4907">
              <w:rPr>
                <w:sz w:val="18"/>
              </w:rPr>
              <w:t>P11/P12/P13</w:t>
            </w:r>
          </w:p>
        </w:tc>
        <w:tc>
          <w:tcPr>
            <w:tcW w:w="710" w:type="dxa"/>
          </w:tcPr>
          <w:p w:rsidR="002819BA" w:rsidRPr="001B4907" w14:paraId="381A15BF" w14:textId="77777777">
            <w:pPr>
              <w:spacing w:after="0"/>
              <w:jc w:val="center"/>
            </w:pPr>
            <w:r w:rsidRPr="001B4907">
              <w:rPr>
                <w:sz w:val="18"/>
              </w:rPr>
              <w:t>gab.</w:t>
            </w:r>
          </w:p>
        </w:tc>
        <w:tc>
          <w:tcPr>
            <w:tcW w:w="794" w:type="dxa"/>
          </w:tcPr>
          <w:p w:rsidR="002819BA" w:rsidRPr="001B4907" w14:paraId="5BC1101C" w14:textId="77777777">
            <w:pPr>
              <w:spacing w:after="0"/>
              <w:jc w:val="center"/>
            </w:pPr>
            <w:r w:rsidRPr="001B4907">
              <w:rPr>
                <w:sz w:val="18"/>
              </w:rPr>
              <w:t>36</w:t>
            </w:r>
          </w:p>
        </w:tc>
        <w:tc>
          <w:tcPr>
            <w:tcW w:w="1247" w:type="dxa"/>
          </w:tcPr>
          <w:p w:rsidR="002819BA" w:rsidRPr="001B4907" w14:paraId="1893E634" w14:textId="77777777">
            <w:pPr>
              <w:spacing w:after="0"/>
              <w:jc w:val="center"/>
            </w:pPr>
            <w:r w:rsidRPr="001B4907">
              <w:rPr>
                <w:sz w:val="18"/>
              </w:rPr>
              <w:t>03.05.2027.–11.06.2027.</w:t>
            </w:r>
          </w:p>
        </w:tc>
      </w:tr>
      <w:tr w14:paraId="36DF2E32" w14:textId="77777777" w:rsidTr="002957E9">
        <w:tblPrEx>
          <w:tblW w:w="0" w:type="auto"/>
          <w:jc w:val="center"/>
          <w:tblLayout w:type="fixed"/>
          <w:tblLook w:val="04A0"/>
        </w:tblPrEx>
        <w:trPr>
          <w:gridAfter w:val="1"/>
          <w:wAfter w:w="12" w:type="dxa"/>
          <w:jc w:val="center"/>
        </w:trPr>
        <w:tc>
          <w:tcPr>
            <w:tcW w:w="624" w:type="dxa"/>
          </w:tcPr>
          <w:p w:rsidR="002819BA" w:rsidRPr="001B4907" w14:paraId="15FFC35D" w14:textId="77777777">
            <w:pPr>
              <w:spacing w:after="0"/>
              <w:jc w:val="center"/>
            </w:pPr>
            <w:r w:rsidRPr="001B4907">
              <w:rPr>
                <w:sz w:val="18"/>
              </w:rPr>
              <w:t>1.24</w:t>
            </w:r>
          </w:p>
        </w:tc>
        <w:tc>
          <w:tcPr>
            <w:tcW w:w="1814" w:type="dxa"/>
          </w:tcPr>
          <w:p w:rsidR="002819BA" w:rsidRPr="001B4907" w14:paraId="0FF67B50"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7DE56C33"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6574CCF2" w14:textId="77777777">
            <w:pPr>
              <w:spacing w:after="0"/>
            </w:pPr>
            <w:r w:rsidRPr="001B4907">
              <w:rPr>
                <w:sz w:val="18"/>
              </w:rPr>
              <w:t>Vairoga pelargonija, nokarena</w:t>
            </w:r>
          </w:p>
        </w:tc>
        <w:tc>
          <w:tcPr>
            <w:tcW w:w="1134" w:type="dxa"/>
          </w:tcPr>
          <w:p w:rsidR="002819BA" w:rsidRPr="001B4907" w14:paraId="4CE759D2" w14:textId="77777777">
            <w:pPr>
              <w:spacing w:after="0"/>
              <w:jc w:val="center"/>
            </w:pPr>
            <w:r w:rsidRPr="001B4907">
              <w:rPr>
                <w:sz w:val="18"/>
              </w:rPr>
              <w:t>P11/P12/P13</w:t>
            </w:r>
          </w:p>
        </w:tc>
        <w:tc>
          <w:tcPr>
            <w:tcW w:w="710" w:type="dxa"/>
          </w:tcPr>
          <w:p w:rsidR="002819BA" w:rsidRPr="001B4907" w14:paraId="626DBB6F" w14:textId="77777777">
            <w:pPr>
              <w:spacing w:after="0"/>
              <w:jc w:val="center"/>
            </w:pPr>
            <w:r w:rsidRPr="001B4907">
              <w:rPr>
                <w:sz w:val="18"/>
              </w:rPr>
              <w:t>gab.</w:t>
            </w:r>
          </w:p>
        </w:tc>
        <w:tc>
          <w:tcPr>
            <w:tcW w:w="794" w:type="dxa"/>
          </w:tcPr>
          <w:p w:rsidR="002819BA" w:rsidRPr="001B4907" w14:paraId="26BC6B9D" w14:textId="77777777">
            <w:pPr>
              <w:spacing w:after="0"/>
              <w:jc w:val="center"/>
            </w:pPr>
            <w:r w:rsidRPr="001B4907">
              <w:rPr>
                <w:sz w:val="18"/>
              </w:rPr>
              <w:t>12</w:t>
            </w:r>
          </w:p>
        </w:tc>
        <w:tc>
          <w:tcPr>
            <w:tcW w:w="1247" w:type="dxa"/>
          </w:tcPr>
          <w:p w:rsidR="002819BA" w:rsidRPr="001B4907" w14:paraId="25793B28" w14:textId="77777777">
            <w:pPr>
              <w:spacing w:after="0"/>
              <w:jc w:val="center"/>
            </w:pPr>
            <w:r w:rsidRPr="001B4907">
              <w:rPr>
                <w:sz w:val="18"/>
              </w:rPr>
              <w:t>03.05.2027.–11.06.2027.</w:t>
            </w:r>
          </w:p>
        </w:tc>
      </w:tr>
      <w:tr w14:paraId="3A5D3653" w14:textId="77777777" w:rsidTr="002957E9">
        <w:tblPrEx>
          <w:tblW w:w="0" w:type="auto"/>
          <w:jc w:val="center"/>
          <w:tblLayout w:type="fixed"/>
          <w:tblLook w:val="04A0"/>
        </w:tblPrEx>
        <w:trPr>
          <w:gridAfter w:val="1"/>
          <w:wAfter w:w="12" w:type="dxa"/>
          <w:jc w:val="center"/>
        </w:trPr>
        <w:tc>
          <w:tcPr>
            <w:tcW w:w="624" w:type="dxa"/>
          </w:tcPr>
          <w:p w:rsidR="002819BA" w:rsidRPr="001B4907" w14:paraId="2AFC04A3" w14:textId="77777777">
            <w:pPr>
              <w:spacing w:after="0"/>
              <w:jc w:val="center"/>
            </w:pPr>
            <w:r w:rsidRPr="001B4907">
              <w:rPr>
                <w:sz w:val="18"/>
              </w:rPr>
              <w:t>1.25</w:t>
            </w:r>
          </w:p>
        </w:tc>
        <w:tc>
          <w:tcPr>
            <w:tcW w:w="1814" w:type="dxa"/>
          </w:tcPr>
          <w:p w:rsidR="002819BA" w:rsidRPr="001B4907" w14:paraId="214ABE34" w14:textId="77777777">
            <w:pPr>
              <w:spacing w:after="0"/>
            </w:pPr>
            <w:r w:rsidRPr="001B4907">
              <w:rPr>
                <w:sz w:val="18"/>
              </w:rPr>
              <w:t>Pennisetum</w:t>
            </w:r>
            <w:r w:rsidRPr="001B4907">
              <w:rPr>
                <w:sz w:val="18"/>
              </w:rPr>
              <w:t xml:space="preserve"> </w:t>
            </w:r>
            <w:r w:rsidRPr="001B4907">
              <w:rPr>
                <w:sz w:val="18"/>
              </w:rPr>
              <w:t>villosum</w:t>
            </w:r>
          </w:p>
        </w:tc>
        <w:tc>
          <w:tcPr>
            <w:tcW w:w="1814" w:type="dxa"/>
          </w:tcPr>
          <w:p w:rsidR="002819BA" w:rsidRPr="001B4907" w14:paraId="4B6F9453" w14:textId="77777777">
            <w:pPr>
              <w:spacing w:after="0"/>
            </w:pPr>
            <w:r w:rsidRPr="001B4907">
              <w:rPr>
                <w:sz w:val="18"/>
              </w:rPr>
              <w:t>'Nemira'</w:t>
            </w:r>
          </w:p>
        </w:tc>
        <w:tc>
          <w:tcPr>
            <w:tcW w:w="1701" w:type="dxa"/>
          </w:tcPr>
          <w:p w:rsidR="002819BA" w:rsidRPr="001B4907" w14:paraId="129A2047" w14:textId="77777777">
            <w:pPr>
              <w:spacing w:after="0"/>
            </w:pPr>
            <w:r w:rsidRPr="001B4907">
              <w:rPr>
                <w:sz w:val="18"/>
              </w:rPr>
              <w:t xml:space="preserve">Matainā </w:t>
            </w:r>
            <w:r w:rsidRPr="001B4907">
              <w:rPr>
                <w:sz w:val="18"/>
              </w:rPr>
              <w:t>sarzāle</w:t>
            </w:r>
          </w:p>
        </w:tc>
        <w:tc>
          <w:tcPr>
            <w:tcW w:w="1134" w:type="dxa"/>
          </w:tcPr>
          <w:p w:rsidR="002819BA" w:rsidRPr="001B4907" w14:paraId="3DD4FB64" w14:textId="77777777">
            <w:pPr>
              <w:spacing w:after="0"/>
              <w:jc w:val="center"/>
            </w:pPr>
            <w:r w:rsidRPr="001B4907">
              <w:rPr>
                <w:sz w:val="18"/>
              </w:rPr>
              <w:t>P11/P12/P13</w:t>
            </w:r>
          </w:p>
        </w:tc>
        <w:tc>
          <w:tcPr>
            <w:tcW w:w="710" w:type="dxa"/>
          </w:tcPr>
          <w:p w:rsidR="002819BA" w:rsidRPr="001B4907" w14:paraId="2EBCFCA0" w14:textId="77777777">
            <w:pPr>
              <w:spacing w:after="0"/>
              <w:jc w:val="center"/>
            </w:pPr>
            <w:r w:rsidRPr="001B4907">
              <w:rPr>
                <w:sz w:val="18"/>
              </w:rPr>
              <w:t>gab.</w:t>
            </w:r>
          </w:p>
        </w:tc>
        <w:tc>
          <w:tcPr>
            <w:tcW w:w="794" w:type="dxa"/>
          </w:tcPr>
          <w:p w:rsidR="002819BA" w:rsidRPr="001B4907" w14:paraId="2334630A" w14:textId="77777777">
            <w:pPr>
              <w:spacing w:after="0"/>
              <w:jc w:val="center"/>
            </w:pPr>
            <w:r w:rsidRPr="001B4907">
              <w:rPr>
                <w:sz w:val="18"/>
              </w:rPr>
              <w:t>42</w:t>
            </w:r>
          </w:p>
        </w:tc>
        <w:tc>
          <w:tcPr>
            <w:tcW w:w="1247" w:type="dxa"/>
          </w:tcPr>
          <w:p w:rsidR="002819BA" w:rsidRPr="001B4907" w14:paraId="2BC8331A" w14:textId="77777777">
            <w:pPr>
              <w:spacing w:after="0"/>
              <w:jc w:val="center"/>
            </w:pPr>
            <w:r w:rsidRPr="001B4907">
              <w:rPr>
                <w:sz w:val="18"/>
              </w:rPr>
              <w:t>03.05.2027.–11.06.2027.</w:t>
            </w:r>
          </w:p>
        </w:tc>
      </w:tr>
      <w:tr w14:paraId="20383F73" w14:textId="77777777" w:rsidTr="002957E9">
        <w:tblPrEx>
          <w:tblW w:w="0" w:type="auto"/>
          <w:jc w:val="center"/>
          <w:tblLayout w:type="fixed"/>
          <w:tblLook w:val="04A0"/>
        </w:tblPrEx>
        <w:trPr>
          <w:gridAfter w:val="1"/>
          <w:wAfter w:w="12" w:type="dxa"/>
          <w:jc w:val="center"/>
        </w:trPr>
        <w:tc>
          <w:tcPr>
            <w:tcW w:w="624" w:type="dxa"/>
          </w:tcPr>
          <w:p w:rsidR="002819BA" w:rsidRPr="001B4907" w14:paraId="24F9EBBD" w14:textId="77777777">
            <w:pPr>
              <w:spacing w:after="0"/>
              <w:jc w:val="center"/>
            </w:pPr>
            <w:r w:rsidRPr="001B4907">
              <w:rPr>
                <w:sz w:val="18"/>
              </w:rPr>
              <w:t>1.26</w:t>
            </w:r>
          </w:p>
        </w:tc>
        <w:tc>
          <w:tcPr>
            <w:tcW w:w="1814" w:type="dxa"/>
          </w:tcPr>
          <w:p w:rsidR="002819BA" w:rsidRPr="001B4907" w14:paraId="22D5867B" w14:textId="77777777">
            <w:pPr>
              <w:spacing w:after="0"/>
            </w:pPr>
            <w:r w:rsidRPr="001B4907">
              <w:rPr>
                <w:sz w:val="18"/>
              </w:rPr>
              <w:t>Petunia</w:t>
            </w:r>
          </w:p>
        </w:tc>
        <w:tc>
          <w:tcPr>
            <w:tcW w:w="1814" w:type="dxa"/>
          </w:tcPr>
          <w:p w:rsidR="002819BA" w:rsidRPr="001B4907" w14:paraId="7494E7D5" w14:textId="77777777">
            <w:pPr>
              <w:spacing w:after="0"/>
            </w:pPr>
            <w:r w:rsidRPr="001B4907">
              <w:rPr>
                <w:sz w:val="18"/>
              </w:rPr>
              <w:t>MIX</w:t>
            </w:r>
          </w:p>
        </w:tc>
        <w:tc>
          <w:tcPr>
            <w:tcW w:w="1701" w:type="dxa"/>
          </w:tcPr>
          <w:p w:rsidR="002819BA" w:rsidRPr="001B4907" w14:paraId="0F8EDDB4" w14:textId="77777777">
            <w:pPr>
              <w:spacing w:after="0"/>
            </w:pPr>
            <w:r w:rsidRPr="001B4907">
              <w:rPr>
                <w:sz w:val="18"/>
              </w:rPr>
              <w:t>Petūnijas</w:t>
            </w:r>
          </w:p>
        </w:tc>
        <w:tc>
          <w:tcPr>
            <w:tcW w:w="1134" w:type="dxa"/>
          </w:tcPr>
          <w:p w:rsidR="002819BA" w:rsidRPr="001B4907" w14:paraId="76DBF7A9" w14:textId="77777777">
            <w:pPr>
              <w:spacing w:after="0"/>
              <w:jc w:val="center"/>
            </w:pPr>
            <w:r w:rsidRPr="001B4907">
              <w:rPr>
                <w:sz w:val="18"/>
              </w:rPr>
              <w:t>P11/P12/P13</w:t>
            </w:r>
          </w:p>
        </w:tc>
        <w:tc>
          <w:tcPr>
            <w:tcW w:w="710" w:type="dxa"/>
          </w:tcPr>
          <w:p w:rsidR="002819BA" w:rsidRPr="001B4907" w14:paraId="6FB91437" w14:textId="77777777">
            <w:pPr>
              <w:spacing w:after="0"/>
              <w:jc w:val="center"/>
            </w:pPr>
            <w:r w:rsidRPr="001B4907">
              <w:rPr>
                <w:sz w:val="18"/>
              </w:rPr>
              <w:t>gab.</w:t>
            </w:r>
          </w:p>
        </w:tc>
        <w:tc>
          <w:tcPr>
            <w:tcW w:w="794" w:type="dxa"/>
          </w:tcPr>
          <w:p w:rsidR="002819BA" w:rsidRPr="001B4907" w14:paraId="2A496BB5" w14:textId="77777777">
            <w:pPr>
              <w:spacing w:after="0"/>
              <w:jc w:val="center"/>
            </w:pPr>
            <w:r w:rsidRPr="001B4907">
              <w:rPr>
                <w:sz w:val="18"/>
              </w:rPr>
              <w:t>36</w:t>
            </w:r>
          </w:p>
        </w:tc>
        <w:tc>
          <w:tcPr>
            <w:tcW w:w="1247" w:type="dxa"/>
          </w:tcPr>
          <w:p w:rsidR="002819BA" w:rsidRPr="001B4907" w14:paraId="5DB5BD9E" w14:textId="77777777">
            <w:pPr>
              <w:spacing w:after="0"/>
              <w:jc w:val="center"/>
            </w:pPr>
            <w:r w:rsidRPr="001B4907">
              <w:rPr>
                <w:sz w:val="18"/>
              </w:rPr>
              <w:t>03.05.2027.–11.06.2027.</w:t>
            </w:r>
          </w:p>
        </w:tc>
      </w:tr>
      <w:tr w14:paraId="0ADC3EF9" w14:textId="77777777" w:rsidTr="002957E9">
        <w:tblPrEx>
          <w:tblW w:w="0" w:type="auto"/>
          <w:jc w:val="center"/>
          <w:tblLayout w:type="fixed"/>
          <w:tblLook w:val="04A0"/>
        </w:tblPrEx>
        <w:trPr>
          <w:gridAfter w:val="1"/>
          <w:wAfter w:w="12" w:type="dxa"/>
          <w:jc w:val="center"/>
        </w:trPr>
        <w:tc>
          <w:tcPr>
            <w:tcW w:w="624" w:type="dxa"/>
          </w:tcPr>
          <w:p w:rsidR="002819BA" w:rsidRPr="001B4907" w14:paraId="28E6EB95" w14:textId="77777777">
            <w:pPr>
              <w:spacing w:after="0"/>
              <w:jc w:val="center"/>
            </w:pPr>
            <w:r w:rsidRPr="001B4907">
              <w:rPr>
                <w:sz w:val="18"/>
              </w:rPr>
              <w:t>1.27</w:t>
            </w:r>
          </w:p>
        </w:tc>
        <w:tc>
          <w:tcPr>
            <w:tcW w:w="1814" w:type="dxa"/>
          </w:tcPr>
          <w:p w:rsidR="002819BA" w:rsidRPr="001B4907" w14:paraId="3DE86D93"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18C06DF5" w14:textId="77777777">
            <w:pPr>
              <w:spacing w:after="0"/>
            </w:pPr>
            <w:r w:rsidRPr="001B4907">
              <w:rPr>
                <w:sz w:val="18"/>
              </w:rPr>
              <w:t xml:space="preserve">'Vista </w:t>
            </w:r>
            <w:r w:rsidRPr="001B4907">
              <w:rPr>
                <w:sz w:val="18"/>
              </w:rPr>
              <w:t>Snow</w:t>
            </w:r>
            <w:r w:rsidRPr="001B4907">
              <w:rPr>
                <w:sz w:val="18"/>
              </w:rPr>
              <w:t xml:space="preserve"> DRIFT'</w:t>
            </w:r>
          </w:p>
        </w:tc>
        <w:tc>
          <w:tcPr>
            <w:tcW w:w="1701" w:type="dxa"/>
          </w:tcPr>
          <w:p w:rsidR="002819BA" w:rsidRPr="001B4907" w14:paraId="29470368" w14:textId="77777777">
            <w:pPr>
              <w:spacing w:after="0"/>
            </w:pPr>
            <w:r w:rsidRPr="001B4907">
              <w:rPr>
                <w:sz w:val="18"/>
              </w:rPr>
              <w:t>Petūnija</w:t>
            </w:r>
          </w:p>
        </w:tc>
        <w:tc>
          <w:tcPr>
            <w:tcW w:w="1134" w:type="dxa"/>
          </w:tcPr>
          <w:p w:rsidR="002819BA" w:rsidRPr="001B4907" w14:paraId="245A777D" w14:textId="77777777">
            <w:pPr>
              <w:spacing w:after="0"/>
              <w:jc w:val="center"/>
            </w:pPr>
            <w:r w:rsidRPr="001B4907">
              <w:rPr>
                <w:sz w:val="18"/>
              </w:rPr>
              <w:t>P11/P12/P13</w:t>
            </w:r>
          </w:p>
        </w:tc>
        <w:tc>
          <w:tcPr>
            <w:tcW w:w="710" w:type="dxa"/>
          </w:tcPr>
          <w:p w:rsidR="002819BA" w:rsidRPr="001B4907" w14:paraId="3DA6AD8F" w14:textId="77777777">
            <w:pPr>
              <w:spacing w:after="0"/>
              <w:jc w:val="center"/>
            </w:pPr>
            <w:r w:rsidRPr="001B4907">
              <w:rPr>
                <w:sz w:val="18"/>
              </w:rPr>
              <w:t>gab.</w:t>
            </w:r>
          </w:p>
        </w:tc>
        <w:tc>
          <w:tcPr>
            <w:tcW w:w="794" w:type="dxa"/>
          </w:tcPr>
          <w:p w:rsidR="002819BA" w:rsidRPr="001B4907" w14:paraId="3E5D14CD" w14:textId="77777777">
            <w:pPr>
              <w:spacing w:after="0"/>
              <w:jc w:val="center"/>
            </w:pPr>
            <w:r w:rsidRPr="001B4907">
              <w:rPr>
                <w:sz w:val="18"/>
              </w:rPr>
              <w:t>22</w:t>
            </w:r>
          </w:p>
        </w:tc>
        <w:tc>
          <w:tcPr>
            <w:tcW w:w="1247" w:type="dxa"/>
          </w:tcPr>
          <w:p w:rsidR="002819BA" w:rsidRPr="001B4907" w14:paraId="13F3CBC0" w14:textId="77777777">
            <w:pPr>
              <w:spacing w:after="0"/>
              <w:jc w:val="center"/>
            </w:pPr>
            <w:r w:rsidRPr="001B4907">
              <w:rPr>
                <w:sz w:val="18"/>
              </w:rPr>
              <w:t>03.05.2027.–11.06.2027.</w:t>
            </w:r>
          </w:p>
        </w:tc>
      </w:tr>
      <w:tr w14:paraId="77832A10" w14:textId="77777777" w:rsidTr="002957E9">
        <w:tblPrEx>
          <w:tblW w:w="0" w:type="auto"/>
          <w:jc w:val="center"/>
          <w:tblLayout w:type="fixed"/>
          <w:tblLook w:val="04A0"/>
        </w:tblPrEx>
        <w:trPr>
          <w:gridAfter w:val="1"/>
          <w:wAfter w:w="12" w:type="dxa"/>
          <w:jc w:val="center"/>
        </w:trPr>
        <w:tc>
          <w:tcPr>
            <w:tcW w:w="624" w:type="dxa"/>
          </w:tcPr>
          <w:p w:rsidR="002819BA" w:rsidRPr="001B4907" w14:paraId="3E688F1A" w14:textId="77777777">
            <w:pPr>
              <w:spacing w:after="0"/>
              <w:jc w:val="center"/>
            </w:pPr>
            <w:r w:rsidRPr="001B4907">
              <w:rPr>
                <w:sz w:val="18"/>
              </w:rPr>
              <w:t>1.28</w:t>
            </w:r>
          </w:p>
        </w:tc>
        <w:tc>
          <w:tcPr>
            <w:tcW w:w="1814" w:type="dxa"/>
          </w:tcPr>
          <w:p w:rsidR="002819BA" w:rsidRPr="001B4907" w14:paraId="4C46BE92"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5109D6FB" w14:textId="77777777">
            <w:pPr>
              <w:spacing w:after="0"/>
            </w:pPr>
            <w:r w:rsidRPr="001B4907">
              <w:rPr>
                <w:sz w:val="18"/>
              </w:rPr>
              <w:t xml:space="preserve">'Mini Vista </w:t>
            </w:r>
            <w:r w:rsidRPr="001B4907">
              <w:rPr>
                <w:sz w:val="18"/>
              </w:rPr>
              <w:t>Yellow</w:t>
            </w:r>
            <w:r w:rsidRPr="001B4907">
              <w:rPr>
                <w:sz w:val="18"/>
              </w:rPr>
              <w:t>'</w:t>
            </w:r>
          </w:p>
        </w:tc>
        <w:tc>
          <w:tcPr>
            <w:tcW w:w="1701" w:type="dxa"/>
          </w:tcPr>
          <w:p w:rsidR="002819BA" w:rsidRPr="001B4907" w14:paraId="01894343" w14:textId="77777777">
            <w:pPr>
              <w:spacing w:after="0"/>
            </w:pPr>
            <w:r w:rsidRPr="001B4907">
              <w:rPr>
                <w:sz w:val="18"/>
              </w:rPr>
              <w:t>Atkinsa</w:t>
            </w:r>
            <w:r w:rsidRPr="001B4907">
              <w:rPr>
                <w:sz w:val="18"/>
              </w:rPr>
              <w:t xml:space="preserve"> petūnija</w:t>
            </w:r>
          </w:p>
        </w:tc>
        <w:tc>
          <w:tcPr>
            <w:tcW w:w="1134" w:type="dxa"/>
          </w:tcPr>
          <w:p w:rsidR="002819BA" w:rsidRPr="001B4907" w14:paraId="09E62049" w14:textId="77777777">
            <w:pPr>
              <w:spacing w:after="0"/>
              <w:jc w:val="center"/>
            </w:pPr>
            <w:r w:rsidRPr="001B4907">
              <w:rPr>
                <w:sz w:val="18"/>
              </w:rPr>
              <w:t>P11/P12/P13</w:t>
            </w:r>
          </w:p>
        </w:tc>
        <w:tc>
          <w:tcPr>
            <w:tcW w:w="710" w:type="dxa"/>
          </w:tcPr>
          <w:p w:rsidR="002819BA" w:rsidRPr="001B4907" w14:paraId="5C7133CF" w14:textId="77777777">
            <w:pPr>
              <w:spacing w:after="0"/>
              <w:jc w:val="center"/>
            </w:pPr>
            <w:r w:rsidRPr="001B4907">
              <w:rPr>
                <w:sz w:val="18"/>
              </w:rPr>
              <w:t>gab.</w:t>
            </w:r>
          </w:p>
        </w:tc>
        <w:tc>
          <w:tcPr>
            <w:tcW w:w="794" w:type="dxa"/>
          </w:tcPr>
          <w:p w:rsidR="002819BA" w:rsidRPr="001B4907" w14:paraId="7DDD86BE" w14:textId="77777777">
            <w:pPr>
              <w:spacing w:after="0"/>
              <w:jc w:val="center"/>
            </w:pPr>
            <w:r w:rsidRPr="001B4907">
              <w:rPr>
                <w:sz w:val="18"/>
              </w:rPr>
              <w:t>66</w:t>
            </w:r>
          </w:p>
        </w:tc>
        <w:tc>
          <w:tcPr>
            <w:tcW w:w="1247" w:type="dxa"/>
          </w:tcPr>
          <w:p w:rsidR="002819BA" w:rsidRPr="001B4907" w14:paraId="368716D1" w14:textId="77777777">
            <w:pPr>
              <w:spacing w:after="0"/>
              <w:jc w:val="center"/>
            </w:pPr>
            <w:r w:rsidRPr="001B4907">
              <w:rPr>
                <w:sz w:val="18"/>
              </w:rPr>
              <w:t>03.05.2027.–11.06.2027.</w:t>
            </w:r>
          </w:p>
        </w:tc>
      </w:tr>
      <w:tr w14:paraId="4D056548" w14:textId="77777777" w:rsidTr="002957E9">
        <w:tblPrEx>
          <w:tblW w:w="0" w:type="auto"/>
          <w:jc w:val="center"/>
          <w:tblLayout w:type="fixed"/>
          <w:tblLook w:val="04A0"/>
        </w:tblPrEx>
        <w:trPr>
          <w:gridAfter w:val="1"/>
          <w:wAfter w:w="12" w:type="dxa"/>
          <w:jc w:val="center"/>
        </w:trPr>
        <w:tc>
          <w:tcPr>
            <w:tcW w:w="624" w:type="dxa"/>
          </w:tcPr>
          <w:p w:rsidR="002819BA" w:rsidRPr="001B4907" w14:paraId="7DF1955B" w14:textId="77777777">
            <w:pPr>
              <w:spacing w:after="0"/>
              <w:jc w:val="center"/>
            </w:pPr>
            <w:r w:rsidRPr="001B4907">
              <w:rPr>
                <w:sz w:val="18"/>
              </w:rPr>
              <w:t>1.29</w:t>
            </w:r>
          </w:p>
        </w:tc>
        <w:tc>
          <w:tcPr>
            <w:tcW w:w="1814" w:type="dxa"/>
          </w:tcPr>
          <w:p w:rsidR="002819BA" w:rsidRPr="001B4907" w14:paraId="37FBB37A"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4E212D0E" w14:textId="77777777">
            <w:pPr>
              <w:spacing w:after="0"/>
            </w:pPr>
            <w:r w:rsidRPr="001B4907">
              <w:rPr>
                <w:sz w:val="18"/>
              </w:rPr>
              <w:t>'</w:t>
            </w:r>
            <w:r w:rsidRPr="001B4907">
              <w:rPr>
                <w:sz w:val="18"/>
              </w:rPr>
              <w:t>TrioMio</w:t>
            </w:r>
            <w:r w:rsidRPr="001B4907">
              <w:rPr>
                <w:sz w:val="18"/>
              </w:rPr>
              <w:t xml:space="preserve"> Vista Bella Vista'</w:t>
            </w:r>
          </w:p>
        </w:tc>
        <w:tc>
          <w:tcPr>
            <w:tcW w:w="1701" w:type="dxa"/>
          </w:tcPr>
          <w:p w:rsidR="002819BA" w:rsidRPr="001B4907" w14:paraId="69CA54D7" w14:textId="77777777">
            <w:pPr>
              <w:spacing w:after="0"/>
            </w:pPr>
            <w:r w:rsidRPr="001B4907">
              <w:rPr>
                <w:sz w:val="18"/>
              </w:rPr>
              <w:t>Atkinsa</w:t>
            </w:r>
            <w:r w:rsidRPr="001B4907">
              <w:rPr>
                <w:sz w:val="18"/>
              </w:rPr>
              <w:t xml:space="preserve"> petūnija</w:t>
            </w:r>
          </w:p>
        </w:tc>
        <w:tc>
          <w:tcPr>
            <w:tcW w:w="1134" w:type="dxa"/>
          </w:tcPr>
          <w:p w:rsidR="002819BA" w:rsidRPr="001B4907" w14:paraId="1225A562" w14:textId="77777777">
            <w:pPr>
              <w:spacing w:after="0"/>
              <w:jc w:val="center"/>
            </w:pPr>
            <w:r w:rsidRPr="001B4907">
              <w:rPr>
                <w:sz w:val="18"/>
              </w:rPr>
              <w:t>P11/P12/P13</w:t>
            </w:r>
          </w:p>
        </w:tc>
        <w:tc>
          <w:tcPr>
            <w:tcW w:w="710" w:type="dxa"/>
          </w:tcPr>
          <w:p w:rsidR="002819BA" w:rsidRPr="001B4907" w14:paraId="49465BF2" w14:textId="77777777">
            <w:pPr>
              <w:spacing w:after="0"/>
              <w:jc w:val="center"/>
            </w:pPr>
            <w:r w:rsidRPr="001B4907">
              <w:rPr>
                <w:sz w:val="18"/>
              </w:rPr>
              <w:t>gab.</w:t>
            </w:r>
          </w:p>
        </w:tc>
        <w:tc>
          <w:tcPr>
            <w:tcW w:w="794" w:type="dxa"/>
          </w:tcPr>
          <w:p w:rsidR="002819BA" w:rsidRPr="001B4907" w14:paraId="2B42275C" w14:textId="77777777">
            <w:pPr>
              <w:spacing w:after="0"/>
              <w:jc w:val="center"/>
            </w:pPr>
            <w:r w:rsidRPr="001B4907">
              <w:rPr>
                <w:sz w:val="18"/>
              </w:rPr>
              <w:t>40</w:t>
            </w:r>
          </w:p>
        </w:tc>
        <w:tc>
          <w:tcPr>
            <w:tcW w:w="1247" w:type="dxa"/>
          </w:tcPr>
          <w:p w:rsidR="002819BA" w:rsidRPr="001B4907" w14:paraId="23ECC319" w14:textId="77777777">
            <w:pPr>
              <w:spacing w:after="0"/>
              <w:jc w:val="center"/>
            </w:pPr>
            <w:r w:rsidRPr="001B4907">
              <w:rPr>
                <w:sz w:val="18"/>
              </w:rPr>
              <w:t>03.05.2027.–11.06.2027.</w:t>
            </w:r>
          </w:p>
        </w:tc>
      </w:tr>
      <w:tr w14:paraId="5AB91971" w14:textId="77777777" w:rsidTr="002957E9">
        <w:tblPrEx>
          <w:tblW w:w="0" w:type="auto"/>
          <w:jc w:val="center"/>
          <w:tblLayout w:type="fixed"/>
          <w:tblLook w:val="04A0"/>
        </w:tblPrEx>
        <w:trPr>
          <w:gridAfter w:val="1"/>
          <w:wAfter w:w="12" w:type="dxa"/>
          <w:jc w:val="center"/>
        </w:trPr>
        <w:tc>
          <w:tcPr>
            <w:tcW w:w="624" w:type="dxa"/>
          </w:tcPr>
          <w:p w:rsidR="002819BA" w:rsidRPr="001B4907" w14:paraId="630B54C5" w14:textId="77777777">
            <w:pPr>
              <w:spacing w:after="0"/>
              <w:jc w:val="center"/>
            </w:pPr>
            <w:r w:rsidRPr="001B4907">
              <w:rPr>
                <w:sz w:val="18"/>
              </w:rPr>
              <w:t>1.30</w:t>
            </w:r>
          </w:p>
        </w:tc>
        <w:tc>
          <w:tcPr>
            <w:tcW w:w="1814" w:type="dxa"/>
          </w:tcPr>
          <w:p w:rsidR="002819BA" w:rsidRPr="001B4907" w14:paraId="44BFECB2" w14:textId="77777777">
            <w:pPr>
              <w:spacing w:after="0"/>
            </w:pPr>
            <w:r w:rsidRPr="001B4907">
              <w:rPr>
                <w:sz w:val="18"/>
              </w:rPr>
              <w:t>Primula</w:t>
            </w:r>
            <w:r w:rsidRPr="001B4907">
              <w:rPr>
                <w:sz w:val="18"/>
              </w:rPr>
              <w:t xml:space="preserve"> </w:t>
            </w:r>
            <w:r w:rsidRPr="001B4907">
              <w:rPr>
                <w:sz w:val="18"/>
              </w:rPr>
              <w:t>vulgaris</w:t>
            </w:r>
          </w:p>
        </w:tc>
        <w:tc>
          <w:tcPr>
            <w:tcW w:w="1814" w:type="dxa"/>
          </w:tcPr>
          <w:p w:rsidR="002819BA" w:rsidRPr="001B4907" w14:paraId="11E84E6B" w14:textId="77777777">
            <w:pPr>
              <w:spacing w:after="0"/>
            </w:pPr>
            <w:r w:rsidRPr="001B4907">
              <w:rPr>
                <w:sz w:val="18"/>
              </w:rPr>
              <w:t>Dzeltenos toņos</w:t>
            </w:r>
          </w:p>
        </w:tc>
        <w:tc>
          <w:tcPr>
            <w:tcW w:w="1701" w:type="dxa"/>
          </w:tcPr>
          <w:p w:rsidR="002819BA" w:rsidRPr="001B4907" w14:paraId="18152BFA" w14:textId="77777777">
            <w:pPr>
              <w:spacing w:after="0"/>
            </w:pPr>
            <w:r w:rsidRPr="001B4907">
              <w:rPr>
                <w:sz w:val="18"/>
              </w:rPr>
              <w:t>Prīmula</w:t>
            </w:r>
          </w:p>
        </w:tc>
        <w:tc>
          <w:tcPr>
            <w:tcW w:w="1134" w:type="dxa"/>
          </w:tcPr>
          <w:p w:rsidR="002819BA" w:rsidRPr="001B4907" w14:paraId="7F44C5C5" w14:textId="77777777">
            <w:pPr>
              <w:spacing w:after="0"/>
              <w:jc w:val="center"/>
            </w:pPr>
            <w:r w:rsidRPr="001B4907">
              <w:rPr>
                <w:sz w:val="18"/>
              </w:rPr>
              <w:t>P11/P12/P13</w:t>
            </w:r>
          </w:p>
        </w:tc>
        <w:tc>
          <w:tcPr>
            <w:tcW w:w="710" w:type="dxa"/>
          </w:tcPr>
          <w:p w:rsidR="002819BA" w:rsidRPr="001B4907" w14:paraId="0C64205D" w14:textId="77777777">
            <w:pPr>
              <w:spacing w:after="0"/>
              <w:jc w:val="center"/>
            </w:pPr>
            <w:r w:rsidRPr="001B4907">
              <w:rPr>
                <w:sz w:val="18"/>
              </w:rPr>
              <w:t>gab.</w:t>
            </w:r>
          </w:p>
        </w:tc>
        <w:tc>
          <w:tcPr>
            <w:tcW w:w="794" w:type="dxa"/>
          </w:tcPr>
          <w:p w:rsidR="002819BA" w:rsidRPr="001B4907" w14:paraId="783A44C2" w14:textId="77777777">
            <w:pPr>
              <w:spacing w:after="0"/>
              <w:jc w:val="center"/>
            </w:pPr>
            <w:r w:rsidRPr="001B4907">
              <w:rPr>
                <w:sz w:val="18"/>
              </w:rPr>
              <w:t>20</w:t>
            </w:r>
          </w:p>
        </w:tc>
        <w:tc>
          <w:tcPr>
            <w:tcW w:w="1247" w:type="dxa"/>
          </w:tcPr>
          <w:p w:rsidR="002819BA" w:rsidRPr="001B4907" w14:paraId="6E6CB06C" w14:textId="77777777">
            <w:pPr>
              <w:spacing w:after="0"/>
              <w:jc w:val="center"/>
            </w:pPr>
            <w:r w:rsidRPr="001B4907">
              <w:rPr>
                <w:sz w:val="18"/>
              </w:rPr>
              <w:t>03.05.2027.–11.06.2027.</w:t>
            </w:r>
          </w:p>
        </w:tc>
      </w:tr>
      <w:tr w14:paraId="7282E954" w14:textId="77777777" w:rsidTr="002957E9">
        <w:tblPrEx>
          <w:tblW w:w="0" w:type="auto"/>
          <w:jc w:val="center"/>
          <w:tblLayout w:type="fixed"/>
          <w:tblLook w:val="04A0"/>
        </w:tblPrEx>
        <w:trPr>
          <w:gridAfter w:val="1"/>
          <w:wAfter w:w="12" w:type="dxa"/>
          <w:jc w:val="center"/>
        </w:trPr>
        <w:tc>
          <w:tcPr>
            <w:tcW w:w="624" w:type="dxa"/>
          </w:tcPr>
          <w:p w:rsidR="002819BA" w:rsidRPr="001B4907" w14:paraId="0A11E7C9" w14:textId="77777777">
            <w:pPr>
              <w:spacing w:after="0"/>
              <w:jc w:val="center"/>
            </w:pPr>
            <w:r w:rsidRPr="001B4907">
              <w:rPr>
                <w:sz w:val="18"/>
              </w:rPr>
              <w:t>1.31</w:t>
            </w:r>
          </w:p>
        </w:tc>
        <w:tc>
          <w:tcPr>
            <w:tcW w:w="1814" w:type="dxa"/>
          </w:tcPr>
          <w:p w:rsidR="002819BA" w:rsidRPr="001B4907" w14:paraId="6BF5B46D" w14:textId="77777777">
            <w:pPr>
              <w:spacing w:after="0"/>
            </w:pPr>
            <w:r w:rsidRPr="001B4907">
              <w:rPr>
                <w:sz w:val="18"/>
              </w:rPr>
              <w:t>Rudbeckia</w:t>
            </w:r>
            <w:r w:rsidRPr="001B4907">
              <w:rPr>
                <w:sz w:val="18"/>
              </w:rPr>
              <w:t xml:space="preserve"> </w:t>
            </w:r>
            <w:r w:rsidRPr="001B4907">
              <w:rPr>
                <w:sz w:val="18"/>
              </w:rPr>
              <w:t>hirta</w:t>
            </w:r>
          </w:p>
        </w:tc>
        <w:tc>
          <w:tcPr>
            <w:tcW w:w="1814" w:type="dxa"/>
          </w:tcPr>
          <w:p w:rsidR="002819BA" w:rsidRPr="001B4907" w14:paraId="4C17B275" w14:textId="77777777">
            <w:pPr>
              <w:spacing w:after="0"/>
            </w:pPr>
            <w:r w:rsidRPr="001B4907">
              <w:rPr>
                <w:sz w:val="18"/>
              </w:rPr>
              <w:t>'</w:t>
            </w:r>
            <w:r w:rsidRPr="001B4907">
              <w:rPr>
                <w:sz w:val="18"/>
              </w:rPr>
              <w:t>Prairie</w:t>
            </w:r>
            <w:r w:rsidRPr="001B4907">
              <w:rPr>
                <w:sz w:val="18"/>
              </w:rPr>
              <w:t xml:space="preserve"> </w:t>
            </w:r>
            <w:r w:rsidRPr="001B4907">
              <w:rPr>
                <w:sz w:val="18"/>
              </w:rPr>
              <w:t>Sun</w:t>
            </w:r>
            <w:r w:rsidRPr="001B4907">
              <w:rPr>
                <w:sz w:val="18"/>
              </w:rPr>
              <w:t>'</w:t>
            </w:r>
          </w:p>
        </w:tc>
        <w:tc>
          <w:tcPr>
            <w:tcW w:w="1701" w:type="dxa"/>
          </w:tcPr>
          <w:p w:rsidR="002819BA" w:rsidRPr="001B4907" w14:paraId="44260BE5" w14:textId="77777777">
            <w:pPr>
              <w:spacing w:after="0"/>
            </w:pPr>
            <w:r w:rsidRPr="001B4907">
              <w:rPr>
                <w:sz w:val="18"/>
              </w:rPr>
              <w:t xml:space="preserve">Pūkainā </w:t>
            </w:r>
            <w:r w:rsidRPr="001B4907">
              <w:rPr>
                <w:sz w:val="18"/>
              </w:rPr>
              <w:t>rudbekija</w:t>
            </w:r>
          </w:p>
        </w:tc>
        <w:tc>
          <w:tcPr>
            <w:tcW w:w="1134" w:type="dxa"/>
          </w:tcPr>
          <w:p w:rsidR="002819BA" w:rsidRPr="001B4907" w14:paraId="02A31E6C" w14:textId="77777777">
            <w:pPr>
              <w:spacing w:after="0"/>
              <w:jc w:val="center"/>
            </w:pPr>
            <w:r w:rsidRPr="001B4907">
              <w:rPr>
                <w:sz w:val="18"/>
              </w:rPr>
              <w:t>P11/P12/P13</w:t>
            </w:r>
          </w:p>
        </w:tc>
        <w:tc>
          <w:tcPr>
            <w:tcW w:w="710" w:type="dxa"/>
          </w:tcPr>
          <w:p w:rsidR="002819BA" w:rsidRPr="001B4907" w14:paraId="46D2BAA0" w14:textId="77777777">
            <w:pPr>
              <w:spacing w:after="0"/>
              <w:jc w:val="center"/>
            </w:pPr>
            <w:r w:rsidRPr="001B4907">
              <w:rPr>
                <w:sz w:val="18"/>
              </w:rPr>
              <w:t>gab.</w:t>
            </w:r>
          </w:p>
        </w:tc>
        <w:tc>
          <w:tcPr>
            <w:tcW w:w="794" w:type="dxa"/>
          </w:tcPr>
          <w:p w:rsidR="002819BA" w:rsidRPr="001B4907" w14:paraId="1D4E581B" w14:textId="77777777">
            <w:pPr>
              <w:spacing w:after="0"/>
              <w:jc w:val="center"/>
            </w:pPr>
            <w:r w:rsidRPr="001B4907">
              <w:rPr>
                <w:sz w:val="18"/>
              </w:rPr>
              <w:t>132</w:t>
            </w:r>
          </w:p>
        </w:tc>
        <w:tc>
          <w:tcPr>
            <w:tcW w:w="1247" w:type="dxa"/>
          </w:tcPr>
          <w:p w:rsidR="002819BA" w:rsidRPr="001B4907" w14:paraId="6196D554" w14:textId="77777777">
            <w:pPr>
              <w:spacing w:after="0"/>
              <w:jc w:val="center"/>
            </w:pPr>
            <w:r w:rsidRPr="001B4907">
              <w:rPr>
                <w:sz w:val="18"/>
              </w:rPr>
              <w:t>03.05.2027.–11.06.2027.</w:t>
            </w:r>
          </w:p>
        </w:tc>
      </w:tr>
      <w:tr w14:paraId="73548816" w14:textId="77777777" w:rsidTr="002957E9">
        <w:tblPrEx>
          <w:tblW w:w="0" w:type="auto"/>
          <w:jc w:val="center"/>
          <w:tblLayout w:type="fixed"/>
          <w:tblLook w:val="04A0"/>
        </w:tblPrEx>
        <w:trPr>
          <w:gridAfter w:val="1"/>
          <w:wAfter w:w="12" w:type="dxa"/>
          <w:jc w:val="center"/>
        </w:trPr>
        <w:tc>
          <w:tcPr>
            <w:tcW w:w="624" w:type="dxa"/>
          </w:tcPr>
          <w:p w:rsidR="002819BA" w:rsidRPr="001B4907" w14:paraId="233E3859" w14:textId="77777777">
            <w:pPr>
              <w:spacing w:after="0"/>
              <w:jc w:val="center"/>
            </w:pPr>
            <w:r w:rsidRPr="001B4907">
              <w:rPr>
                <w:sz w:val="18"/>
              </w:rPr>
              <w:t>1.32</w:t>
            </w:r>
          </w:p>
        </w:tc>
        <w:tc>
          <w:tcPr>
            <w:tcW w:w="1814" w:type="dxa"/>
          </w:tcPr>
          <w:p w:rsidR="002819BA" w:rsidRPr="001B4907" w14:paraId="2504797D" w14:textId="77777777">
            <w:pPr>
              <w:spacing w:after="0"/>
            </w:pPr>
            <w:r w:rsidRPr="001B4907">
              <w:rPr>
                <w:sz w:val="18"/>
              </w:rPr>
              <w:t>Rudbeckia</w:t>
            </w:r>
            <w:r w:rsidRPr="001B4907">
              <w:rPr>
                <w:sz w:val="18"/>
              </w:rPr>
              <w:t xml:space="preserve"> </w:t>
            </w:r>
            <w:r w:rsidRPr="001B4907">
              <w:rPr>
                <w:sz w:val="18"/>
              </w:rPr>
              <w:t>hirta</w:t>
            </w:r>
          </w:p>
        </w:tc>
        <w:tc>
          <w:tcPr>
            <w:tcW w:w="1814" w:type="dxa"/>
          </w:tcPr>
          <w:p w:rsidR="002819BA" w:rsidRPr="001B4907" w14:paraId="37B56B01" w14:textId="77777777">
            <w:pPr>
              <w:spacing w:after="0"/>
            </w:pPr>
            <w:r w:rsidRPr="001B4907">
              <w:rPr>
                <w:sz w:val="18"/>
              </w:rPr>
              <w:t>'</w:t>
            </w:r>
            <w:r w:rsidRPr="001B4907">
              <w:rPr>
                <w:sz w:val="18"/>
              </w:rPr>
              <w:t>Toto</w:t>
            </w:r>
            <w:r w:rsidRPr="001B4907">
              <w:rPr>
                <w:sz w:val="18"/>
              </w:rPr>
              <w:t xml:space="preserve"> </w:t>
            </w:r>
            <w:r w:rsidRPr="001B4907">
              <w:rPr>
                <w:sz w:val="18"/>
              </w:rPr>
              <w:t>Gold</w:t>
            </w:r>
            <w:r w:rsidRPr="001B4907">
              <w:rPr>
                <w:sz w:val="18"/>
              </w:rPr>
              <w:t>'</w:t>
            </w:r>
          </w:p>
        </w:tc>
        <w:tc>
          <w:tcPr>
            <w:tcW w:w="1701" w:type="dxa"/>
          </w:tcPr>
          <w:p w:rsidR="002819BA" w:rsidRPr="001B4907" w14:paraId="45D6E0DA" w14:textId="77777777">
            <w:pPr>
              <w:spacing w:after="0"/>
            </w:pPr>
            <w:r w:rsidRPr="001B4907">
              <w:rPr>
                <w:sz w:val="18"/>
              </w:rPr>
              <w:t>Rudbekija</w:t>
            </w:r>
          </w:p>
        </w:tc>
        <w:tc>
          <w:tcPr>
            <w:tcW w:w="1134" w:type="dxa"/>
          </w:tcPr>
          <w:p w:rsidR="002819BA" w:rsidRPr="001B4907" w14:paraId="5F7CDCB7" w14:textId="77777777">
            <w:pPr>
              <w:spacing w:after="0"/>
              <w:jc w:val="center"/>
            </w:pPr>
            <w:r w:rsidRPr="001B4907">
              <w:rPr>
                <w:sz w:val="18"/>
              </w:rPr>
              <w:t>P11/P12/P13</w:t>
            </w:r>
          </w:p>
        </w:tc>
        <w:tc>
          <w:tcPr>
            <w:tcW w:w="710" w:type="dxa"/>
          </w:tcPr>
          <w:p w:rsidR="002819BA" w:rsidRPr="001B4907" w14:paraId="542C4A4C" w14:textId="77777777">
            <w:pPr>
              <w:spacing w:after="0"/>
              <w:jc w:val="center"/>
            </w:pPr>
            <w:r w:rsidRPr="001B4907">
              <w:rPr>
                <w:sz w:val="18"/>
              </w:rPr>
              <w:t>gab.</w:t>
            </w:r>
          </w:p>
        </w:tc>
        <w:tc>
          <w:tcPr>
            <w:tcW w:w="794" w:type="dxa"/>
          </w:tcPr>
          <w:p w:rsidR="002819BA" w:rsidRPr="001B4907" w14:paraId="422B1C14" w14:textId="77777777">
            <w:pPr>
              <w:spacing w:after="0"/>
              <w:jc w:val="center"/>
            </w:pPr>
            <w:r w:rsidRPr="001B4907">
              <w:rPr>
                <w:sz w:val="18"/>
              </w:rPr>
              <w:t>75</w:t>
            </w:r>
          </w:p>
        </w:tc>
        <w:tc>
          <w:tcPr>
            <w:tcW w:w="1247" w:type="dxa"/>
          </w:tcPr>
          <w:p w:rsidR="002819BA" w:rsidRPr="001B4907" w14:paraId="0AE0F646" w14:textId="77777777">
            <w:pPr>
              <w:spacing w:after="0"/>
              <w:jc w:val="center"/>
            </w:pPr>
            <w:r w:rsidRPr="001B4907">
              <w:rPr>
                <w:sz w:val="18"/>
              </w:rPr>
              <w:t>03.05.2027.–11.06.2027.</w:t>
            </w:r>
          </w:p>
        </w:tc>
      </w:tr>
      <w:tr w14:paraId="3927D99E" w14:textId="77777777" w:rsidTr="002957E9">
        <w:tblPrEx>
          <w:tblW w:w="0" w:type="auto"/>
          <w:jc w:val="center"/>
          <w:tblLayout w:type="fixed"/>
          <w:tblLook w:val="04A0"/>
        </w:tblPrEx>
        <w:trPr>
          <w:gridAfter w:val="1"/>
          <w:wAfter w:w="12" w:type="dxa"/>
          <w:jc w:val="center"/>
        </w:trPr>
        <w:tc>
          <w:tcPr>
            <w:tcW w:w="624" w:type="dxa"/>
          </w:tcPr>
          <w:p w:rsidR="002819BA" w:rsidRPr="001B4907" w14:paraId="0CF597BA" w14:textId="77777777">
            <w:pPr>
              <w:spacing w:after="0"/>
              <w:jc w:val="center"/>
            </w:pPr>
            <w:r w:rsidRPr="001B4907">
              <w:rPr>
                <w:sz w:val="18"/>
              </w:rPr>
              <w:t>1.33</w:t>
            </w:r>
          </w:p>
        </w:tc>
        <w:tc>
          <w:tcPr>
            <w:tcW w:w="1814" w:type="dxa"/>
          </w:tcPr>
          <w:p w:rsidR="002819BA" w:rsidRPr="001B4907" w14:paraId="44CA650E" w14:textId="77777777">
            <w:pPr>
              <w:spacing w:after="0"/>
            </w:pPr>
            <w:r w:rsidRPr="001B4907">
              <w:rPr>
                <w:sz w:val="18"/>
              </w:rPr>
              <w:t>Rudbeckia</w:t>
            </w:r>
            <w:r w:rsidRPr="001B4907">
              <w:rPr>
                <w:sz w:val="18"/>
              </w:rPr>
              <w:t xml:space="preserve"> </w:t>
            </w:r>
            <w:r w:rsidRPr="001B4907">
              <w:rPr>
                <w:sz w:val="18"/>
              </w:rPr>
              <w:t>hirta</w:t>
            </w:r>
          </w:p>
        </w:tc>
        <w:tc>
          <w:tcPr>
            <w:tcW w:w="1814" w:type="dxa"/>
          </w:tcPr>
          <w:p w:rsidR="002819BA" w:rsidRPr="001B4907" w14:paraId="2393A38D" w14:textId="77777777">
            <w:pPr>
              <w:spacing w:after="0"/>
            </w:pPr>
            <w:r w:rsidRPr="001B4907">
              <w:rPr>
                <w:sz w:val="18"/>
              </w:rPr>
              <w:t xml:space="preserve">'Indian </w:t>
            </w:r>
            <w:r w:rsidRPr="001B4907">
              <w:rPr>
                <w:sz w:val="18"/>
              </w:rPr>
              <w:t>Summer</w:t>
            </w:r>
            <w:r w:rsidRPr="001B4907">
              <w:rPr>
                <w:sz w:val="18"/>
              </w:rPr>
              <w:t>'</w:t>
            </w:r>
          </w:p>
        </w:tc>
        <w:tc>
          <w:tcPr>
            <w:tcW w:w="1701" w:type="dxa"/>
          </w:tcPr>
          <w:p w:rsidR="002819BA" w:rsidRPr="001B4907" w14:paraId="71F62D6A" w14:textId="77777777">
            <w:pPr>
              <w:spacing w:after="0"/>
            </w:pPr>
            <w:r w:rsidRPr="001B4907">
              <w:rPr>
                <w:sz w:val="18"/>
              </w:rPr>
              <w:t>Rudbekija</w:t>
            </w:r>
          </w:p>
        </w:tc>
        <w:tc>
          <w:tcPr>
            <w:tcW w:w="1134" w:type="dxa"/>
          </w:tcPr>
          <w:p w:rsidR="002819BA" w:rsidRPr="001B4907" w14:paraId="0C392982" w14:textId="77777777">
            <w:pPr>
              <w:spacing w:after="0"/>
              <w:jc w:val="center"/>
            </w:pPr>
            <w:r w:rsidRPr="001B4907">
              <w:rPr>
                <w:sz w:val="18"/>
              </w:rPr>
              <w:t>P11/P12/P13</w:t>
            </w:r>
          </w:p>
        </w:tc>
        <w:tc>
          <w:tcPr>
            <w:tcW w:w="710" w:type="dxa"/>
          </w:tcPr>
          <w:p w:rsidR="002819BA" w:rsidRPr="001B4907" w14:paraId="07FA0638" w14:textId="77777777">
            <w:pPr>
              <w:spacing w:after="0"/>
              <w:jc w:val="center"/>
            </w:pPr>
            <w:r w:rsidRPr="001B4907">
              <w:rPr>
                <w:sz w:val="18"/>
              </w:rPr>
              <w:t>gab.</w:t>
            </w:r>
          </w:p>
        </w:tc>
        <w:tc>
          <w:tcPr>
            <w:tcW w:w="794" w:type="dxa"/>
          </w:tcPr>
          <w:p w:rsidR="002819BA" w:rsidRPr="001B4907" w14:paraId="1DCD4958" w14:textId="77777777">
            <w:pPr>
              <w:spacing w:after="0"/>
              <w:jc w:val="center"/>
            </w:pPr>
            <w:r w:rsidRPr="001B4907">
              <w:rPr>
                <w:sz w:val="18"/>
              </w:rPr>
              <w:t>10</w:t>
            </w:r>
          </w:p>
        </w:tc>
        <w:tc>
          <w:tcPr>
            <w:tcW w:w="1247" w:type="dxa"/>
          </w:tcPr>
          <w:p w:rsidR="002819BA" w:rsidRPr="001B4907" w14:paraId="678374E1" w14:textId="77777777">
            <w:pPr>
              <w:spacing w:after="0"/>
              <w:jc w:val="center"/>
            </w:pPr>
            <w:r w:rsidRPr="001B4907">
              <w:rPr>
                <w:sz w:val="18"/>
              </w:rPr>
              <w:t>03.05.2027.–11.06.2027.</w:t>
            </w:r>
          </w:p>
        </w:tc>
      </w:tr>
      <w:tr w14:paraId="5735E265" w14:textId="77777777" w:rsidTr="002957E9">
        <w:tblPrEx>
          <w:tblW w:w="0" w:type="auto"/>
          <w:jc w:val="center"/>
          <w:tblLayout w:type="fixed"/>
          <w:tblLook w:val="04A0"/>
        </w:tblPrEx>
        <w:trPr>
          <w:gridAfter w:val="1"/>
          <w:wAfter w:w="12" w:type="dxa"/>
          <w:jc w:val="center"/>
        </w:trPr>
        <w:tc>
          <w:tcPr>
            <w:tcW w:w="624" w:type="dxa"/>
          </w:tcPr>
          <w:p w:rsidR="002819BA" w:rsidRPr="001B4907" w14:paraId="48D4623B" w14:textId="77777777">
            <w:pPr>
              <w:spacing w:after="0"/>
              <w:jc w:val="center"/>
            </w:pPr>
            <w:r w:rsidRPr="001B4907">
              <w:rPr>
                <w:sz w:val="18"/>
              </w:rPr>
              <w:t>1.34</w:t>
            </w:r>
          </w:p>
        </w:tc>
        <w:tc>
          <w:tcPr>
            <w:tcW w:w="1814" w:type="dxa"/>
          </w:tcPr>
          <w:p w:rsidR="002819BA" w:rsidRPr="001B4907" w14:paraId="16C9577D" w14:textId="77777777">
            <w:pPr>
              <w:spacing w:after="0"/>
            </w:pPr>
            <w:r w:rsidRPr="001B4907">
              <w:rPr>
                <w:sz w:val="18"/>
              </w:rPr>
              <w:t>Salvia</w:t>
            </w:r>
            <w:r w:rsidRPr="001B4907">
              <w:rPr>
                <w:sz w:val="18"/>
              </w:rPr>
              <w:t xml:space="preserve"> </w:t>
            </w:r>
            <w:r w:rsidRPr="001B4907">
              <w:rPr>
                <w:sz w:val="18"/>
              </w:rPr>
              <w:t>farinacea</w:t>
            </w:r>
          </w:p>
        </w:tc>
        <w:tc>
          <w:tcPr>
            <w:tcW w:w="1814" w:type="dxa"/>
          </w:tcPr>
          <w:p w:rsidR="002819BA" w:rsidRPr="001B4907" w14:paraId="452E1905" w14:textId="77777777">
            <w:pPr>
              <w:spacing w:after="0"/>
            </w:pPr>
            <w:r w:rsidRPr="001B4907">
              <w:rPr>
                <w:sz w:val="18"/>
              </w:rPr>
              <w:t>'</w:t>
            </w:r>
            <w:r w:rsidRPr="001B4907">
              <w:rPr>
                <w:sz w:val="18"/>
              </w:rPr>
              <w:t>Victoria</w:t>
            </w:r>
            <w:r w:rsidRPr="001B4907">
              <w:rPr>
                <w:sz w:val="18"/>
              </w:rPr>
              <w:t>'</w:t>
            </w:r>
          </w:p>
        </w:tc>
        <w:tc>
          <w:tcPr>
            <w:tcW w:w="1701" w:type="dxa"/>
          </w:tcPr>
          <w:p w:rsidR="002819BA" w:rsidRPr="001B4907" w14:paraId="1482C104" w14:textId="77777777">
            <w:pPr>
              <w:spacing w:after="0"/>
            </w:pPr>
            <w:r w:rsidRPr="001B4907">
              <w:rPr>
                <w:sz w:val="18"/>
              </w:rPr>
              <w:t>Miltainā salvija</w:t>
            </w:r>
          </w:p>
        </w:tc>
        <w:tc>
          <w:tcPr>
            <w:tcW w:w="1134" w:type="dxa"/>
          </w:tcPr>
          <w:p w:rsidR="002819BA" w:rsidRPr="001B4907" w14:paraId="77337504" w14:textId="77777777">
            <w:pPr>
              <w:spacing w:after="0"/>
              <w:jc w:val="center"/>
            </w:pPr>
            <w:r w:rsidRPr="001B4907">
              <w:rPr>
                <w:sz w:val="18"/>
              </w:rPr>
              <w:t>P11/P12/P13</w:t>
            </w:r>
          </w:p>
        </w:tc>
        <w:tc>
          <w:tcPr>
            <w:tcW w:w="710" w:type="dxa"/>
          </w:tcPr>
          <w:p w:rsidR="002819BA" w:rsidRPr="001B4907" w14:paraId="0C1D0DFF" w14:textId="77777777">
            <w:pPr>
              <w:spacing w:after="0"/>
              <w:jc w:val="center"/>
            </w:pPr>
            <w:r w:rsidRPr="001B4907">
              <w:rPr>
                <w:sz w:val="18"/>
              </w:rPr>
              <w:t>gab.</w:t>
            </w:r>
          </w:p>
        </w:tc>
        <w:tc>
          <w:tcPr>
            <w:tcW w:w="794" w:type="dxa"/>
          </w:tcPr>
          <w:p w:rsidR="002819BA" w:rsidRPr="001B4907" w14:paraId="51AEA6B5" w14:textId="77777777">
            <w:pPr>
              <w:spacing w:after="0"/>
              <w:jc w:val="center"/>
            </w:pPr>
            <w:r w:rsidRPr="001B4907">
              <w:rPr>
                <w:sz w:val="18"/>
              </w:rPr>
              <w:t>18</w:t>
            </w:r>
          </w:p>
        </w:tc>
        <w:tc>
          <w:tcPr>
            <w:tcW w:w="1247" w:type="dxa"/>
          </w:tcPr>
          <w:p w:rsidR="002819BA" w:rsidRPr="001B4907" w14:paraId="343E5B00" w14:textId="77777777">
            <w:pPr>
              <w:spacing w:after="0"/>
              <w:jc w:val="center"/>
            </w:pPr>
            <w:r w:rsidRPr="001B4907">
              <w:rPr>
                <w:sz w:val="18"/>
              </w:rPr>
              <w:t>03.05.2027.–11.06.2027.</w:t>
            </w:r>
          </w:p>
        </w:tc>
      </w:tr>
      <w:tr w14:paraId="52BC22FD" w14:textId="77777777" w:rsidTr="002957E9">
        <w:tblPrEx>
          <w:tblW w:w="0" w:type="auto"/>
          <w:jc w:val="center"/>
          <w:tblLayout w:type="fixed"/>
          <w:tblLook w:val="04A0"/>
        </w:tblPrEx>
        <w:trPr>
          <w:gridAfter w:val="1"/>
          <w:wAfter w:w="12" w:type="dxa"/>
          <w:jc w:val="center"/>
        </w:trPr>
        <w:tc>
          <w:tcPr>
            <w:tcW w:w="624" w:type="dxa"/>
          </w:tcPr>
          <w:p w:rsidR="002819BA" w:rsidRPr="001B4907" w14:paraId="493B1CE6" w14:textId="77777777">
            <w:pPr>
              <w:spacing w:after="0"/>
              <w:jc w:val="center"/>
            </w:pPr>
            <w:r w:rsidRPr="001B4907">
              <w:rPr>
                <w:sz w:val="18"/>
              </w:rPr>
              <w:t>1.35</w:t>
            </w:r>
          </w:p>
        </w:tc>
        <w:tc>
          <w:tcPr>
            <w:tcW w:w="1814" w:type="dxa"/>
          </w:tcPr>
          <w:p w:rsidR="002819BA" w:rsidRPr="001B4907" w14:paraId="7BD08615" w14:textId="77777777">
            <w:pPr>
              <w:spacing w:after="0"/>
            </w:pPr>
            <w:r w:rsidRPr="001B4907">
              <w:rPr>
                <w:sz w:val="18"/>
              </w:rPr>
              <w:t>Senecio</w:t>
            </w:r>
            <w:r w:rsidRPr="001B4907">
              <w:rPr>
                <w:sz w:val="18"/>
              </w:rPr>
              <w:t xml:space="preserve"> </w:t>
            </w:r>
            <w:r w:rsidRPr="001B4907">
              <w:rPr>
                <w:sz w:val="18"/>
              </w:rPr>
              <w:t>cineraria</w:t>
            </w:r>
          </w:p>
        </w:tc>
        <w:tc>
          <w:tcPr>
            <w:tcW w:w="1814" w:type="dxa"/>
          </w:tcPr>
          <w:p w:rsidR="002819BA" w:rsidRPr="001B4907" w14:paraId="09B4CE5D" w14:textId="77777777">
            <w:pPr>
              <w:spacing w:after="0"/>
            </w:pPr>
            <w:r w:rsidRPr="001B4907">
              <w:rPr>
                <w:sz w:val="18"/>
              </w:rPr>
              <w:t>'</w:t>
            </w:r>
            <w:r w:rsidRPr="001B4907">
              <w:rPr>
                <w:sz w:val="18"/>
              </w:rPr>
              <w:t>Silverdust</w:t>
            </w:r>
            <w:r w:rsidRPr="001B4907">
              <w:rPr>
                <w:sz w:val="18"/>
              </w:rPr>
              <w:t>'</w:t>
            </w:r>
          </w:p>
        </w:tc>
        <w:tc>
          <w:tcPr>
            <w:tcW w:w="1701" w:type="dxa"/>
          </w:tcPr>
          <w:p w:rsidR="002819BA" w:rsidRPr="001B4907" w14:paraId="785D8DA3" w14:textId="77777777">
            <w:pPr>
              <w:spacing w:after="0"/>
            </w:pPr>
            <w:r w:rsidRPr="001B4907">
              <w:rPr>
                <w:sz w:val="18"/>
              </w:rPr>
              <w:t xml:space="preserve">Divkrāsu </w:t>
            </w:r>
            <w:r w:rsidRPr="001B4907">
              <w:rPr>
                <w:sz w:val="18"/>
              </w:rPr>
              <w:t>krustaine</w:t>
            </w:r>
          </w:p>
        </w:tc>
        <w:tc>
          <w:tcPr>
            <w:tcW w:w="1134" w:type="dxa"/>
          </w:tcPr>
          <w:p w:rsidR="002819BA" w:rsidRPr="001B4907" w14:paraId="380FADD6" w14:textId="77777777">
            <w:pPr>
              <w:spacing w:after="0"/>
              <w:jc w:val="center"/>
            </w:pPr>
            <w:r w:rsidRPr="001B4907">
              <w:rPr>
                <w:sz w:val="18"/>
              </w:rPr>
              <w:t>P11/P12/P13</w:t>
            </w:r>
          </w:p>
        </w:tc>
        <w:tc>
          <w:tcPr>
            <w:tcW w:w="710" w:type="dxa"/>
          </w:tcPr>
          <w:p w:rsidR="002819BA" w:rsidRPr="001B4907" w14:paraId="4C8CBBE4" w14:textId="77777777">
            <w:pPr>
              <w:spacing w:after="0"/>
              <w:jc w:val="center"/>
            </w:pPr>
            <w:r w:rsidRPr="001B4907">
              <w:rPr>
                <w:sz w:val="18"/>
              </w:rPr>
              <w:t>gab.</w:t>
            </w:r>
          </w:p>
        </w:tc>
        <w:tc>
          <w:tcPr>
            <w:tcW w:w="794" w:type="dxa"/>
          </w:tcPr>
          <w:p w:rsidR="002819BA" w:rsidRPr="001B4907" w14:paraId="4E10E8CD" w14:textId="77777777">
            <w:pPr>
              <w:spacing w:after="0"/>
              <w:jc w:val="center"/>
            </w:pPr>
            <w:r w:rsidRPr="001B4907">
              <w:rPr>
                <w:sz w:val="18"/>
              </w:rPr>
              <w:t>200</w:t>
            </w:r>
          </w:p>
        </w:tc>
        <w:tc>
          <w:tcPr>
            <w:tcW w:w="1247" w:type="dxa"/>
          </w:tcPr>
          <w:p w:rsidR="002819BA" w:rsidRPr="001B4907" w14:paraId="79BFEB8B" w14:textId="77777777">
            <w:pPr>
              <w:spacing w:after="0"/>
              <w:jc w:val="center"/>
            </w:pPr>
            <w:r w:rsidRPr="001B4907">
              <w:rPr>
                <w:sz w:val="18"/>
              </w:rPr>
              <w:t>03.05.2027.–11.06.2027.</w:t>
            </w:r>
          </w:p>
        </w:tc>
      </w:tr>
      <w:tr w14:paraId="70329CEE" w14:textId="77777777" w:rsidTr="002957E9">
        <w:tblPrEx>
          <w:tblW w:w="0" w:type="auto"/>
          <w:jc w:val="center"/>
          <w:tblLayout w:type="fixed"/>
          <w:tblLook w:val="04A0"/>
        </w:tblPrEx>
        <w:trPr>
          <w:gridAfter w:val="1"/>
          <w:wAfter w:w="12" w:type="dxa"/>
          <w:jc w:val="center"/>
        </w:trPr>
        <w:tc>
          <w:tcPr>
            <w:tcW w:w="624" w:type="dxa"/>
          </w:tcPr>
          <w:p w:rsidR="002819BA" w:rsidRPr="001B4907" w14:paraId="1697288B" w14:textId="77777777">
            <w:pPr>
              <w:spacing w:after="0"/>
              <w:jc w:val="center"/>
            </w:pPr>
            <w:r w:rsidRPr="001B4907">
              <w:rPr>
                <w:sz w:val="18"/>
              </w:rPr>
              <w:t>1.36</w:t>
            </w:r>
          </w:p>
        </w:tc>
        <w:tc>
          <w:tcPr>
            <w:tcW w:w="1814" w:type="dxa"/>
          </w:tcPr>
          <w:p w:rsidR="002819BA" w:rsidRPr="001B4907" w14:paraId="3FFB0DCD" w14:textId="77777777">
            <w:pPr>
              <w:spacing w:after="0"/>
            </w:pPr>
            <w:r w:rsidRPr="001B4907">
              <w:rPr>
                <w:sz w:val="18"/>
              </w:rPr>
              <w:t>Stipa</w:t>
            </w:r>
            <w:r w:rsidRPr="001B4907">
              <w:rPr>
                <w:sz w:val="18"/>
              </w:rPr>
              <w:t xml:space="preserve"> </w:t>
            </w:r>
            <w:r w:rsidRPr="001B4907">
              <w:rPr>
                <w:sz w:val="18"/>
              </w:rPr>
              <w:t>tenuissima</w:t>
            </w:r>
          </w:p>
        </w:tc>
        <w:tc>
          <w:tcPr>
            <w:tcW w:w="1814" w:type="dxa"/>
          </w:tcPr>
          <w:p w:rsidR="002819BA" w:rsidRPr="001B4907" w14:paraId="1D4D38E2" w14:textId="77777777">
            <w:pPr>
              <w:spacing w:after="0"/>
            </w:pPr>
            <w:r w:rsidRPr="001B4907">
              <w:rPr>
                <w:sz w:val="18"/>
              </w:rPr>
              <w:t>'</w:t>
            </w:r>
            <w:r w:rsidRPr="001B4907">
              <w:rPr>
                <w:sz w:val="18"/>
              </w:rPr>
              <w:t>Ponytails</w:t>
            </w:r>
            <w:r w:rsidRPr="001B4907">
              <w:rPr>
                <w:sz w:val="18"/>
              </w:rPr>
              <w:t>'</w:t>
            </w:r>
          </w:p>
        </w:tc>
        <w:tc>
          <w:tcPr>
            <w:tcW w:w="1701" w:type="dxa"/>
          </w:tcPr>
          <w:p w:rsidR="002819BA" w:rsidRPr="001B4907" w14:paraId="368BED8D" w14:textId="77777777">
            <w:pPr>
              <w:spacing w:after="0"/>
            </w:pPr>
            <w:r w:rsidRPr="001B4907">
              <w:rPr>
                <w:sz w:val="18"/>
              </w:rPr>
              <w:t xml:space="preserve">Tievā </w:t>
            </w:r>
            <w:r w:rsidRPr="001B4907">
              <w:rPr>
                <w:sz w:val="18"/>
              </w:rPr>
              <w:t>stepjulīga</w:t>
            </w:r>
          </w:p>
        </w:tc>
        <w:tc>
          <w:tcPr>
            <w:tcW w:w="1134" w:type="dxa"/>
          </w:tcPr>
          <w:p w:rsidR="002819BA" w:rsidRPr="001B4907" w14:paraId="3124FD96" w14:textId="77777777">
            <w:pPr>
              <w:spacing w:after="0"/>
              <w:jc w:val="center"/>
            </w:pPr>
            <w:r w:rsidRPr="001B4907">
              <w:rPr>
                <w:sz w:val="18"/>
              </w:rPr>
              <w:t>P11/P12/P13</w:t>
            </w:r>
          </w:p>
        </w:tc>
        <w:tc>
          <w:tcPr>
            <w:tcW w:w="710" w:type="dxa"/>
          </w:tcPr>
          <w:p w:rsidR="002819BA" w:rsidRPr="001B4907" w14:paraId="73212248" w14:textId="77777777">
            <w:pPr>
              <w:spacing w:after="0"/>
              <w:jc w:val="center"/>
            </w:pPr>
            <w:r w:rsidRPr="001B4907">
              <w:rPr>
                <w:sz w:val="18"/>
              </w:rPr>
              <w:t>gab.</w:t>
            </w:r>
          </w:p>
        </w:tc>
        <w:tc>
          <w:tcPr>
            <w:tcW w:w="794" w:type="dxa"/>
          </w:tcPr>
          <w:p w:rsidR="002819BA" w:rsidRPr="001B4907" w14:paraId="592D063C" w14:textId="77777777">
            <w:pPr>
              <w:spacing w:after="0"/>
              <w:jc w:val="center"/>
            </w:pPr>
            <w:r w:rsidRPr="001B4907">
              <w:rPr>
                <w:sz w:val="18"/>
              </w:rPr>
              <w:t>106</w:t>
            </w:r>
          </w:p>
        </w:tc>
        <w:tc>
          <w:tcPr>
            <w:tcW w:w="1247" w:type="dxa"/>
          </w:tcPr>
          <w:p w:rsidR="002819BA" w:rsidRPr="001B4907" w14:paraId="2F552329" w14:textId="77777777">
            <w:pPr>
              <w:spacing w:after="0"/>
              <w:jc w:val="center"/>
            </w:pPr>
            <w:r w:rsidRPr="001B4907">
              <w:rPr>
                <w:sz w:val="18"/>
              </w:rPr>
              <w:t>03.05.2027.–11.06.2027.</w:t>
            </w:r>
          </w:p>
        </w:tc>
      </w:tr>
      <w:tr w14:paraId="7F5EB445" w14:textId="77777777" w:rsidTr="002957E9">
        <w:tblPrEx>
          <w:tblW w:w="0" w:type="auto"/>
          <w:jc w:val="center"/>
          <w:tblLayout w:type="fixed"/>
          <w:tblLook w:val="04A0"/>
        </w:tblPrEx>
        <w:trPr>
          <w:gridAfter w:val="1"/>
          <w:wAfter w:w="12" w:type="dxa"/>
          <w:jc w:val="center"/>
        </w:trPr>
        <w:tc>
          <w:tcPr>
            <w:tcW w:w="624" w:type="dxa"/>
          </w:tcPr>
          <w:p w:rsidR="002819BA" w:rsidRPr="001B4907" w14:paraId="60BB49C6" w14:textId="77777777">
            <w:pPr>
              <w:spacing w:after="0"/>
              <w:jc w:val="center"/>
            </w:pPr>
            <w:r w:rsidRPr="001B4907">
              <w:rPr>
                <w:sz w:val="18"/>
              </w:rPr>
              <w:t>1.37</w:t>
            </w:r>
          </w:p>
        </w:tc>
        <w:tc>
          <w:tcPr>
            <w:tcW w:w="1814" w:type="dxa"/>
          </w:tcPr>
          <w:p w:rsidR="002819BA" w:rsidRPr="001B4907" w14:paraId="0C0A1FC1" w14:textId="77777777">
            <w:pPr>
              <w:spacing w:after="0"/>
            </w:pPr>
            <w:r w:rsidRPr="001B4907">
              <w:rPr>
                <w:sz w:val="18"/>
              </w:rPr>
              <w:t>Tagetes</w:t>
            </w:r>
            <w:r w:rsidRPr="001B4907">
              <w:rPr>
                <w:sz w:val="18"/>
              </w:rPr>
              <w:t xml:space="preserve"> </w:t>
            </w:r>
            <w:r w:rsidRPr="001B4907">
              <w:rPr>
                <w:sz w:val="18"/>
              </w:rPr>
              <w:t>erecta</w:t>
            </w:r>
          </w:p>
        </w:tc>
        <w:tc>
          <w:tcPr>
            <w:tcW w:w="1814" w:type="dxa"/>
          </w:tcPr>
          <w:p w:rsidR="002819BA" w:rsidRPr="001B4907" w14:paraId="7B70D506" w14:textId="2E3DCBF0">
            <w:pPr>
              <w:spacing w:after="0"/>
            </w:pPr>
            <w:r w:rsidRPr="001B4907">
              <w:rPr>
                <w:sz w:val="18"/>
              </w:rPr>
              <w:t>'</w:t>
            </w:r>
            <w:r w:rsidRPr="001B4907">
              <w:rPr>
                <w:sz w:val="18"/>
              </w:rPr>
              <w:t>Discovery</w:t>
            </w:r>
            <w:r w:rsidRPr="001B4907" w:rsidR="00BE6255">
              <w:rPr>
                <w:sz w:val="18"/>
              </w:rPr>
              <w:t xml:space="preserve"> </w:t>
            </w:r>
            <w:r w:rsidRPr="001B4907">
              <w:rPr>
                <w:sz w:val="18"/>
              </w:rPr>
              <w:t>Yellow</w:t>
            </w:r>
            <w:r w:rsidRPr="001B4907">
              <w:rPr>
                <w:sz w:val="18"/>
              </w:rPr>
              <w:t>,</w:t>
            </w:r>
            <w:r w:rsidRPr="001B4907" w:rsidR="00BE6255">
              <w:rPr>
                <w:sz w:val="18"/>
              </w:rPr>
              <w:t xml:space="preserve"> </w:t>
            </w:r>
            <w:r w:rsidRPr="001B4907">
              <w:rPr>
                <w:sz w:val="18"/>
              </w:rPr>
              <w:t>Orange</w:t>
            </w:r>
            <w:r w:rsidRPr="001B4907">
              <w:rPr>
                <w:sz w:val="18"/>
              </w:rPr>
              <w:t>'</w:t>
            </w:r>
          </w:p>
        </w:tc>
        <w:tc>
          <w:tcPr>
            <w:tcW w:w="1701" w:type="dxa"/>
          </w:tcPr>
          <w:p w:rsidR="002819BA" w:rsidRPr="001B4907" w14:paraId="32A943F0" w14:textId="77777777">
            <w:pPr>
              <w:spacing w:after="0"/>
            </w:pPr>
            <w:r w:rsidRPr="001B4907">
              <w:rPr>
                <w:sz w:val="18"/>
              </w:rPr>
              <w:t>Augstā samtene</w:t>
            </w:r>
          </w:p>
        </w:tc>
        <w:tc>
          <w:tcPr>
            <w:tcW w:w="1134" w:type="dxa"/>
          </w:tcPr>
          <w:p w:rsidR="002819BA" w:rsidRPr="001B4907" w14:paraId="22A0124D" w14:textId="77777777">
            <w:pPr>
              <w:spacing w:after="0"/>
              <w:jc w:val="center"/>
            </w:pPr>
            <w:r w:rsidRPr="001B4907">
              <w:rPr>
                <w:sz w:val="18"/>
              </w:rPr>
              <w:t>P11/P12/P13</w:t>
            </w:r>
          </w:p>
        </w:tc>
        <w:tc>
          <w:tcPr>
            <w:tcW w:w="710" w:type="dxa"/>
          </w:tcPr>
          <w:p w:rsidR="002819BA" w:rsidRPr="001B4907" w14:paraId="71EACBB7" w14:textId="77777777">
            <w:pPr>
              <w:spacing w:after="0"/>
              <w:jc w:val="center"/>
            </w:pPr>
            <w:r w:rsidRPr="001B4907">
              <w:rPr>
                <w:sz w:val="18"/>
              </w:rPr>
              <w:t>gab.</w:t>
            </w:r>
          </w:p>
        </w:tc>
        <w:tc>
          <w:tcPr>
            <w:tcW w:w="794" w:type="dxa"/>
          </w:tcPr>
          <w:p w:rsidR="002819BA" w:rsidRPr="001B4907" w14:paraId="57963114" w14:textId="77777777">
            <w:pPr>
              <w:spacing w:after="0"/>
              <w:jc w:val="center"/>
            </w:pPr>
            <w:r w:rsidRPr="001B4907">
              <w:rPr>
                <w:sz w:val="18"/>
              </w:rPr>
              <w:t>320</w:t>
            </w:r>
          </w:p>
        </w:tc>
        <w:tc>
          <w:tcPr>
            <w:tcW w:w="1247" w:type="dxa"/>
          </w:tcPr>
          <w:p w:rsidR="002819BA" w:rsidRPr="001B4907" w14:paraId="37E5A103" w14:textId="77777777">
            <w:pPr>
              <w:spacing w:after="0"/>
              <w:jc w:val="center"/>
            </w:pPr>
            <w:r w:rsidRPr="001B4907">
              <w:rPr>
                <w:sz w:val="18"/>
              </w:rPr>
              <w:t>03.05.2027.–11.06.2027.</w:t>
            </w:r>
          </w:p>
        </w:tc>
      </w:tr>
      <w:tr w14:paraId="1008D593" w14:textId="77777777" w:rsidTr="002957E9">
        <w:tblPrEx>
          <w:tblW w:w="0" w:type="auto"/>
          <w:jc w:val="center"/>
          <w:tblLayout w:type="fixed"/>
          <w:tblLook w:val="04A0"/>
        </w:tblPrEx>
        <w:trPr>
          <w:gridAfter w:val="1"/>
          <w:wAfter w:w="12" w:type="dxa"/>
          <w:jc w:val="center"/>
        </w:trPr>
        <w:tc>
          <w:tcPr>
            <w:tcW w:w="624" w:type="dxa"/>
          </w:tcPr>
          <w:p w:rsidR="002819BA" w:rsidRPr="001B4907" w14:paraId="6F36C681" w14:textId="77777777">
            <w:pPr>
              <w:spacing w:after="0"/>
              <w:jc w:val="center"/>
            </w:pPr>
            <w:r w:rsidRPr="001B4907">
              <w:rPr>
                <w:sz w:val="18"/>
              </w:rPr>
              <w:t>1.38</w:t>
            </w:r>
          </w:p>
        </w:tc>
        <w:tc>
          <w:tcPr>
            <w:tcW w:w="1814" w:type="dxa"/>
          </w:tcPr>
          <w:p w:rsidR="002819BA" w:rsidRPr="001B4907" w14:paraId="236A446B" w14:textId="77777777">
            <w:pPr>
              <w:spacing w:after="0"/>
            </w:pPr>
            <w:r w:rsidRPr="001B4907">
              <w:rPr>
                <w:sz w:val="18"/>
              </w:rPr>
              <w:t>Tagetes</w:t>
            </w:r>
            <w:r w:rsidRPr="001B4907">
              <w:rPr>
                <w:sz w:val="18"/>
              </w:rPr>
              <w:t xml:space="preserve"> </w:t>
            </w:r>
            <w:r w:rsidRPr="001B4907">
              <w:rPr>
                <w:sz w:val="18"/>
              </w:rPr>
              <w:t>erecta</w:t>
            </w:r>
          </w:p>
        </w:tc>
        <w:tc>
          <w:tcPr>
            <w:tcW w:w="1814" w:type="dxa"/>
          </w:tcPr>
          <w:p w:rsidR="002819BA" w:rsidRPr="001B4907" w14:paraId="3ECF7298" w14:textId="77777777">
            <w:pPr>
              <w:spacing w:after="0"/>
            </w:pPr>
            <w:r w:rsidRPr="001B4907">
              <w:rPr>
                <w:sz w:val="18"/>
              </w:rPr>
              <w:t>'</w:t>
            </w:r>
            <w:r w:rsidRPr="001B4907">
              <w:rPr>
                <w:sz w:val="18"/>
              </w:rPr>
              <w:t>Helada</w:t>
            </w:r>
            <w:r w:rsidRPr="001B4907">
              <w:rPr>
                <w:sz w:val="18"/>
              </w:rPr>
              <w:t xml:space="preserve"> </w:t>
            </w:r>
            <w:r w:rsidRPr="001B4907">
              <w:rPr>
                <w:sz w:val="18"/>
              </w:rPr>
              <w:t>Vanilla</w:t>
            </w:r>
            <w:r w:rsidRPr="001B4907">
              <w:rPr>
                <w:sz w:val="18"/>
              </w:rPr>
              <w:t>'</w:t>
            </w:r>
          </w:p>
        </w:tc>
        <w:tc>
          <w:tcPr>
            <w:tcW w:w="1701" w:type="dxa"/>
          </w:tcPr>
          <w:p w:rsidR="002819BA" w:rsidRPr="001B4907" w14:paraId="376C1420" w14:textId="77777777">
            <w:pPr>
              <w:spacing w:after="0"/>
            </w:pPr>
            <w:r w:rsidRPr="001B4907">
              <w:rPr>
                <w:sz w:val="18"/>
              </w:rPr>
              <w:t>Augstā samtene</w:t>
            </w:r>
          </w:p>
        </w:tc>
        <w:tc>
          <w:tcPr>
            <w:tcW w:w="1134" w:type="dxa"/>
          </w:tcPr>
          <w:p w:rsidR="002819BA" w:rsidRPr="001B4907" w14:paraId="484CE079" w14:textId="77777777">
            <w:pPr>
              <w:spacing w:after="0"/>
              <w:jc w:val="center"/>
            </w:pPr>
            <w:r w:rsidRPr="001B4907">
              <w:rPr>
                <w:sz w:val="18"/>
              </w:rPr>
              <w:t>P11/P12/P13</w:t>
            </w:r>
          </w:p>
        </w:tc>
        <w:tc>
          <w:tcPr>
            <w:tcW w:w="710" w:type="dxa"/>
          </w:tcPr>
          <w:p w:rsidR="002819BA" w:rsidRPr="001B4907" w14:paraId="484C5B6C" w14:textId="77777777">
            <w:pPr>
              <w:spacing w:after="0"/>
              <w:jc w:val="center"/>
            </w:pPr>
            <w:r w:rsidRPr="001B4907">
              <w:rPr>
                <w:sz w:val="18"/>
              </w:rPr>
              <w:t>gab.</w:t>
            </w:r>
          </w:p>
        </w:tc>
        <w:tc>
          <w:tcPr>
            <w:tcW w:w="794" w:type="dxa"/>
          </w:tcPr>
          <w:p w:rsidR="002819BA" w:rsidRPr="001B4907" w14:paraId="345C136E" w14:textId="77777777">
            <w:pPr>
              <w:spacing w:after="0"/>
              <w:jc w:val="center"/>
            </w:pPr>
            <w:r w:rsidRPr="001B4907">
              <w:rPr>
                <w:sz w:val="18"/>
              </w:rPr>
              <w:t>21</w:t>
            </w:r>
          </w:p>
        </w:tc>
        <w:tc>
          <w:tcPr>
            <w:tcW w:w="1247" w:type="dxa"/>
          </w:tcPr>
          <w:p w:rsidR="002819BA" w:rsidRPr="001B4907" w14:paraId="4B622A98" w14:textId="77777777">
            <w:pPr>
              <w:spacing w:after="0"/>
              <w:jc w:val="center"/>
            </w:pPr>
            <w:r w:rsidRPr="001B4907">
              <w:rPr>
                <w:sz w:val="18"/>
              </w:rPr>
              <w:t>03.05.2027.–11.06.2027.</w:t>
            </w:r>
          </w:p>
        </w:tc>
      </w:tr>
      <w:tr w14:paraId="6B7E5FB8" w14:textId="77777777" w:rsidTr="002957E9">
        <w:tblPrEx>
          <w:tblW w:w="0" w:type="auto"/>
          <w:jc w:val="center"/>
          <w:tblLayout w:type="fixed"/>
          <w:tblLook w:val="04A0"/>
        </w:tblPrEx>
        <w:trPr>
          <w:gridAfter w:val="1"/>
          <w:wAfter w:w="12" w:type="dxa"/>
          <w:jc w:val="center"/>
        </w:trPr>
        <w:tc>
          <w:tcPr>
            <w:tcW w:w="624" w:type="dxa"/>
          </w:tcPr>
          <w:p w:rsidR="002819BA" w:rsidRPr="001B4907" w14:paraId="3DF61F66" w14:textId="77777777">
            <w:pPr>
              <w:spacing w:after="0"/>
              <w:jc w:val="center"/>
            </w:pPr>
            <w:r w:rsidRPr="001B4907">
              <w:rPr>
                <w:sz w:val="18"/>
              </w:rPr>
              <w:t>1.39</w:t>
            </w:r>
          </w:p>
        </w:tc>
        <w:tc>
          <w:tcPr>
            <w:tcW w:w="1814" w:type="dxa"/>
          </w:tcPr>
          <w:p w:rsidR="002819BA" w:rsidRPr="001B4907" w14:paraId="261F7255" w14:textId="77777777">
            <w:pPr>
              <w:spacing w:after="0"/>
            </w:pPr>
            <w:r w:rsidRPr="001B4907">
              <w:rPr>
                <w:sz w:val="18"/>
              </w:rPr>
              <w:t xml:space="preserve">Viola </w:t>
            </w:r>
            <w:r w:rsidRPr="001B4907">
              <w:rPr>
                <w:sz w:val="18"/>
              </w:rPr>
              <w:t>cornuta</w:t>
            </w:r>
          </w:p>
        </w:tc>
        <w:tc>
          <w:tcPr>
            <w:tcW w:w="1814" w:type="dxa"/>
          </w:tcPr>
          <w:p w:rsidR="002819BA" w:rsidRPr="001B4907" w14:paraId="1F71FE66" w14:textId="77777777">
            <w:pPr>
              <w:spacing w:after="0"/>
            </w:pPr>
            <w:r w:rsidRPr="001B4907">
              <w:rPr>
                <w:sz w:val="18"/>
              </w:rPr>
              <w:t>'</w:t>
            </w:r>
            <w:r w:rsidRPr="001B4907">
              <w:rPr>
                <w:sz w:val="18"/>
              </w:rPr>
              <w:t>Admire</w:t>
            </w:r>
            <w:r w:rsidRPr="001B4907">
              <w:rPr>
                <w:sz w:val="18"/>
              </w:rPr>
              <w:t xml:space="preserve"> </w:t>
            </w:r>
            <w:r w:rsidRPr="001B4907">
              <w:rPr>
                <w:sz w:val="18"/>
              </w:rPr>
              <w:t>Jump</w:t>
            </w:r>
            <w:r w:rsidRPr="001B4907">
              <w:rPr>
                <w:sz w:val="18"/>
              </w:rPr>
              <w:t xml:space="preserve"> </w:t>
            </w:r>
            <w:r w:rsidRPr="001B4907">
              <w:rPr>
                <w:sz w:val="18"/>
              </w:rPr>
              <w:t>Up</w:t>
            </w:r>
            <w:r w:rsidRPr="001B4907">
              <w:rPr>
                <w:sz w:val="18"/>
              </w:rPr>
              <w:t xml:space="preserve"> </w:t>
            </w:r>
            <w:r w:rsidRPr="001B4907">
              <w:rPr>
                <w:sz w:val="18"/>
              </w:rPr>
              <w:t>Mix</w:t>
            </w:r>
            <w:r w:rsidRPr="001B4907">
              <w:rPr>
                <w:sz w:val="18"/>
              </w:rPr>
              <w:t>'</w:t>
            </w:r>
          </w:p>
        </w:tc>
        <w:tc>
          <w:tcPr>
            <w:tcW w:w="1701" w:type="dxa"/>
          </w:tcPr>
          <w:p w:rsidR="002819BA" w:rsidRPr="001B4907" w14:paraId="73394886" w14:textId="77777777">
            <w:pPr>
              <w:spacing w:after="0"/>
            </w:pPr>
            <w:r w:rsidRPr="001B4907">
              <w:rPr>
                <w:sz w:val="18"/>
              </w:rPr>
              <w:t>Ragainā vijolīte</w:t>
            </w:r>
          </w:p>
        </w:tc>
        <w:tc>
          <w:tcPr>
            <w:tcW w:w="1134" w:type="dxa"/>
          </w:tcPr>
          <w:p w:rsidR="002819BA" w:rsidRPr="001B4907" w14:paraId="77A022BB" w14:textId="77777777">
            <w:pPr>
              <w:spacing w:after="0"/>
              <w:jc w:val="center"/>
            </w:pPr>
            <w:r w:rsidRPr="001B4907">
              <w:rPr>
                <w:sz w:val="18"/>
              </w:rPr>
              <w:t>P11/P12/P13</w:t>
            </w:r>
          </w:p>
        </w:tc>
        <w:tc>
          <w:tcPr>
            <w:tcW w:w="710" w:type="dxa"/>
          </w:tcPr>
          <w:p w:rsidR="002819BA" w:rsidRPr="001B4907" w14:paraId="5561490F" w14:textId="77777777">
            <w:pPr>
              <w:spacing w:after="0"/>
              <w:jc w:val="center"/>
            </w:pPr>
            <w:r w:rsidRPr="001B4907">
              <w:rPr>
                <w:sz w:val="18"/>
              </w:rPr>
              <w:t>gab.</w:t>
            </w:r>
          </w:p>
        </w:tc>
        <w:tc>
          <w:tcPr>
            <w:tcW w:w="794" w:type="dxa"/>
          </w:tcPr>
          <w:p w:rsidR="002819BA" w:rsidRPr="001B4907" w14:paraId="103C984C" w14:textId="77777777">
            <w:pPr>
              <w:spacing w:after="0"/>
              <w:jc w:val="center"/>
            </w:pPr>
            <w:r w:rsidRPr="001B4907">
              <w:rPr>
                <w:sz w:val="18"/>
              </w:rPr>
              <w:t>300</w:t>
            </w:r>
          </w:p>
        </w:tc>
        <w:tc>
          <w:tcPr>
            <w:tcW w:w="1247" w:type="dxa"/>
          </w:tcPr>
          <w:p w:rsidR="002819BA" w:rsidRPr="001B4907" w14:paraId="7FAB58E6" w14:textId="77777777">
            <w:pPr>
              <w:spacing w:after="0"/>
              <w:jc w:val="center"/>
            </w:pPr>
            <w:r w:rsidRPr="001B4907">
              <w:rPr>
                <w:sz w:val="18"/>
              </w:rPr>
              <w:t>15.03.2027.–09.04.2027.</w:t>
            </w:r>
          </w:p>
        </w:tc>
      </w:tr>
      <w:tr w14:paraId="66050525" w14:textId="77777777" w:rsidTr="002957E9">
        <w:tblPrEx>
          <w:tblW w:w="0" w:type="auto"/>
          <w:jc w:val="center"/>
          <w:tblLayout w:type="fixed"/>
          <w:tblLook w:val="04A0"/>
        </w:tblPrEx>
        <w:trPr>
          <w:gridAfter w:val="1"/>
          <w:wAfter w:w="12" w:type="dxa"/>
          <w:jc w:val="center"/>
        </w:trPr>
        <w:tc>
          <w:tcPr>
            <w:tcW w:w="624" w:type="dxa"/>
          </w:tcPr>
          <w:p w:rsidR="002819BA" w:rsidRPr="001B4907" w14:paraId="6A2B12E6" w14:textId="77777777">
            <w:pPr>
              <w:spacing w:after="0"/>
              <w:jc w:val="center"/>
            </w:pPr>
            <w:r w:rsidRPr="001B4907">
              <w:rPr>
                <w:sz w:val="18"/>
              </w:rPr>
              <w:t>1.40</w:t>
            </w:r>
          </w:p>
        </w:tc>
        <w:tc>
          <w:tcPr>
            <w:tcW w:w="1814" w:type="dxa"/>
          </w:tcPr>
          <w:p w:rsidR="002819BA" w:rsidRPr="001B4907" w14:paraId="1180E18A" w14:textId="77777777">
            <w:pPr>
              <w:spacing w:after="0"/>
            </w:pPr>
            <w:r w:rsidRPr="001B4907">
              <w:rPr>
                <w:sz w:val="18"/>
              </w:rPr>
              <w:t xml:space="preserve">Viola </w:t>
            </w:r>
            <w:r w:rsidRPr="001B4907">
              <w:rPr>
                <w:sz w:val="18"/>
              </w:rPr>
              <w:t>cornuta</w:t>
            </w:r>
          </w:p>
        </w:tc>
        <w:tc>
          <w:tcPr>
            <w:tcW w:w="1814" w:type="dxa"/>
          </w:tcPr>
          <w:p w:rsidR="002819BA" w:rsidRPr="001B4907" w14:paraId="185938C3" w14:textId="77777777">
            <w:pPr>
              <w:spacing w:after="0"/>
            </w:pPr>
            <w:r w:rsidRPr="001B4907">
              <w:rPr>
                <w:sz w:val="18"/>
              </w:rPr>
              <w:t>'</w:t>
            </w:r>
            <w:r w:rsidRPr="001B4907">
              <w:rPr>
                <w:sz w:val="18"/>
              </w:rPr>
              <w:t>Grandissimo</w:t>
            </w:r>
            <w:r w:rsidRPr="001B4907">
              <w:rPr>
                <w:sz w:val="18"/>
              </w:rPr>
              <w:t xml:space="preserve"> </w:t>
            </w:r>
            <w:r w:rsidRPr="001B4907">
              <w:rPr>
                <w:sz w:val="18"/>
              </w:rPr>
              <w:t>Rose</w:t>
            </w:r>
            <w:r w:rsidRPr="001B4907">
              <w:rPr>
                <w:sz w:val="18"/>
              </w:rPr>
              <w:t xml:space="preserve"> </w:t>
            </w:r>
            <w:r w:rsidRPr="001B4907">
              <w:rPr>
                <w:sz w:val="18"/>
              </w:rPr>
              <w:t>Beacon</w:t>
            </w:r>
            <w:r w:rsidRPr="001B4907">
              <w:rPr>
                <w:sz w:val="18"/>
              </w:rPr>
              <w:t>'</w:t>
            </w:r>
          </w:p>
        </w:tc>
        <w:tc>
          <w:tcPr>
            <w:tcW w:w="1701" w:type="dxa"/>
          </w:tcPr>
          <w:p w:rsidR="002819BA" w:rsidRPr="001B4907" w14:paraId="31E34B36" w14:textId="77777777">
            <w:pPr>
              <w:spacing w:after="0"/>
            </w:pPr>
            <w:r w:rsidRPr="001B4907">
              <w:rPr>
                <w:sz w:val="18"/>
              </w:rPr>
              <w:t>Ragainā vijolīte</w:t>
            </w:r>
          </w:p>
        </w:tc>
        <w:tc>
          <w:tcPr>
            <w:tcW w:w="1134" w:type="dxa"/>
          </w:tcPr>
          <w:p w:rsidR="002819BA" w:rsidRPr="001B4907" w14:paraId="77C91D32" w14:textId="77777777">
            <w:pPr>
              <w:spacing w:after="0"/>
              <w:jc w:val="center"/>
            </w:pPr>
            <w:r w:rsidRPr="001B4907">
              <w:rPr>
                <w:sz w:val="18"/>
              </w:rPr>
              <w:t>P11/P12/P13</w:t>
            </w:r>
          </w:p>
        </w:tc>
        <w:tc>
          <w:tcPr>
            <w:tcW w:w="710" w:type="dxa"/>
          </w:tcPr>
          <w:p w:rsidR="002819BA" w:rsidRPr="001B4907" w14:paraId="79720B69" w14:textId="77777777">
            <w:pPr>
              <w:spacing w:after="0"/>
              <w:jc w:val="center"/>
            </w:pPr>
            <w:r w:rsidRPr="001B4907">
              <w:rPr>
                <w:sz w:val="18"/>
              </w:rPr>
              <w:t>gab.</w:t>
            </w:r>
          </w:p>
        </w:tc>
        <w:tc>
          <w:tcPr>
            <w:tcW w:w="794" w:type="dxa"/>
          </w:tcPr>
          <w:p w:rsidR="002819BA" w:rsidRPr="001B4907" w14:paraId="272CABEA" w14:textId="77777777">
            <w:pPr>
              <w:spacing w:after="0"/>
              <w:jc w:val="center"/>
            </w:pPr>
            <w:r w:rsidRPr="001B4907">
              <w:rPr>
                <w:sz w:val="18"/>
              </w:rPr>
              <w:t>300</w:t>
            </w:r>
          </w:p>
        </w:tc>
        <w:tc>
          <w:tcPr>
            <w:tcW w:w="1247" w:type="dxa"/>
          </w:tcPr>
          <w:p w:rsidR="002819BA" w:rsidRPr="001B4907" w14:paraId="77CBF1B8" w14:textId="77777777">
            <w:pPr>
              <w:spacing w:after="0"/>
              <w:jc w:val="center"/>
            </w:pPr>
            <w:r w:rsidRPr="001B4907">
              <w:rPr>
                <w:sz w:val="18"/>
              </w:rPr>
              <w:t>15.03.2027.–09.04.2027.</w:t>
            </w:r>
          </w:p>
        </w:tc>
      </w:tr>
      <w:tr w14:paraId="55EE5BDD" w14:textId="77777777" w:rsidTr="002957E9">
        <w:tblPrEx>
          <w:tblW w:w="0" w:type="auto"/>
          <w:jc w:val="center"/>
          <w:tblLayout w:type="fixed"/>
          <w:tblLook w:val="04A0"/>
        </w:tblPrEx>
        <w:trPr>
          <w:gridAfter w:val="1"/>
          <w:wAfter w:w="12" w:type="dxa"/>
          <w:jc w:val="center"/>
        </w:trPr>
        <w:tc>
          <w:tcPr>
            <w:tcW w:w="624" w:type="dxa"/>
          </w:tcPr>
          <w:p w:rsidR="002819BA" w:rsidRPr="001B4907" w14:paraId="69A34C75" w14:textId="77777777">
            <w:pPr>
              <w:spacing w:after="0"/>
              <w:jc w:val="center"/>
            </w:pPr>
            <w:r w:rsidRPr="001B4907">
              <w:rPr>
                <w:sz w:val="18"/>
              </w:rPr>
              <w:t>1.41</w:t>
            </w:r>
          </w:p>
        </w:tc>
        <w:tc>
          <w:tcPr>
            <w:tcW w:w="1814" w:type="dxa"/>
          </w:tcPr>
          <w:p w:rsidR="002819BA" w:rsidRPr="001B4907" w14:paraId="38B9138C" w14:textId="77777777">
            <w:pPr>
              <w:spacing w:after="0"/>
            </w:pPr>
            <w:r w:rsidRPr="001B4907">
              <w:rPr>
                <w:sz w:val="18"/>
              </w:rPr>
              <w:t xml:space="preserve">Viola </w:t>
            </w:r>
            <w:r w:rsidRPr="001B4907">
              <w:rPr>
                <w:sz w:val="18"/>
              </w:rPr>
              <w:t>cornuta</w:t>
            </w:r>
          </w:p>
        </w:tc>
        <w:tc>
          <w:tcPr>
            <w:tcW w:w="1814" w:type="dxa"/>
          </w:tcPr>
          <w:p w:rsidR="002819BA" w:rsidRPr="001B4907" w14:paraId="2F2FC30B" w14:textId="77777777">
            <w:pPr>
              <w:spacing w:after="0"/>
            </w:pPr>
            <w:r w:rsidRPr="001B4907">
              <w:rPr>
                <w:sz w:val="18"/>
              </w:rPr>
              <w:t xml:space="preserve">'Pink </w:t>
            </w:r>
            <w:r w:rsidRPr="001B4907">
              <w:rPr>
                <w:sz w:val="18"/>
              </w:rPr>
              <w:t>Surprise</w:t>
            </w:r>
            <w:r w:rsidRPr="001B4907">
              <w:rPr>
                <w:sz w:val="18"/>
              </w:rPr>
              <w:t xml:space="preserve"> </w:t>
            </w:r>
            <w:r w:rsidRPr="001B4907">
              <w:rPr>
                <w:sz w:val="18"/>
              </w:rPr>
              <w:t>Blotch</w:t>
            </w:r>
            <w:r w:rsidRPr="001B4907">
              <w:rPr>
                <w:sz w:val="18"/>
              </w:rPr>
              <w:t>'</w:t>
            </w:r>
          </w:p>
        </w:tc>
        <w:tc>
          <w:tcPr>
            <w:tcW w:w="1701" w:type="dxa"/>
          </w:tcPr>
          <w:p w:rsidR="002819BA" w:rsidRPr="001B4907" w14:paraId="565A4706" w14:textId="77777777">
            <w:pPr>
              <w:spacing w:after="0"/>
            </w:pPr>
            <w:r w:rsidRPr="001B4907">
              <w:rPr>
                <w:sz w:val="18"/>
              </w:rPr>
              <w:t>Ragainā vijolīte</w:t>
            </w:r>
          </w:p>
        </w:tc>
        <w:tc>
          <w:tcPr>
            <w:tcW w:w="1134" w:type="dxa"/>
          </w:tcPr>
          <w:p w:rsidR="002819BA" w:rsidRPr="001B4907" w14:paraId="60639CB3" w14:textId="77777777">
            <w:pPr>
              <w:spacing w:after="0"/>
              <w:jc w:val="center"/>
            </w:pPr>
            <w:r w:rsidRPr="001B4907">
              <w:rPr>
                <w:sz w:val="18"/>
              </w:rPr>
              <w:t>P11/P12/P13</w:t>
            </w:r>
          </w:p>
        </w:tc>
        <w:tc>
          <w:tcPr>
            <w:tcW w:w="710" w:type="dxa"/>
          </w:tcPr>
          <w:p w:rsidR="002819BA" w:rsidRPr="001B4907" w14:paraId="687F71F7" w14:textId="77777777">
            <w:pPr>
              <w:spacing w:after="0"/>
              <w:jc w:val="center"/>
            </w:pPr>
            <w:r w:rsidRPr="001B4907">
              <w:rPr>
                <w:sz w:val="18"/>
              </w:rPr>
              <w:t>gab.</w:t>
            </w:r>
          </w:p>
        </w:tc>
        <w:tc>
          <w:tcPr>
            <w:tcW w:w="794" w:type="dxa"/>
          </w:tcPr>
          <w:p w:rsidR="002819BA" w:rsidRPr="001B4907" w14:paraId="7C4402FE" w14:textId="77777777">
            <w:pPr>
              <w:spacing w:after="0"/>
              <w:jc w:val="center"/>
            </w:pPr>
            <w:r w:rsidRPr="001B4907">
              <w:rPr>
                <w:sz w:val="18"/>
              </w:rPr>
              <w:t>300</w:t>
            </w:r>
          </w:p>
        </w:tc>
        <w:tc>
          <w:tcPr>
            <w:tcW w:w="1247" w:type="dxa"/>
          </w:tcPr>
          <w:p w:rsidR="002819BA" w:rsidRPr="001B4907" w14:paraId="5833CA8D" w14:textId="77777777">
            <w:pPr>
              <w:spacing w:after="0"/>
              <w:jc w:val="center"/>
            </w:pPr>
            <w:r w:rsidRPr="001B4907">
              <w:rPr>
                <w:sz w:val="18"/>
              </w:rPr>
              <w:t>15.03.2027.–09.04.2027.</w:t>
            </w:r>
          </w:p>
        </w:tc>
      </w:tr>
      <w:tr w14:paraId="52A3A574" w14:textId="77777777" w:rsidTr="002957E9">
        <w:tblPrEx>
          <w:tblW w:w="0" w:type="auto"/>
          <w:jc w:val="center"/>
          <w:tblLayout w:type="fixed"/>
          <w:tblLook w:val="04A0"/>
        </w:tblPrEx>
        <w:trPr>
          <w:gridAfter w:val="1"/>
          <w:wAfter w:w="12" w:type="dxa"/>
          <w:jc w:val="center"/>
        </w:trPr>
        <w:tc>
          <w:tcPr>
            <w:tcW w:w="624" w:type="dxa"/>
          </w:tcPr>
          <w:p w:rsidR="002819BA" w:rsidRPr="001B4907" w14:paraId="3447028E" w14:textId="77777777">
            <w:pPr>
              <w:spacing w:after="0"/>
              <w:jc w:val="center"/>
            </w:pPr>
            <w:r w:rsidRPr="001B4907">
              <w:rPr>
                <w:sz w:val="18"/>
              </w:rPr>
              <w:t>1.42</w:t>
            </w:r>
          </w:p>
        </w:tc>
        <w:tc>
          <w:tcPr>
            <w:tcW w:w="1814" w:type="dxa"/>
          </w:tcPr>
          <w:p w:rsidR="002819BA" w:rsidRPr="001B4907" w14:paraId="2339D030" w14:textId="77777777">
            <w:pPr>
              <w:spacing w:after="0"/>
            </w:pPr>
            <w:r w:rsidRPr="001B4907">
              <w:rPr>
                <w:sz w:val="18"/>
              </w:rPr>
              <w:t xml:space="preserve">Viola </w:t>
            </w:r>
            <w:r w:rsidRPr="001B4907">
              <w:rPr>
                <w:sz w:val="18"/>
              </w:rPr>
              <w:t>cornuta</w:t>
            </w:r>
          </w:p>
        </w:tc>
        <w:tc>
          <w:tcPr>
            <w:tcW w:w="1814" w:type="dxa"/>
          </w:tcPr>
          <w:p w:rsidR="002819BA" w:rsidRPr="001B4907" w14:paraId="7BF489AA" w14:textId="77777777">
            <w:pPr>
              <w:spacing w:after="0"/>
            </w:pPr>
            <w:r w:rsidRPr="001B4907">
              <w:rPr>
                <w:sz w:val="18"/>
              </w:rPr>
              <w:t>'</w:t>
            </w:r>
            <w:r w:rsidRPr="001B4907">
              <w:rPr>
                <w:sz w:val="18"/>
              </w:rPr>
              <w:t>Light</w:t>
            </w:r>
            <w:r w:rsidRPr="001B4907">
              <w:rPr>
                <w:sz w:val="18"/>
              </w:rPr>
              <w:t xml:space="preserve"> </w:t>
            </w:r>
            <w:r w:rsidRPr="001B4907">
              <w:rPr>
                <w:sz w:val="18"/>
              </w:rPr>
              <w:t>Blue</w:t>
            </w:r>
            <w:r w:rsidRPr="001B4907">
              <w:rPr>
                <w:sz w:val="18"/>
              </w:rPr>
              <w:t>'</w:t>
            </w:r>
          </w:p>
        </w:tc>
        <w:tc>
          <w:tcPr>
            <w:tcW w:w="1701" w:type="dxa"/>
          </w:tcPr>
          <w:p w:rsidR="002819BA" w:rsidRPr="001B4907" w14:paraId="6F5242DB" w14:textId="77777777">
            <w:pPr>
              <w:spacing w:after="0"/>
            </w:pPr>
            <w:r w:rsidRPr="001B4907">
              <w:rPr>
                <w:sz w:val="18"/>
              </w:rPr>
              <w:t>Ragainā vijolīte</w:t>
            </w:r>
          </w:p>
        </w:tc>
        <w:tc>
          <w:tcPr>
            <w:tcW w:w="1134" w:type="dxa"/>
          </w:tcPr>
          <w:p w:rsidR="002819BA" w:rsidRPr="001B4907" w14:paraId="41DBAE64" w14:textId="77777777">
            <w:pPr>
              <w:spacing w:after="0"/>
              <w:jc w:val="center"/>
            </w:pPr>
            <w:r w:rsidRPr="001B4907">
              <w:rPr>
                <w:sz w:val="18"/>
              </w:rPr>
              <w:t>P11/P12/P13</w:t>
            </w:r>
          </w:p>
        </w:tc>
        <w:tc>
          <w:tcPr>
            <w:tcW w:w="710" w:type="dxa"/>
          </w:tcPr>
          <w:p w:rsidR="002819BA" w:rsidRPr="001B4907" w14:paraId="23BDFC49" w14:textId="77777777">
            <w:pPr>
              <w:spacing w:after="0"/>
              <w:jc w:val="center"/>
            </w:pPr>
            <w:r w:rsidRPr="001B4907">
              <w:rPr>
                <w:sz w:val="18"/>
              </w:rPr>
              <w:t>gab.</w:t>
            </w:r>
          </w:p>
        </w:tc>
        <w:tc>
          <w:tcPr>
            <w:tcW w:w="794" w:type="dxa"/>
          </w:tcPr>
          <w:p w:rsidR="002819BA" w:rsidRPr="001B4907" w14:paraId="4A843AB6" w14:textId="77777777">
            <w:pPr>
              <w:spacing w:after="0"/>
              <w:jc w:val="center"/>
            </w:pPr>
            <w:r w:rsidRPr="001B4907">
              <w:rPr>
                <w:sz w:val="18"/>
              </w:rPr>
              <w:t>300</w:t>
            </w:r>
          </w:p>
        </w:tc>
        <w:tc>
          <w:tcPr>
            <w:tcW w:w="1247" w:type="dxa"/>
          </w:tcPr>
          <w:p w:rsidR="002819BA" w:rsidRPr="001B4907" w14:paraId="4DCD28D0" w14:textId="77777777">
            <w:pPr>
              <w:spacing w:after="0"/>
              <w:jc w:val="center"/>
            </w:pPr>
            <w:r w:rsidRPr="001B4907">
              <w:rPr>
                <w:sz w:val="18"/>
              </w:rPr>
              <w:t>15.03.2027.–09.04.2027.</w:t>
            </w:r>
          </w:p>
        </w:tc>
      </w:tr>
      <w:tr w14:paraId="20616D09" w14:textId="77777777" w:rsidTr="002957E9">
        <w:tblPrEx>
          <w:tblW w:w="0" w:type="auto"/>
          <w:jc w:val="center"/>
          <w:tblLayout w:type="fixed"/>
          <w:tblLook w:val="04A0"/>
        </w:tblPrEx>
        <w:trPr>
          <w:gridAfter w:val="1"/>
          <w:wAfter w:w="12" w:type="dxa"/>
          <w:jc w:val="center"/>
        </w:trPr>
        <w:tc>
          <w:tcPr>
            <w:tcW w:w="624" w:type="dxa"/>
          </w:tcPr>
          <w:p w:rsidR="002819BA" w:rsidRPr="001B4907" w14:paraId="6B0F3093" w14:textId="77777777">
            <w:pPr>
              <w:spacing w:after="0"/>
              <w:jc w:val="center"/>
            </w:pPr>
            <w:r w:rsidRPr="001B4907">
              <w:rPr>
                <w:sz w:val="18"/>
              </w:rPr>
              <w:t>1.43</w:t>
            </w:r>
          </w:p>
        </w:tc>
        <w:tc>
          <w:tcPr>
            <w:tcW w:w="1814" w:type="dxa"/>
          </w:tcPr>
          <w:p w:rsidR="002819BA" w:rsidRPr="001B4907" w14:paraId="40C764A6" w14:textId="77777777">
            <w:pPr>
              <w:spacing w:after="0"/>
            </w:pPr>
            <w:r w:rsidRPr="001B4907">
              <w:rPr>
                <w:sz w:val="18"/>
              </w:rPr>
              <w:t xml:space="preserve">Viola </w:t>
            </w:r>
            <w:r w:rsidRPr="001B4907">
              <w:rPr>
                <w:sz w:val="18"/>
              </w:rPr>
              <w:t>cornuta</w:t>
            </w:r>
          </w:p>
        </w:tc>
        <w:tc>
          <w:tcPr>
            <w:tcW w:w="1814" w:type="dxa"/>
          </w:tcPr>
          <w:p w:rsidR="002819BA" w:rsidRPr="001B4907" w14:paraId="3C6D07DA" w14:textId="77777777">
            <w:pPr>
              <w:spacing w:after="0"/>
            </w:pPr>
            <w:r w:rsidRPr="001B4907">
              <w:rPr>
                <w:sz w:val="18"/>
              </w:rPr>
              <w:t>'</w:t>
            </w:r>
            <w:r w:rsidRPr="001B4907">
              <w:rPr>
                <w:sz w:val="18"/>
              </w:rPr>
              <w:t>Carneval</w:t>
            </w:r>
            <w:r w:rsidRPr="001B4907">
              <w:rPr>
                <w:sz w:val="18"/>
              </w:rPr>
              <w:t xml:space="preserve"> </w:t>
            </w:r>
            <w:r w:rsidRPr="001B4907">
              <w:rPr>
                <w:sz w:val="18"/>
              </w:rPr>
              <w:t>Early</w:t>
            </w:r>
            <w:r w:rsidRPr="001B4907">
              <w:rPr>
                <w:sz w:val="18"/>
              </w:rPr>
              <w:t xml:space="preserve"> </w:t>
            </w:r>
            <w:r w:rsidRPr="001B4907">
              <w:rPr>
                <w:sz w:val="18"/>
              </w:rPr>
              <w:t>Yellow</w:t>
            </w:r>
            <w:r w:rsidRPr="001B4907">
              <w:rPr>
                <w:sz w:val="18"/>
              </w:rPr>
              <w:t xml:space="preserve"> </w:t>
            </w:r>
            <w:r w:rsidRPr="001B4907">
              <w:rPr>
                <w:sz w:val="18"/>
              </w:rPr>
              <w:t>Purple</w:t>
            </w:r>
            <w:r w:rsidRPr="001B4907">
              <w:rPr>
                <w:sz w:val="18"/>
              </w:rPr>
              <w:t xml:space="preserve"> </w:t>
            </w:r>
            <w:r w:rsidRPr="001B4907">
              <w:rPr>
                <w:sz w:val="18"/>
              </w:rPr>
              <w:t>Wing</w:t>
            </w:r>
            <w:r w:rsidRPr="001B4907">
              <w:rPr>
                <w:sz w:val="18"/>
              </w:rPr>
              <w:t>'</w:t>
            </w:r>
          </w:p>
        </w:tc>
        <w:tc>
          <w:tcPr>
            <w:tcW w:w="1701" w:type="dxa"/>
          </w:tcPr>
          <w:p w:rsidR="002819BA" w:rsidRPr="001B4907" w14:paraId="3DD2FDFA" w14:textId="77777777">
            <w:pPr>
              <w:spacing w:after="0"/>
            </w:pPr>
            <w:r w:rsidRPr="001B4907">
              <w:rPr>
                <w:sz w:val="18"/>
              </w:rPr>
              <w:t>Ragainā vijolīte</w:t>
            </w:r>
          </w:p>
        </w:tc>
        <w:tc>
          <w:tcPr>
            <w:tcW w:w="1134" w:type="dxa"/>
          </w:tcPr>
          <w:p w:rsidR="002819BA" w:rsidRPr="001B4907" w14:paraId="62663A1B" w14:textId="77777777">
            <w:pPr>
              <w:spacing w:after="0"/>
              <w:jc w:val="center"/>
            </w:pPr>
            <w:r w:rsidRPr="001B4907">
              <w:rPr>
                <w:sz w:val="18"/>
              </w:rPr>
              <w:t>P11/P12/P13</w:t>
            </w:r>
          </w:p>
        </w:tc>
        <w:tc>
          <w:tcPr>
            <w:tcW w:w="710" w:type="dxa"/>
          </w:tcPr>
          <w:p w:rsidR="002819BA" w:rsidRPr="001B4907" w14:paraId="06D0194B" w14:textId="77777777">
            <w:pPr>
              <w:spacing w:after="0"/>
              <w:jc w:val="center"/>
            </w:pPr>
            <w:r w:rsidRPr="001B4907">
              <w:rPr>
                <w:sz w:val="18"/>
              </w:rPr>
              <w:t>gab.</w:t>
            </w:r>
          </w:p>
        </w:tc>
        <w:tc>
          <w:tcPr>
            <w:tcW w:w="794" w:type="dxa"/>
          </w:tcPr>
          <w:p w:rsidR="002819BA" w:rsidRPr="001B4907" w14:paraId="786712E8" w14:textId="77777777">
            <w:pPr>
              <w:spacing w:after="0"/>
              <w:jc w:val="center"/>
            </w:pPr>
            <w:r w:rsidRPr="001B4907">
              <w:rPr>
                <w:sz w:val="18"/>
              </w:rPr>
              <w:t>300</w:t>
            </w:r>
          </w:p>
        </w:tc>
        <w:tc>
          <w:tcPr>
            <w:tcW w:w="1247" w:type="dxa"/>
          </w:tcPr>
          <w:p w:rsidR="002819BA" w:rsidRPr="001B4907" w14:paraId="254D451F" w14:textId="77777777">
            <w:pPr>
              <w:spacing w:after="0"/>
              <w:jc w:val="center"/>
            </w:pPr>
            <w:r w:rsidRPr="001B4907">
              <w:rPr>
                <w:sz w:val="18"/>
              </w:rPr>
              <w:t>15.03.2027.–09.04.2027.</w:t>
            </w:r>
          </w:p>
        </w:tc>
      </w:tr>
      <w:tr w14:paraId="6C1D52E0" w14:textId="77777777" w:rsidTr="002957E9">
        <w:tblPrEx>
          <w:tblW w:w="0" w:type="auto"/>
          <w:jc w:val="center"/>
          <w:tblLayout w:type="fixed"/>
          <w:tblLook w:val="04A0"/>
        </w:tblPrEx>
        <w:trPr>
          <w:gridAfter w:val="1"/>
          <w:wAfter w:w="12" w:type="dxa"/>
          <w:jc w:val="center"/>
        </w:trPr>
        <w:tc>
          <w:tcPr>
            <w:tcW w:w="624" w:type="dxa"/>
          </w:tcPr>
          <w:p w:rsidR="002819BA" w:rsidRPr="001B4907" w14:paraId="54A0C3A4" w14:textId="77777777">
            <w:pPr>
              <w:spacing w:after="0"/>
              <w:jc w:val="center"/>
            </w:pPr>
            <w:r w:rsidRPr="001B4907">
              <w:rPr>
                <w:sz w:val="18"/>
              </w:rPr>
              <w:t>1.44</w:t>
            </w:r>
          </w:p>
        </w:tc>
        <w:tc>
          <w:tcPr>
            <w:tcW w:w="1814" w:type="dxa"/>
          </w:tcPr>
          <w:p w:rsidR="002819BA" w:rsidRPr="001B4907" w14:paraId="367E4E75" w14:textId="77777777">
            <w:pPr>
              <w:spacing w:after="0"/>
            </w:pPr>
            <w:r w:rsidRPr="001B4907">
              <w:rPr>
                <w:sz w:val="18"/>
              </w:rPr>
              <w:t xml:space="preserve">Viola </w:t>
            </w:r>
            <w:r w:rsidRPr="001B4907">
              <w:rPr>
                <w:sz w:val="18"/>
              </w:rPr>
              <w:t>cornuta</w:t>
            </w:r>
          </w:p>
        </w:tc>
        <w:tc>
          <w:tcPr>
            <w:tcW w:w="1814" w:type="dxa"/>
          </w:tcPr>
          <w:p w:rsidR="002819BA" w:rsidRPr="001B4907" w14:paraId="2694BD37" w14:textId="77777777">
            <w:pPr>
              <w:spacing w:after="0"/>
            </w:pPr>
            <w:r w:rsidRPr="001B4907">
              <w:rPr>
                <w:sz w:val="18"/>
              </w:rPr>
              <w:t>'</w:t>
            </w:r>
            <w:r w:rsidRPr="001B4907">
              <w:rPr>
                <w:sz w:val="18"/>
              </w:rPr>
              <w:t>Yellow</w:t>
            </w:r>
            <w:r w:rsidRPr="001B4907">
              <w:rPr>
                <w:sz w:val="18"/>
              </w:rPr>
              <w:t xml:space="preserve"> mix'</w:t>
            </w:r>
          </w:p>
        </w:tc>
        <w:tc>
          <w:tcPr>
            <w:tcW w:w="1701" w:type="dxa"/>
          </w:tcPr>
          <w:p w:rsidR="002819BA" w:rsidRPr="001B4907" w14:paraId="332BB13C" w14:textId="77777777">
            <w:pPr>
              <w:spacing w:after="0"/>
            </w:pPr>
            <w:r w:rsidRPr="001B4907">
              <w:rPr>
                <w:sz w:val="18"/>
              </w:rPr>
              <w:t>Ragainā vijolīte</w:t>
            </w:r>
          </w:p>
        </w:tc>
        <w:tc>
          <w:tcPr>
            <w:tcW w:w="1134" w:type="dxa"/>
          </w:tcPr>
          <w:p w:rsidR="002819BA" w:rsidRPr="001B4907" w14:paraId="2E3B24DD" w14:textId="77777777">
            <w:pPr>
              <w:spacing w:after="0"/>
              <w:jc w:val="center"/>
            </w:pPr>
            <w:r w:rsidRPr="001B4907">
              <w:rPr>
                <w:sz w:val="18"/>
              </w:rPr>
              <w:t>P11/P12/P13</w:t>
            </w:r>
          </w:p>
        </w:tc>
        <w:tc>
          <w:tcPr>
            <w:tcW w:w="710" w:type="dxa"/>
          </w:tcPr>
          <w:p w:rsidR="002819BA" w:rsidRPr="001B4907" w14:paraId="2E01F280" w14:textId="77777777">
            <w:pPr>
              <w:spacing w:after="0"/>
              <w:jc w:val="center"/>
            </w:pPr>
            <w:r w:rsidRPr="001B4907">
              <w:rPr>
                <w:sz w:val="18"/>
              </w:rPr>
              <w:t>gab.</w:t>
            </w:r>
          </w:p>
        </w:tc>
        <w:tc>
          <w:tcPr>
            <w:tcW w:w="794" w:type="dxa"/>
          </w:tcPr>
          <w:p w:rsidR="002819BA" w:rsidRPr="001B4907" w14:paraId="1BC0E587" w14:textId="77777777">
            <w:pPr>
              <w:spacing w:after="0"/>
              <w:jc w:val="center"/>
            </w:pPr>
            <w:r w:rsidRPr="001B4907">
              <w:rPr>
                <w:sz w:val="18"/>
              </w:rPr>
              <w:t>300</w:t>
            </w:r>
          </w:p>
        </w:tc>
        <w:tc>
          <w:tcPr>
            <w:tcW w:w="1247" w:type="dxa"/>
          </w:tcPr>
          <w:p w:rsidR="002819BA" w:rsidRPr="001B4907" w14:paraId="52323B64" w14:textId="77777777">
            <w:pPr>
              <w:spacing w:after="0"/>
              <w:jc w:val="center"/>
            </w:pPr>
            <w:r w:rsidRPr="001B4907">
              <w:rPr>
                <w:sz w:val="18"/>
              </w:rPr>
              <w:t>15.03.2027.–09.04.2027.</w:t>
            </w:r>
          </w:p>
        </w:tc>
      </w:tr>
      <w:tr w14:paraId="1B4B4CB4" w14:textId="77777777" w:rsidTr="002957E9">
        <w:tblPrEx>
          <w:tblW w:w="0" w:type="auto"/>
          <w:jc w:val="center"/>
          <w:tblLayout w:type="fixed"/>
          <w:tblLook w:val="04A0"/>
        </w:tblPrEx>
        <w:trPr>
          <w:jc w:val="center"/>
        </w:trPr>
        <w:tc>
          <w:tcPr>
            <w:tcW w:w="9850" w:type="dxa"/>
            <w:gridSpan w:val="9"/>
          </w:tcPr>
          <w:p w:rsidR="002819BA" w:rsidRPr="001B4907" w14:paraId="3C015CA0" w14:textId="79A18EA2">
            <w:pPr>
              <w:spacing w:after="0"/>
              <w:jc w:val="center"/>
            </w:pPr>
            <w:r w:rsidRPr="001B4907">
              <w:rPr>
                <w:sz w:val="18"/>
              </w:rPr>
              <w:t>Viengadīgo puķu stādu piegāde puķu podiem, Bauskas pilsēt</w:t>
            </w:r>
            <w:r w:rsidRPr="001B4907" w:rsidR="00BE6255">
              <w:rPr>
                <w:sz w:val="18"/>
              </w:rPr>
              <w:t>ā</w:t>
            </w:r>
          </w:p>
        </w:tc>
      </w:tr>
      <w:tr w14:paraId="192E7239" w14:textId="77777777" w:rsidTr="002957E9">
        <w:tblPrEx>
          <w:tblW w:w="0" w:type="auto"/>
          <w:jc w:val="center"/>
          <w:tblLayout w:type="fixed"/>
          <w:tblLook w:val="04A0"/>
        </w:tblPrEx>
        <w:trPr>
          <w:jc w:val="center"/>
        </w:trPr>
        <w:tc>
          <w:tcPr>
            <w:tcW w:w="9850" w:type="dxa"/>
            <w:gridSpan w:val="9"/>
          </w:tcPr>
          <w:p w:rsidR="002819BA" w:rsidRPr="001B4907" w14:paraId="32CA626B" w14:textId="57C4DCC4">
            <w:pPr>
              <w:spacing w:after="0"/>
              <w:jc w:val="center"/>
            </w:pPr>
            <w:r w:rsidRPr="001B4907">
              <w:rPr>
                <w:sz w:val="18"/>
              </w:rPr>
              <w:t>Mēmeles rotācijas aplis</w:t>
            </w:r>
            <w:r w:rsidRPr="001B4907" w:rsidR="00BE6255">
              <w:rPr>
                <w:sz w:val="18"/>
              </w:rPr>
              <w:t>:</w:t>
            </w:r>
            <w:r w:rsidRPr="001B4907">
              <w:rPr>
                <w:sz w:val="18"/>
              </w:rPr>
              <w:t xml:space="preserve"> arkas 3.gab.</w:t>
            </w:r>
            <w:r w:rsidRPr="001B4907" w:rsidR="00BE6255">
              <w:rPr>
                <w:sz w:val="18"/>
              </w:rPr>
              <w:t xml:space="preserve">, </w:t>
            </w:r>
            <w:r w:rsidRPr="001B4907">
              <w:rPr>
                <w:sz w:val="18"/>
              </w:rPr>
              <w:t>33.podi</w:t>
            </w:r>
          </w:p>
        </w:tc>
      </w:tr>
      <w:tr w14:paraId="61FB76FC" w14:textId="77777777" w:rsidTr="002957E9">
        <w:tblPrEx>
          <w:tblW w:w="0" w:type="auto"/>
          <w:jc w:val="center"/>
          <w:tblLayout w:type="fixed"/>
          <w:tblLook w:val="04A0"/>
        </w:tblPrEx>
        <w:trPr>
          <w:gridAfter w:val="1"/>
          <w:wAfter w:w="12" w:type="dxa"/>
          <w:jc w:val="center"/>
        </w:trPr>
        <w:tc>
          <w:tcPr>
            <w:tcW w:w="624" w:type="dxa"/>
          </w:tcPr>
          <w:p w:rsidR="002819BA" w:rsidRPr="001B4907" w14:paraId="25E0B5E6" w14:textId="77777777">
            <w:pPr>
              <w:spacing w:after="0"/>
              <w:jc w:val="center"/>
            </w:pPr>
            <w:r w:rsidRPr="001B4907">
              <w:rPr>
                <w:sz w:val="18"/>
              </w:rPr>
              <w:t>1.45</w:t>
            </w:r>
          </w:p>
        </w:tc>
        <w:tc>
          <w:tcPr>
            <w:tcW w:w="1814" w:type="dxa"/>
          </w:tcPr>
          <w:p w:rsidR="002819BA" w:rsidRPr="001B4907" w14:paraId="38AEED15"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29C9FEC5"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453F91A0" w14:textId="77777777">
            <w:pPr>
              <w:spacing w:after="0"/>
            </w:pPr>
            <w:r w:rsidRPr="001B4907">
              <w:rPr>
                <w:sz w:val="18"/>
              </w:rPr>
              <w:t>Vairoga pelargonija, nokarena</w:t>
            </w:r>
          </w:p>
        </w:tc>
        <w:tc>
          <w:tcPr>
            <w:tcW w:w="1134" w:type="dxa"/>
          </w:tcPr>
          <w:p w:rsidR="002819BA" w:rsidRPr="001B4907" w14:paraId="32C27A99" w14:textId="77777777">
            <w:pPr>
              <w:spacing w:after="0"/>
              <w:jc w:val="center"/>
            </w:pPr>
            <w:r w:rsidRPr="001B4907">
              <w:rPr>
                <w:sz w:val="18"/>
              </w:rPr>
              <w:t>Sastādīti Pasūtītāja podos</w:t>
            </w:r>
          </w:p>
        </w:tc>
        <w:tc>
          <w:tcPr>
            <w:tcW w:w="710" w:type="dxa"/>
          </w:tcPr>
          <w:p w:rsidR="002819BA" w:rsidRPr="001B4907" w14:paraId="69E60065" w14:textId="77777777">
            <w:pPr>
              <w:spacing w:after="0"/>
              <w:jc w:val="center"/>
            </w:pPr>
            <w:r w:rsidRPr="001B4907">
              <w:rPr>
                <w:sz w:val="18"/>
              </w:rPr>
              <w:t>gab.</w:t>
            </w:r>
          </w:p>
        </w:tc>
        <w:tc>
          <w:tcPr>
            <w:tcW w:w="794" w:type="dxa"/>
          </w:tcPr>
          <w:p w:rsidR="002819BA" w:rsidRPr="001B4907" w14:paraId="37AA011A" w14:textId="77777777">
            <w:pPr>
              <w:spacing w:after="0"/>
              <w:jc w:val="center"/>
            </w:pPr>
            <w:r w:rsidRPr="001B4907">
              <w:rPr>
                <w:sz w:val="18"/>
              </w:rPr>
              <w:t>66</w:t>
            </w:r>
          </w:p>
        </w:tc>
        <w:tc>
          <w:tcPr>
            <w:tcW w:w="1247" w:type="dxa"/>
          </w:tcPr>
          <w:p w:rsidR="002819BA" w:rsidRPr="001B4907" w14:paraId="0FF91731" w14:textId="77777777">
            <w:pPr>
              <w:spacing w:after="0"/>
              <w:jc w:val="center"/>
            </w:pPr>
            <w:r w:rsidRPr="001B4907">
              <w:rPr>
                <w:sz w:val="18"/>
              </w:rPr>
              <w:t>03.05.2027.–11.06.2027.</w:t>
            </w:r>
          </w:p>
        </w:tc>
      </w:tr>
      <w:tr w14:paraId="70606B3A" w14:textId="77777777" w:rsidTr="002957E9">
        <w:tblPrEx>
          <w:tblW w:w="0" w:type="auto"/>
          <w:jc w:val="center"/>
          <w:tblLayout w:type="fixed"/>
          <w:tblLook w:val="04A0"/>
        </w:tblPrEx>
        <w:trPr>
          <w:gridAfter w:val="1"/>
          <w:wAfter w:w="12" w:type="dxa"/>
          <w:jc w:val="center"/>
        </w:trPr>
        <w:tc>
          <w:tcPr>
            <w:tcW w:w="624" w:type="dxa"/>
          </w:tcPr>
          <w:p w:rsidR="002819BA" w:rsidRPr="001B4907" w14:paraId="071086A1" w14:textId="77777777">
            <w:pPr>
              <w:spacing w:after="0"/>
              <w:jc w:val="center"/>
            </w:pPr>
            <w:r w:rsidRPr="001B4907">
              <w:rPr>
                <w:sz w:val="18"/>
              </w:rPr>
              <w:t>1.46</w:t>
            </w:r>
          </w:p>
        </w:tc>
        <w:tc>
          <w:tcPr>
            <w:tcW w:w="1814" w:type="dxa"/>
          </w:tcPr>
          <w:p w:rsidR="002819BA" w:rsidRPr="001B4907" w14:paraId="2009833D"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27FC9035" w14:textId="77777777">
            <w:pPr>
              <w:spacing w:after="0"/>
            </w:pPr>
            <w:r w:rsidRPr="001B4907">
              <w:rPr>
                <w:sz w:val="18"/>
              </w:rPr>
              <w:t xml:space="preserve">'Mini Vista </w:t>
            </w:r>
            <w:r w:rsidRPr="001B4907">
              <w:rPr>
                <w:sz w:val="18"/>
              </w:rPr>
              <w:t>Yellow</w:t>
            </w:r>
            <w:r w:rsidRPr="001B4907">
              <w:rPr>
                <w:sz w:val="18"/>
              </w:rPr>
              <w:t>'</w:t>
            </w:r>
          </w:p>
        </w:tc>
        <w:tc>
          <w:tcPr>
            <w:tcW w:w="1701" w:type="dxa"/>
          </w:tcPr>
          <w:p w:rsidR="002819BA" w:rsidRPr="001B4907" w14:paraId="1F34FAF3" w14:textId="77777777">
            <w:pPr>
              <w:spacing w:after="0"/>
            </w:pPr>
            <w:r w:rsidRPr="001B4907">
              <w:rPr>
                <w:sz w:val="18"/>
              </w:rPr>
              <w:t>Atkinsa</w:t>
            </w:r>
            <w:r w:rsidRPr="001B4907">
              <w:rPr>
                <w:sz w:val="18"/>
              </w:rPr>
              <w:t xml:space="preserve"> petūnija</w:t>
            </w:r>
          </w:p>
        </w:tc>
        <w:tc>
          <w:tcPr>
            <w:tcW w:w="1134" w:type="dxa"/>
          </w:tcPr>
          <w:p w:rsidR="002819BA" w:rsidRPr="001B4907" w14:paraId="4E8C10DF" w14:textId="77777777">
            <w:pPr>
              <w:spacing w:after="0"/>
              <w:jc w:val="center"/>
            </w:pPr>
            <w:r w:rsidRPr="001B4907">
              <w:rPr>
                <w:sz w:val="18"/>
              </w:rPr>
              <w:t>Sastādīti Pasūtītāja podos</w:t>
            </w:r>
          </w:p>
        </w:tc>
        <w:tc>
          <w:tcPr>
            <w:tcW w:w="710" w:type="dxa"/>
          </w:tcPr>
          <w:p w:rsidR="002819BA" w:rsidRPr="001B4907" w14:paraId="6E70179F" w14:textId="77777777">
            <w:pPr>
              <w:spacing w:after="0"/>
              <w:jc w:val="center"/>
            </w:pPr>
            <w:r w:rsidRPr="001B4907">
              <w:rPr>
                <w:sz w:val="18"/>
              </w:rPr>
              <w:t>gab.</w:t>
            </w:r>
          </w:p>
        </w:tc>
        <w:tc>
          <w:tcPr>
            <w:tcW w:w="794" w:type="dxa"/>
          </w:tcPr>
          <w:p w:rsidR="002819BA" w:rsidRPr="001B4907" w14:paraId="5D471C15" w14:textId="77777777">
            <w:pPr>
              <w:spacing w:after="0"/>
              <w:jc w:val="center"/>
            </w:pPr>
            <w:r w:rsidRPr="001B4907">
              <w:rPr>
                <w:sz w:val="18"/>
              </w:rPr>
              <w:t>33</w:t>
            </w:r>
          </w:p>
        </w:tc>
        <w:tc>
          <w:tcPr>
            <w:tcW w:w="1247" w:type="dxa"/>
          </w:tcPr>
          <w:p w:rsidR="002819BA" w:rsidRPr="001B4907" w14:paraId="0C0D2C12" w14:textId="77777777">
            <w:pPr>
              <w:spacing w:after="0"/>
              <w:jc w:val="center"/>
            </w:pPr>
            <w:r w:rsidRPr="001B4907">
              <w:rPr>
                <w:sz w:val="18"/>
              </w:rPr>
              <w:t>03.05.2027.–11.06.2027.</w:t>
            </w:r>
          </w:p>
        </w:tc>
      </w:tr>
      <w:tr w14:paraId="6A377C06" w14:textId="77777777" w:rsidTr="002957E9">
        <w:tblPrEx>
          <w:tblW w:w="0" w:type="auto"/>
          <w:jc w:val="center"/>
          <w:tblLayout w:type="fixed"/>
          <w:tblLook w:val="04A0"/>
        </w:tblPrEx>
        <w:trPr>
          <w:gridAfter w:val="1"/>
          <w:wAfter w:w="12" w:type="dxa"/>
          <w:jc w:val="center"/>
        </w:trPr>
        <w:tc>
          <w:tcPr>
            <w:tcW w:w="624" w:type="dxa"/>
          </w:tcPr>
          <w:p w:rsidR="002819BA" w:rsidRPr="001B4907" w14:paraId="3DFE9538" w14:textId="77777777">
            <w:pPr>
              <w:spacing w:after="0"/>
              <w:jc w:val="center"/>
            </w:pPr>
            <w:r w:rsidRPr="001B4907">
              <w:rPr>
                <w:sz w:val="18"/>
              </w:rPr>
              <w:t>1.47</w:t>
            </w:r>
          </w:p>
        </w:tc>
        <w:tc>
          <w:tcPr>
            <w:tcW w:w="1814" w:type="dxa"/>
          </w:tcPr>
          <w:p w:rsidR="002819BA" w:rsidRPr="001B4907" w14:paraId="6AAF56A3"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639BAE7D"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Bicolor</w:t>
            </w:r>
            <w:r w:rsidRPr="001B4907">
              <w:rPr>
                <w:sz w:val="18"/>
              </w:rPr>
              <w:t>'</w:t>
            </w:r>
          </w:p>
        </w:tc>
        <w:tc>
          <w:tcPr>
            <w:tcW w:w="1701" w:type="dxa"/>
          </w:tcPr>
          <w:p w:rsidR="002819BA" w:rsidRPr="001B4907" w14:paraId="6681D43D" w14:textId="77777777">
            <w:pPr>
              <w:spacing w:after="0"/>
            </w:pPr>
            <w:r w:rsidRPr="001B4907">
              <w:rPr>
                <w:sz w:val="18"/>
              </w:rPr>
              <w:t>Vairoga pelargonija, nokarena</w:t>
            </w:r>
          </w:p>
        </w:tc>
        <w:tc>
          <w:tcPr>
            <w:tcW w:w="1134" w:type="dxa"/>
          </w:tcPr>
          <w:p w:rsidR="002819BA" w:rsidRPr="001B4907" w14:paraId="1DB81868" w14:textId="77777777">
            <w:pPr>
              <w:spacing w:after="0"/>
              <w:jc w:val="center"/>
            </w:pPr>
            <w:r w:rsidRPr="001B4907">
              <w:rPr>
                <w:sz w:val="18"/>
              </w:rPr>
              <w:t>Sastādīti Pasūtītāja podos</w:t>
            </w:r>
          </w:p>
        </w:tc>
        <w:tc>
          <w:tcPr>
            <w:tcW w:w="710" w:type="dxa"/>
          </w:tcPr>
          <w:p w:rsidR="002819BA" w:rsidRPr="001B4907" w14:paraId="3A8D0501" w14:textId="77777777">
            <w:pPr>
              <w:spacing w:after="0"/>
              <w:jc w:val="center"/>
            </w:pPr>
            <w:r w:rsidRPr="001B4907">
              <w:rPr>
                <w:sz w:val="18"/>
              </w:rPr>
              <w:t>gab.</w:t>
            </w:r>
          </w:p>
        </w:tc>
        <w:tc>
          <w:tcPr>
            <w:tcW w:w="794" w:type="dxa"/>
          </w:tcPr>
          <w:p w:rsidR="002819BA" w:rsidRPr="001B4907" w14:paraId="4F05CC2E" w14:textId="77777777">
            <w:pPr>
              <w:spacing w:after="0"/>
              <w:jc w:val="center"/>
            </w:pPr>
            <w:r w:rsidRPr="001B4907">
              <w:rPr>
                <w:sz w:val="18"/>
              </w:rPr>
              <w:t>33</w:t>
            </w:r>
          </w:p>
        </w:tc>
        <w:tc>
          <w:tcPr>
            <w:tcW w:w="1247" w:type="dxa"/>
          </w:tcPr>
          <w:p w:rsidR="002819BA" w:rsidRPr="001B4907" w14:paraId="2C76F23B" w14:textId="77777777">
            <w:pPr>
              <w:spacing w:after="0"/>
              <w:jc w:val="center"/>
            </w:pPr>
            <w:r w:rsidRPr="001B4907">
              <w:rPr>
                <w:sz w:val="18"/>
              </w:rPr>
              <w:t>03.05.2027.–11.06.2027.</w:t>
            </w:r>
          </w:p>
        </w:tc>
      </w:tr>
      <w:tr w14:paraId="5CF0A39C" w14:textId="77777777" w:rsidTr="002957E9">
        <w:tblPrEx>
          <w:tblW w:w="0" w:type="auto"/>
          <w:jc w:val="center"/>
          <w:tblLayout w:type="fixed"/>
          <w:tblLook w:val="04A0"/>
        </w:tblPrEx>
        <w:trPr>
          <w:gridAfter w:val="1"/>
          <w:wAfter w:w="12" w:type="dxa"/>
          <w:jc w:val="center"/>
        </w:trPr>
        <w:tc>
          <w:tcPr>
            <w:tcW w:w="624" w:type="dxa"/>
          </w:tcPr>
          <w:p w:rsidR="002819BA" w:rsidRPr="001B4907" w14:paraId="6D9DF407" w14:textId="77777777">
            <w:pPr>
              <w:spacing w:after="0"/>
              <w:jc w:val="center"/>
            </w:pPr>
            <w:r w:rsidRPr="001B4907">
              <w:rPr>
                <w:sz w:val="18"/>
              </w:rPr>
              <w:t>1.48</w:t>
            </w:r>
          </w:p>
        </w:tc>
        <w:tc>
          <w:tcPr>
            <w:tcW w:w="1814" w:type="dxa"/>
          </w:tcPr>
          <w:p w:rsidR="002819BA" w:rsidRPr="001B4907" w14:paraId="5FA7A86D" w14:textId="77777777">
            <w:pPr>
              <w:spacing w:after="0"/>
            </w:pPr>
            <w:r w:rsidRPr="001B4907">
              <w:rPr>
                <w:sz w:val="18"/>
              </w:rPr>
              <w:t>Lobelia</w:t>
            </w:r>
            <w:r w:rsidRPr="001B4907">
              <w:rPr>
                <w:sz w:val="18"/>
              </w:rPr>
              <w:t xml:space="preserve"> </w:t>
            </w:r>
            <w:r w:rsidRPr="001B4907">
              <w:rPr>
                <w:sz w:val="18"/>
              </w:rPr>
              <w:t>erinus</w:t>
            </w:r>
          </w:p>
        </w:tc>
        <w:tc>
          <w:tcPr>
            <w:tcW w:w="1814" w:type="dxa"/>
          </w:tcPr>
          <w:p w:rsidR="002819BA" w:rsidRPr="001B4907" w14:paraId="3DF54F6A" w14:textId="77777777">
            <w:pPr>
              <w:spacing w:after="0"/>
            </w:pPr>
            <w:r w:rsidRPr="001B4907">
              <w:rPr>
                <w:sz w:val="18"/>
              </w:rPr>
              <w:t>'</w:t>
            </w:r>
            <w:r w:rsidRPr="001B4907">
              <w:rPr>
                <w:sz w:val="18"/>
              </w:rPr>
              <w:t>Palace</w:t>
            </w:r>
            <w:r w:rsidRPr="001B4907">
              <w:rPr>
                <w:sz w:val="18"/>
              </w:rPr>
              <w:t xml:space="preserve"> </w:t>
            </w:r>
            <w:r w:rsidRPr="001B4907">
              <w:rPr>
                <w:sz w:val="18"/>
              </w:rPr>
              <w:t>Blue</w:t>
            </w:r>
            <w:r w:rsidRPr="001B4907">
              <w:rPr>
                <w:sz w:val="18"/>
              </w:rPr>
              <w:t>'</w:t>
            </w:r>
          </w:p>
        </w:tc>
        <w:tc>
          <w:tcPr>
            <w:tcW w:w="1701" w:type="dxa"/>
          </w:tcPr>
          <w:p w:rsidR="002819BA" w:rsidRPr="001B4907" w14:paraId="06F46BFB" w14:textId="77777777">
            <w:pPr>
              <w:spacing w:after="0"/>
            </w:pPr>
            <w:r w:rsidRPr="001B4907">
              <w:rPr>
                <w:sz w:val="18"/>
              </w:rPr>
              <w:t>Zemā lobēlija</w:t>
            </w:r>
          </w:p>
        </w:tc>
        <w:tc>
          <w:tcPr>
            <w:tcW w:w="1134" w:type="dxa"/>
          </w:tcPr>
          <w:p w:rsidR="002819BA" w:rsidRPr="001B4907" w14:paraId="69DF20D2" w14:textId="77777777">
            <w:pPr>
              <w:spacing w:after="0"/>
              <w:jc w:val="center"/>
            </w:pPr>
            <w:r w:rsidRPr="001B4907">
              <w:rPr>
                <w:sz w:val="18"/>
              </w:rPr>
              <w:t>Sastādīti Pasūtītāja podos</w:t>
            </w:r>
          </w:p>
        </w:tc>
        <w:tc>
          <w:tcPr>
            <w:tcW w:w="710" w:type="dxa"/>
          </w:tcPr>
          <w:p w:rsidR="002819BA" w:rsidRPr="001B4907" w14:paraId="2FFB11AD" w14:textId="77777777">
            <w:pPr>
              <w:spacing w:after="0"/>
              <w:jc w:val="center"/>
            </w:pPr>
            <w:r w:rsidRPr="001B4907">
              <w:rPr>
                <w:sz w:val="18"/>
              </w:rPr>
              <w:t>gab.</w:t>
            </w:r>
          </w:p>
        </w:tc>
        <w:tc>
          <w:tcPr>
            <w:tcW w:w="794" w:type="dxa"/>
          </w:tcPr>
          <w:p w:rsidR="002819BA" w:rsidRPr="001B4907" w14:paraId="4DE1D737" w14:textId="77777777">
            <w:pPr>
              <w:spacing w:after="0"/>
              <w:jc w:val="center"/>
            </w:pPr>
            <w:r w:rsidRPr="001B4907">
              <w:rPr>
                <w:sz w:val="18"/>
              </w:rPr>
              <w:t>33</w:t>
            </w:r>
          </w:p>
        </w:tc>
        <w:tc>
          <w:tcPr>
            <w:tcW w:w="1247" w:type="dxa"/>
          </w:tcPr>
          <w:p w:rsidR="002819BA" w:rsidRPr="001B4907" w14:paraId="6C0A29C0" w14:textId="77777777">
            <w:pPr>
              <w:spacing w:after="0"/>
              <w:jc w:val="center"/>
            </w:pPr>
            <w:r w:rsidRPr="001B4907">
              <w:rPr>
                <w:sz w:val="18"/>
              </w:rPr>
              <w:t>03.05.2027.–11.06.2027.</w:t>
            </w:r>
          </w:p>
        </w:tc>
      </w:tr>
      <w:tr w14:paraId="161B410A" w14:textId="77777777" w:rsidTr="002957E9">
        <w:tblPrEx>
          <w:tblW w:w="0" w:type="auto"/>
          <w:jc w:val="center"/>
          <w:tblLayout w:type="fixed"/>
          <w:tblLook w:val="04A0"/>
        </w:tblPrEx>
        <w:trPr>
          <w:jc w:val="center"/>
        </w:trPr>
        <w:tc>
          <w:tcPr>
            <w:tcW w:w="9850" w:type="dxa"/>
            <w:gridSpan w:val="9"/>
          </w:tcPr>
          <w:p w:rsidR="002819BA" w:rsidRPr="001B4907" w14:paraId="16C17110" w14:textId="16A9927A">
            <w:pPr>
              <w:spacing w:after="0"/>
              <w:jc w:val="center"/>
            </w:pPr>
            <w:r w:rsidRPr="001B4907">
              <w:rPr>
                <w:sz w:val="18"/>
              </w:rPr>
              <w:t>Īslīces rotācijas aplis</w:t>
            </w:r>
            <w:r w:rsidRPr="001B4907" w:rsidR="00BE6255">
              <w:rPr>
                <w:sz w:val="18"/>
              </w:rPr>
              <w:t>:</w:t>
            </w:r>
            <w:r w:rsidRPr="001B4907">
              <w:rPr>
                <w:sz w:val="18"/>
              </w:rPr>
              <w:t xml:space="preserve"> arkas 5.gab.</w:t>
            </w:r>
            <w:r w:rsidRPr="001B4907" w:rsidR="00BE6255">
              <w:rPr>
                <w:sz w:val="18"/>
              </w:rPr>
              <w:t xml:space="preserve">, </w:t>
            </w:r>
            <w:r w:rsidRPr="001B4907">
              <w:rPr>
                <w:sz w:val="18"/>
              </w:rPr>
              <w:t>55.podi</w:t>
            </w:r>
          </w:p>
        </w:tc>
      </w:tr>
      <w:tr w14:paraId="704E1C87" w14:textId="77777777" w:rsidTr="002957E9">
        <w:tblPrEx>
          <w:tblW w:w="0" w:type="auto"/>
          <w:jc w:val="center"/>
          <w:tblLayout w:type="fixed"/>
          <w:tblLook w:val="04A0"/>
        </w:tblPrEx>
        <w:trPr>
          <w:gridAfter w:val="1"/>
          <w:wAfter w:w="12" w:type="dxa"/>
          <w:jc w:val="center"/>
        </w:trPr>
        <w:tc>
          <w:tcPr>
            <w:tcW w:w="624" w:type="dxa"/>
          </w:tcPr>
          <w:p w:rsidR="002819BA" w:rsidRPr="001B4907" w14:paraId="2E9AE863" w14:textId="77777777">
            <w:pPr>
              <w:spacing w:after="0"/>
              <w:jc w:val="center"/>
            </w:pPr>
            <w:r w:rsidRPr="001B4907">
              <w:rPr>
                <w:sz w:val="18"/>
              </w:rPr>
              <w:t>1.49</w:t>
            </w:r>
          </w:p>
        </w:tc>
        <w:tc>
          <w:tcPr>
            <w:tcW w:w="1814" w:type="dxa"/>
          </w:tcPr>
          <w:p w:rsidR="002819BA" w:rsidRPr="001B4907" w14:paraId="07D1E9F2"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1B08A370"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3572ADD8" w14:textId="77777777">
            <w:pPr>
              <w:spacing w:after="0"/>
            </w:pPr>
            <w:r w:rsidRPr="001B4907">
              <w:rPr>
                <w:sz w:val="18"/>
              </w:rPr>
              <w:t>Vairoga pelargonija, nokarena</w:t>
            </w:r>
          </w:p>
        </w:tc>
        <w:tc>
          <w:tcPr>
            <w:tcW w:w="1134" w:type="dxa"/>
          </w:tcPr>
          <w:p w:rsidR="002819BA" w:rsidRPr="001B4907" w14:paraId="0B840D1E" w14:textId="77777777">
            <w:pPr>
              <w:spacing w:after="0"/>
              <w:jc w:val="center"/>
            </w:pPr>
            <w:r w:rsidRPr="001B4907">
              <w:rPr>
                <w:sz w:val="18"/>
              </w:rPr>
              <w:t>Sastādīti Pasūtītāja podos</w:t>
            </w:r>
          </w:p>
        </w:tc>
        <w:tc>
          <w:tcPr>
            <w:tcW w:w="710" w:type="dxa"/>
          </w:tcPr>
          <w:p w:rsidR="002819BA" w:rsidRPr="001B4907" w14:paraId="63F7DC9D" w14:textId="77777777">
            <w:pPr>
              <w:spacing w:after="0"/>
              <w:jc w:val="center"/>
            </w:pPr>
            <w:r w:rsidRPr="001B4907">
              <w:rPr>
                <w:sz w:val="18"/>
              </w:rPr>
              <w:t>gab.</w:t>
            </w:r>
          </w:p>
        </w:tc>
        <w:tc>
          <w:tcPr>
            <w:tcW w:w="794" w:type="dxa"/>
          </w:tcPr>
          <w:p w:rsidR="002819BA" w:rsidRPr="001B4907" w14:paraId="36D74D06" w14:textId="77777777">
            <w:pPr>
              <w:spacing w:after="0"/>
              <w:jc w:val="center"/>
            </w:pPr>
            <w:r w:rsidRPr="001B4907">
              <w:rPr>
                <w:sz w:val="18"/>
              </w:rPr>
              <w:t>55</w:t>
            </w:r>
          </w:p>
        </w:tc>
        <w:tc>
          <w:tcPr>
            <w:tcW w:w="1247" w:type="dxa"/>
          </w:tcPr>
          <w:p w:rsidR="002819BA" w:rsidRPr="001B4907" w14:paraId="7CB2BEC9" w14:textId="77777777">
            <w:pPr>
              <w:spacing w:after="0"/>
              <w:jc w:val="center"/>
            </w:pPr>
            <w:r w:rsidRPr="001B4907">
              <w:rPr>
                <w:sz w:val="18"/>
              </w:rPr>
              <w:t>03.05.2027.–11.06.2027.</w:t>
            </w:r>
          </w:p>
        </w:tc>
      </w:tr>
      <w:tr w14:paraId="3E7EE51B" w14:textId="77777777" w:rsidTr="002957E9">
        <w:tblPrEx>
          <w:tblW w:w="0" w:type="auto"/>
          <w:jc w:val="center"/>
          <w:tblLayout w:type="fixed"/>
          <w:tblLook w:val="04A0"/>
        </w:tblPrEx>
        <w:trPr>
          <w:gridAfter w:val="1"/>
          <w:wAfter w:w="12" w:type="dxa"/>
          <w:jc w:val="center"/>
        </w:trPr>
        <w:tc>
          <w:tcPr>
            <w:tcW w:w="624" w:type="dxa"/>
          </w:tcPr>
          <w:p w:rsidR="002819BA" w:rsidRPr="001B4907" w14:paraId="7FA95C74" w14:textId="77777777">
            <w:pPr>
              <w:spacing w:after="0"/>
              <w:jc w:val="center"/>
            </w:pPr>
            <w:r w:rsidRPr="001B4907">
              <w:rPr>
                <w:sz w:val="18"/>
              </w:rPr>
              <w:t>1.50</w:t>
            </w:r>
          </w:p>
        </w:tc>
        <w:tc>
          <w:tcPr>
            <w:tcW w:w="1814" w:type="dxa"/>
          </w:tcPr>
          <w:p w:rsidR="002819BA" w:rsidRPr="001B4907" w14:paraId="1F4CC042"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5E787007"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Bicolor</w:t>
            </w:r>
            <w:r w:rsidRPr="001B4907">
              <w:rPr>
                <w:sz w:val="18"/>
              </w:rPr>
              <w:t>'</w:t>
            </w:r>
          </w:p>
        </w:tc>
        <w:tc>
          <w:tcPr>
            <w:tcW w:w="1701" w:type="dxa"/>
          </w:tcPr>
          <w:p w:rsidR="002819BA" w:rsidRPr="001B4907" w14:paraId="4D6EA465" w14:textId="77777777">
            <w:pPr>
              <w:spacing w:after="0"/>
            </w:pPr>
            <w:r w:rsidRPr="001B4907">
              <w:rPr>
                <w:sz w:val="18"/>
              </w:rPr>
              <w:t>Vairoga pelargonija, nokarena</w:t>
            </w:r>
          </w:p>
        </w:tc>
        <w:tc>
          <w:tcPr>
            <w:tcW w:w="1134" w:type="dxa"/>
          </w:tcPr>
          <w:p w:rsidR="002819BA" w:rsidRPr="001B4907" w14:paraId="28A58717" w14:textId="77777777">
            <w:pPr>
              <w:spacing w:after="0"/>
              <w:jc w:val="center"/>
            </w:pPr>
            <w:r w:rsidRPr="001B4907">
              <w:rPr>
                <w:sz w:val="18"/>
              </w:rPr>
              <w:t>Sastādīti Pasūtītāja podos</w:t>
            </w:r>
          </w:p>
        </w:tc>
        <w:tc>
          <w:tcPr>
            <w:tcW w:w="710" w:type="dxa"/>
          </w:tcPr>
          <w:p w:rsidR="002819BA" w:rsidRPr="001B4907" w14:paraId="713C535F" w14:textId="77777777">
            <w:pPr>
              <w:spacing w:after="0"/>
              <w:jc w:val="center"/>
            </w:pPr>
            <w:r w:rsidRPr="001B4907">
              <w:rPr>
                <w:sz w:val="18"/>
              </w:rPr>
              <w:t>gab.</w:t>
            </w:r>
          </w:p>
        </w:tc>
        <w:tc>
          <w:tcPr>
            <w:tcW w:w="794" w:type="dxa"/>
          </w:tcPr>
          <w:p w:rsidR="002819BA" w:rsidRPr="001B4907" w14:paraId="3257516F" w14:textId="77777777">
            <w:pPr>
              <w:spacing w:after="0"/>
              <w:jc w:val="center"/>
            </w:pPr>
            <w:r w:rsidRPr="001B4907">
              <w:rPr>
                <w:sz w:val="18"/>
              </w:rPr>
              <w:t>55</w:t>
            </w:r>
          </w:p>
        </w:tc>
        <w:tc>
          <w:tcPr>
            <w:tcW w:w="1247" w:type="dxa"/>
          </w:tcPr>
          <w:p w:rsidR="002819BA" w:rsidRPr="001B4907" w14:paraId="5ADBD4C8" w14:textId="77777777">
            <w:pPr>
              <w:spacing w:after="0"/>
              <w:jc w:val="center"/>
            </w:pPr>
            <w:r w:rsidRPr="001B4907">
              <w:rPr>
                <w:sz w:val="18"/>
              </w:rPr>
              <w:t>03.05.2027.–11.06.2027.</w:t>
            </w:r>
          </w:p>
        </w:tc>
      </w:tr>
      <w:tr w14:paraId="2F8A3965" w14:textId="77777777" w:rsidTr="002957E9">
        <w:tblPrEx>
          <w:tblW w:w="0" w:type="auto"/>
          <w:jc w:val="center"/>
          <w:tblLayout w:type="fixed"/>
          <w:tblLook w:val="04A0"/>
        </w:tblPrEx>
        <w:trPr>
          <w:gridAfter w:val="1"/>
          <w:wAfter w:w="12" w:type="dxa"/>
          <w:jc w:val="center"/>
        </w:trPr>
        <w:tc>
          <w:tcPr>
            <w:tcW w:w="624" w:type="dxa"/>
          </w:tcPr>
          <w:p w:rsidR="002819BA" w:rsidRPr="001B4907" w14:paraId="25281E98" w14:textId="77777777">
            <w:pPr>
              <w:spacing w:after="0"/>
              <w:jc w:val="center"/>
            </w:pPr>
            <w:r w:rsidRPr="001B4907">
              <w:rPr>
                <w:sz w:val="18"/>
              </w:rPr>
              <w:t>1.51</w:t>
            </w:r>
          </w:p>
        </w:tc>
        <w:tc>
          <w:tcPr>
            <w:tcW w:w="1814" w:type="dxa"/>
          </w:tcPr>
          <w:p w:rsidR="002819BA" w:rsidRPr="001B4907" w14:paraId="0F2A6245" w14:textId="77777777">
            <w:pPr>
              <w:spacing w:after="0"/>
            </w:pPr>
            <w:r w:rsidRPr="001B4907">
              <w:rPr>
                <w:sz w:val="18"/>
              </w:rPr>
              <w:t>Lysimachia</w:t>
            </w:r>
            <w:r w:rsidRPr="001B4907">
              <w:rPr>
                <w:sz w:val="18"/>
              </w:rPr>
              <w:t xml:space="preserve"> </w:t>
            </w:r>
            <w:r w:rsidRPr="001B4907">
              <w:rPr>
                <w:sz w:val="18"/>
              </w:rPr>
              <w:t>nummularia</w:t>
            </w:r>
          </w:p>
        </w:tc>
        <w:tc>
          <w:tcPr>
            <w:tcW w:w="1814" w:type="dxa"/>
          </w:tcPr>
          <w:p w:rsidR="002819BA" w:rsidRPr="001B4907" w14:paraId="6808BB9E" w14:textId="77777777">
            <w:pPr>
              <w:spacing w:after="0"/>
            </w:pPr>
            <w:r w:rsidRPr="001B4907">
              <w:rPr>
                <w:sz w:val="18"/>
              </w:rPr>
              <w:t>'</w:t>
            </w:r>
            <w:r w:rsidRPr="001B4907">
              <w:rPr>
                <w:sz w:val="18"/>
              </w:rPr>
              <w:t>Goldilocks</w:t>
            </w:r>
            <w:r w:rsidRPr="001B4907">
              <w:rPr>
                <w:sz w:val="18"/>
              </w:rPr>
              <w:t>'</w:t>
            </w:r>
          </w:p>
        </w:tc>
        <w:tc>
          <w:tcPr>
            <w:tcW w:w="1701" w:type="dxa"/>
          </w:tcPr>
          <w:p w:rsidR="002819BA" w:rsidRPr="001B4907" w14:paraId="32129256" w14:textId="77777777">
            <w:pPr>
              <w:spacing w:after="0"/>
            </w:pPr>
            <w:r w:rsidRPr="001B4907">
              <w:rPr>
                <w:sz w:val="18"/>
              </w:rPr>
              <w:t>Pļavu zeltene</w:t>
            </w:r>
          </w:p>
        </w:tc>
        <w:tc>
          <w:tcPr>
            <w:tcW w:w="1134" w:type="dxa"/>
          </w:tcPr>
          <w:p w:rsidR="002819BA" w:rsidRPr="001B4907" w14:paraId="0D84C357" w14:textId="77777777">
            <w:pPr>
              <w:spacing w:after="0"/>
              <w:jc w:val="center"/>
            </w:pPr>
            <w:r w:rsidRPr="001B4907">
              <w:rPr>
                <w:sz w:val="18"/>
              </w:rPr>
              <w:t>Sastādīti Pasūtītāja podos</w:t>
            </w:r>
          </w:p>
        </w:tc>
        <w:tc>
          <w:tcPr>
            <w:tcW w:w="710" w:type="dxa"/>
          </w:tcPr>
          <w:p w:rsidR="002819BA" w:rsidRPr="001B4907" w14:paraId="394688C5" w14:textId="77777777">
            <w:pPr>
              <w:spacing w:after="0"/>
              <w:jc w:val="center"/>
            </w:pPr>
            <w:r w:rsidRPr="001B4907">
              <w:rPr>
                <w:sz w:val="18"/>
              </w:rPr>
              <w:t>gab.</w:t>
            </w:r>
          </w:p>
        </w:tc>
        <w:tc>
          <w:tcPr>
            <w:tcW w:w="794" w:type="dxa"/>
          </w:tcPr>
          <w:p w:rsidR="002819BA" w:rsidRPr="001B4907" w14:paraId="61F9AED4" w14:textId="77777777">
            <w:pPr>
              <w:spacing w:after="0"/>
              <w:jc w:val="center"/>
            </w:pPr>
            <w:r w:rsidRPr="001B4907">
              <w:rPr>
                <w:sz w:val="18"/>
              </w:rPr>
              <w:t>55</w:t>
            </w:r>
          </w:p>
        </w:tc>
        <w:tc>
          <w:tcPr>
            <w:tcW w:w="1247" w:type="dxa"/>
          </w:tcPr>
          <w:p w:rsidR="002819BA" w:rsidRPr="001B4907" w14:paraId="42B4DCDF" w14:textId="77777777">
            <w:pPr>
              <w:spacing w:after="0"/>
              <w:jc w:val="center"/>
            </w:pPr>
            <w:r w:rsidRPr="001B4907">
              <w:rPr>
                <w:sz w:val="18"/>
              </w:rPr>
              <w:t>03.05.2027.–11.06.2027.</w:t>
            </w:r>
          </w:p>
        </w:tc>
      </w:tr>
      <w:tr w14:paraId="47BDD389" w14:textId="77777777" w:rsidTr="002957E9">
        <w:tblPrEx>
          <w:tblW w:w="0" w:type="auto"/>
          <w:jc w:val="center"/>
          <w:tblLayout w:type="fixed"/>
          <w:tblLook w:val="04A0"/>
        </w:tblPrEx>
        <w:trPr>
          <w:gridAfter w:val="1"/>
          <w:wAfter w:w="12" w:type="dxa"/>
          <w:jc w:val="center"/>
        </w:trPr>
        <w:tc>
          <w:tcPr>
            <w:tcW w:w="624" w:type="dxa"/>
          </w:tcPr>
          <w:p w:rsidR="002819BA" w:rsidRPr="001B4907" w14:paraId="64C89E1F" w14:textId="77777777">
            <w:pPr>
              <w:spacing w:after="0"/>
              <w:jc w:val="center"/>
            </w:pPr>
            <w:r w:rsidRPr="001B4907">
              <w:rPr>
                <w:sz w:val="18"/>
              </w:rPr>
              <w:t>1.52</w:t>
            </w:r>
          </w:p>
        </w:tc>
        <w:tc>
          <w:tcPr>
            <w:tcW w:w="1814" w:type="dxa"/>
          </w:tcPr>
          <w:p w:rsidR="002819BA" w:rsidRPr="001B4907" w14:paraId="7F670192"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2DB436FA" w14:textId="77777777">
            <w:pPr>
              <w:spacing w:after="0"/>
            </w:pPr>
            <w:r w:rsidRPr="001B4907">
              <w:rPr>
                <w:sz w:val="18"/>
              </w:rPr>
              <w:t xml:space="preserve">'Mini Vista </w:t>
            </w:r>
            <w:r w:rsidRPr="001B4907">
              <w:rPr>
                <w:sz w:val="18"/>
              </w:rPr>
              <w:t>Yellow</w:t>
            </w:r>
            <w:r w:rsidRPr="001B4907">
              <w:rPr>
                <w:sz w:val="18"/>
              </w:rPr>
              <w:t>'</w:t>
            </w:r>
          </w:p>
        </w:tc>
        <w:tc>
          <w:tcPr>
            <w:tcW w:w="1701" w:type="dxa"/>
          </w:tcPr>
          <w:p w:rsidR="002819BA" w:rsidRPr="001B4907" w14:paraId="75ADCEE3" w14:textId="77777777">
            <w:pPr>
              <w:spacing w:after="0"/>
            </w:pPr>
            <w:r w:rsidRPr="001B4907">
              <w:rPr>
                <w:sz w:val="18"/>
              </w:rPr>
              <w:t>Atkinsa</w:t>
            </w:r>
            <w:r w:rsidRPr="001B4907">
              <w:rPr>
                <w:sz w:val="18"/>
              </w:rPr>
              <w:t xml:space="preserve"> petūnija</w:t>
            </w:r>
          </w:p>
        </w:tc>
        <w:tc>
          <w:tcPr>
            <w:tcW w:w="1134" w:type="dxa"/>
          </w:tcPr>
          <w:p w:rsidR="002819BA" w:rsidRPr="001B4907" w14:paraId="27E6D1E7" w14:textId="77777777">
            <w:pPr>
              <w:spacing w:after="0"/>
              <w:jc w:val="center"/>
            </w:pPr>
            <w:r w:rsidRPr="001B4907">
              <w:rPr>
                <w:sz w:val="18"/>
              </w:rPr>
              <w:t>Sastādīti Pasūtītāja podos</w:t>
            </w:r>
          </w:p>
        </w:tc>
        <w:tc>
          <w:tcPr>
            <w:tcW w:w="710" w:type="dxa"/>
          </w:tcPr>
          <w:p w:rsidR="002819BA" w:rsidRPr="001B4907" w14:paraId="5D0F5313" w14:textId="77777777">
            <w:pPr>
              <w:spacing w:after="0"/>
              <w:jc w:val="center"/>
            </w:pPr>
            <w:r w:rsidRPr="001B4907">
              <w:rPr>
                <w:sz w:val="18"/>
              </w:rPr>
              <w:t>gab.</w:t>
            </w:r>
          </w:p>
        </w:tc>
        <w:tc>
          <w:tcPr>
            <w:tcW w:w="794" w:type="dxa"/>
          </w:tcPr>
          <w:p w:rsidR="002819BA" w:rsidRPr="001B4907" w14:paraId="2FF2D6AC" w14:textId="77777777">
            <w:pPr>
              <w:spacing w:after="0"/>
              <w:jc w:val="center"/>
            </w:pPr>
            <w:r w:rsidRPr="001B4907">
              <w:rPr>
                <w:sz w:val="18"/>
              </w:rPr>
              <w:t>55</w:t>
            </w:r>
          </w:p>
        </w:tc>
        <w:tc>
          <w:tcPr>
            <w:tcW w:w="1247" w:type="dxa"/>
          </w:tcPr>
          <w:p w:rsidR="002819BA" w:rsidRPr="001B4907" w14:paraId="12224500" w14:textId="77777777">
            <w:pPr>
              <w:spacing w:after="0"/>
              <w:jc w:val="center"/>
            </w:pPr>
            <w:r w:rsidRPr="001B4907">
              <w:rPr>
                <w:sz w:val="18"/>
              </w:rPr>
              <w:t>03.05.2027.–11.06.2027.</w:t>
            </w:r>
          </w:p>
        </w:tc>
      </w:tr>
      <w:tr w14:paraId="05C55C3A" w14:textId="77777777" w:rsidTr="002957E9">
        <w:tblPrEx>
          <w:tblW w:w="0" w:type="auto"/>
          <w:jc w:val="center"/>
          <w:tblLayout w:type="fixed"/>
          <w:tblLook w:val="04A0"/>
        </w:tblPrEx>
        <w:trPr>
          <w:gridAfter w:val="1"/>
          <w:wAfter w:w="12" w:type="dxa"/>
          <w:jc w:val="center"/>
        </w:trPr>
        <w:tc>
          <w:tcPr>
            <w:tcW w:w="624" w:type="dxa"/>
          </w:tcPr>
          <w:p w:rsidR="002819BA" w:rsidRPr="001B4907" w14:paraId="586913FF" w14:textId="77777777">
            <w:pPr>
              <w:spacing w:after="0"/>
              <w:jc w:val="center"/>
            </w:pPr>
            <w:r w:rsidRPr="001B4907">
              <w:rPr>
                <w:sz w:val="18"/>
              </w:rPr>
              <w:t>1.53</w:t>
            </w:r>
          </w:p>
        </w:tc>
        <w:tc>
          <w:tcPr>
            <w:tcW w:w="1814" w:type="dxa"/>
          </w:tcPr>
          <w:p w:rsidR="002819BA" w:rsidRPr="001B4907" w14:paraId="523106AF" w14:textId="77777777">
            <w:pPr>
              <w:spacing w:after="0"/>
            </w:pPr>
            <w:r w:rsidRPr="001B4907">
              <w:rPr>
                <w:sz w:val="18"/>
              </w:rPr>
              <w:t>Ipomoea</w:t>
            </w:r>
            <w:r w:rsidRPr="001B4907">
              <w:rPr>
                <w:sz w:val="18"/>
              </w:rPr>
              <w:t xml:space="preserve"> </w:t>
            </w:r>
            <w:r w:rsidRPr="001B4907">
              <w:rPr>
                <w:sz w:val="18"/>
              </w:rPr>
              <w:t>batatas</w:t>
            </w:r>
          </w:p>
        </w:tc>
        <w:tc>
          <w:tcPr>
            <w:tcW w:w="1814" w:type="dxa"/>
          </w:tcPr>
          <w:p w:rsidR="002819BA" w:rsidRPr="001B4907" w14:paraId="3DDA5ABD" w14:textId="77777777">
            <w:pPr>
              <w:spacing w:after="0"/>
            </w:pPr>
            <w:r w:rsidRPr="001B4907">
              <w:rPr>
                <w:sz w:val="18"/>
              </w:rPr>
              <w:t>'</w:t>
            </w:r>
            <w:r w:rsidRPr="001B4907">
              <w:rPr>
                <w:sz w:val="18"/>
              </w:rPr>
              <w:t>SolarTower</w:t>
            </w:r>
            <w:r w:rsidRPr="001B4907">
              <w:rPr>
                <w:sz w:val="18"/>
              </w:rPr>
              <w:t xml:space="preserve"> </w:t>
            </w:r>
            <w:r w:rsidRPr="001B4907">
              <w:rPr>
                <w:sz w:val="18"/>
              </w:rPr>
              <w:t>Lime</w:t>
            </w:r>
            <w:r w:rsidRPr="001B4907">
              <w:rPr>
                <w:sz w:val="18"/>
              </w:rPr>
              <w:t>'</w:t>
            </w:r>
          </w:p>
        </w:tc>
        <w:tc>
          <w:tcPr>
            <w:tcW w:w="1701" w:type="dxa"/>
          </w:tcPr>
          <w:p w:rsidR="002819BA" w:rsidRPr="001B4907" w14:paraId="7CD7E577" w14:textId="77777777">
            <w:pPr>
              <w:spacing w:after="0"/>
            </w:pPr>
            <w:r w:rsidRPr="001B4907">
              <w:rPr>
                <w:sz w:val="18"/>
              </w:rPr>
              <w:t>Batātu</w:t>
            </w:r>
            <w:r w:rsidRPr="001B4907">
              <w:rPr>
                <w:sz w:val="18"/>
              </w:rPr>
              <w:t xml:space="preserve"> </w:t>
            </w:r>
            <w:r w:rsidRPr="001B4907">
              <w:rPr>
                <w:sz w:val="18"/>
              </w:rPr>
              <w:t>ipomeja</w:t>
            </w:r>
          </w:p>
        </w:tc>
        <w:tc>
          <w:tcPr>
            <w:tcW w:w="1134" w:type="dxa"/>
          </w:tcPr>
          <w:p w:rsidR="002819BA" w:rsidRPr="001B4907" w14:paraId="018AFA26" w14:textId="77777777">
            <w:pPr>
              <w:spacing w:after="0"/>
              <w:jc w:val="center"/>
            </w:pPr>
            <w:r w:rsidRPr="001B4907">
              <w:rPr>
                <w:sz w:val="18"/>
              </w:rPr>
              <w:t>Sastādīti Pasūtītāja podos</w:t>
            </w:r>
          </w:p>
        </w:tc>
        <w:tc>
          <w:tcPr>
            <w:tcW w:w="710" w:type="dxa"/>
          </w:tcPr>
          <w:p w:rsidR="002819BA" w:rsidRPr="001B4907" w14:paraId="4BAB3748" w14:textId="77777777">
            <w:pPr>
              <w:spacing w:after="0"/>
              <w:jc w:val="center"/>
            </w:pPr>
            <w:r w:rsidRPr="001B4907">
              <w:rPr>
                <w:sz w:val="18"/>
              </w:rPr>
              <w:t>gab.</w:t>
            </w:r>
          </w:p>
        </w:tc>
        <w:tc>
          <w:tcPr>
            <w:tcW w:w="794" w:type="dxa"/>
          </w:tcPr>
          <w:p w:rsidR="002819BA" w:rsidRPr="001B4907" w14:paraId="027496D5" w14:textId="77777777">
            <w:pPr>
              <w:spacing w:after="0"/>
              <w:jc w:val="center"/>
            </w:pPr>
            <w:r w:rsidRPr="001B4907">
              <w:rPr>
                <w:sz w:val="18"/>
              </w:rPr>
              <w:t>55</w:t>
            </w:r>
          </w:p>
        </w:tc>
        <w:tc>
          <w:tcPr>
            <w:tcW w:w="1247" w:type="dxa"/>
          </w:tcPr>
          <w:p w:rsidR="002819BA" w:rsidRPr="001B4907" w14:paraId="4DCB27DE" w14:textId="77777777">
            <w:pPr>
              <w:spacing w:after="0"/>
              <w:jc w:val="center"/>
            </w:pPr>
            <w:r w:rsidRPr="001B4907">
              <w:rPr>
                <w:sz w:val="18"/>
              </w:rPr>
              <w:t>03.05.2027.–11.06.2027.</w:t>
            </w:r>
          </w:p>
        </w:tc>
      </w:tr>
      <w:tr w14:paraId="7E7569FA" w14:textId="77777777" w:rsidTr="002957E9">
        <w:tblPrEx>
          <w:tblW w:w="0" w:type="auto"/>
          <w:jc w:val="center"/>
          <w:tblLayout w:type="fixed"/>
          <w:tblLook w:val="04A0"/>
        </w:tblPrEx>
        <w:trPr>
          <w:jc w:val="center"/>
        </w:trPr>
        <w:tc>
          <w:tcPr>
            <w:tcW w:w="9850" w:type="dxa"/>
            <w:gridSpan w:val="9"/>
          </w:tcPr>
          <w:p w:rsidR="002819BA" w:rsidRPr="001B4907" w14:paraId="7F6FC8C0" w14:textId="21CF3140">
            <w:pPr>
              <w:spacing w:after="0"/>
              <w:jc w:val="center"/>
            </w:pPr>
            <w:r w:rsidRPr="001B4907">
              <w:rPr>
                <w:sz w:val="18"/>
              </w:rPr>
              <w:t>Pilskalna rotācijas aplis</w:t>
            </w:r>
            <w:r w:rsidRPr="001B4907" w:rsidR="00BE6255">
              <w:rPr>
                <w:sz w:val="18"/>
              </w:rPr>
              <w:t>:</w:t>
            </w:r>
            <w:r w:rsidRPr="001B4907">
              <w:rPr>
                <w:sz w:val="18"/>
              </w:rPr>
              <w:t xml:space="preserve"> arkas</w:t>
            </w:r>
            <w:r w:rsidRPr="001B4907" w:rsidR="00BE6255">
              <w:rPr>
                <w:sz w:val="18"/>
              </w:rPr>
              <w:t xml:space="preserve"> </w:t>
            </w:r>
            <w:r w:rsidRPr="001B4907">
              <w:rPr>
                <w:sz w:val="18"/>
              </w:rPr>
              <w:t>3.gab.</w:t>
            </w:r>
            <w:r w:rsidRPr="001B4907" w:rsidR="00BE6255">
              <w:rPr>
                <w:sz w:val="18"/>
              </w:rPr>
              <w:t xml:space="preserve">, </w:t>
            </w:r>
            <w:r w:rsidRPr="001B4907">
              <w:rPr>
                <w:sz w:val="18"/>
              </w:rPr>
              <w:t>33.podi</w:t>
            </w:r>
          </w:p>
        </w:tc>
      </w:tr>
      <w:tr w14:paraId="3596C84B" w14:textId="77777777" w:rsidTr="002957E9">
        <w:tblPrEx>
          <w:tblW w:w="0" w:type="auto"/>
          <w:jc w:val="center"/>
          <w:tblLayout w:type="fixed"/>
          <w:tblLook w:val="04A0"/>
        </w:tblPrEx>
        <w:trPr>
          <w:gridAfter w:val="1"/>
          <w:wAfter w:w="12" w:type="dxa"/>
          <w:jc w:val="center"/>
        </w:trPr>
        <w:tc>
          <w:tcPr>
            <w:tcW w:w="624" w:type="dxa"/>
          </w:tcPr>
          <w:p w:rsidR="002819BA" w:rsidRPr="001B4907" w14:paraId="796FA250" w14:textId="77777777">
            <w:pPr>
              <w:spacing w:after="0"/>
              <w:jc w:val="center"/>
            </w:pPr>
            <w:r w:rsidRPr="001B4907">
              <w:rPr>
                <w:sz w:val="18"/>
              </w:rPr>
              <w:t>1.54</w:t>
            </w:r>
          </w:p>
        </w:tc>
        <w:tc>
          <w:tcPr>
            <w:tcW w:w="1814" w:type="dxa"/>
          </w:tcPr>
          <w:p w:rsidR="002819BA" w:rsidRPr="001B4907" w14:paraId="4AB2D910"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4A3E1A59"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4B859283" w14:textId="77777777">
            <w:pPr>
              <w:spacing w:after="0"/>
            </w:pPr>
            <w:r w:rsidRPr="001B4907">
              <w:rPr>
                <w:sz w:val="18"/>
              </w:rPr>
              <w:t>Vairoga pelargonija, nokarena</w:t>
            </w:r>
          </w:p>
        </w:tc>
        <w:tc>
          <w:tcPr>
            <w:tcW w:w="1134" w:type="dxa"/>
          </w:tcPr>
          <w:p w:rsidR="002819BA" w:rsidRPr="001B4907" w14:paraId="5E527EAF" w14:textId="77777777">
            <w:pPr>
              <w:spacing w:after="0"/>
              <w:jc w:val="center"/>
            </w:pPr>
            <w:r w:rsidRPr="001B4907">
              <w:rPr>
                <w:sz w:val="18"/>
              </w:rPr>
              <w:t>Sastādīti Pasūtītāja podos</w:t>
            </w:r>
          </w:p>
        </w:tc>
        <w:tc>
          <w:tcPr>
            <w:tcW w:w="710" w:type="dxa"/>
          </w:tcPr>
          <w:p w:rsidR="002819BA" w:rsidRPr="001B4907" w14:paraId="1DD2EA46" w14:textId="77777777">
            <w:pPr>
              <w:spacing w:after="0"/>
              <w:jc w:val="center"/>
            </w:pPr>
            <w:r w:rsidRPr="001B4907">
              <w:rPr>
                <w:sz w:val="18"/>
              </w:rPr>
              <w:t>gab.</w:t>
            </w:r>
          </w:p>
        </w:tc>
        <w:tc>
          <w:tcPr>
            <w:tcW w:w="794" w:type="dxa"/>
          </w:tcPr>
          <w:p w:rsidR="002819BA" w:rsidRPr="001B4907" w14:paraId="3F724C15" w14:textId="77777777">
            <w:pPr>
              <w:spacing w:after="0"/>
              <w:jc w:val="center"/>
            </w:pPr>
            <w:r w:rsidRPr="001B4907">
              <w:rPr>
                <w:sz w:val="18"/>
              </w:rPr>
              <w:t>66</w:t>
            </w:r>
          </w:p>
        </w:tc>
        <w:tc>
          <w:tcPr>
            <w:tcW w:w="1247" w:type="dxa"/>
          </w:tcPr>
          <w:p w:rsidR="002819BA" w:rsidRPr="001B4907" w14:paraId="1EDD9480" w14:textId="77777777">
            <w:pPr>
              <w:spacing w:after="0"/>
              <w:jc w:val="center"/>
            </w:pPr>
            <w:r w:rsidRPr="001B4907">
              <w:rPr>
                <w:sz w:val="18"/>
              </w:rPr>
              <w:t>03.05.2027.–11.06.2027.</w:t>
            </w:r>
          </w:p>
        </w:tc>
      </w:tr>
      <w:tr w14:paraId="420CF053" w14:textId="77777777" w:rsidTr="002957E9">
        <w:tblPrEx>
          <w:tblW w:w="0" w:type="auto"/>
          <w:jc w:val="center"/>
          <w:tblLayout w:type="fixed"/>
          <w:tblLook w:val="04A0"/>
        </w:tblPrEx>
        <w:trPr>
          <w:gridAfter w:val="1"/>
          <w:wAfter w:w="12" w:type="dxa"/>
          <w:jc w:val="center"/>
        </w:trPr>
        <w:tc>
          <w:tcPr>
            <w:tcW w:w="624" w:type="dxa"/>
          </w:tcPr>
          <w:p w:rsidR="002819BA" w:rsidRPr="001B4907" w14:paraId="748EBE42" w14:textId="77777777">
            <w:pPr>
              <w:spacing w:after="0"/>
              <w:jc w:val="center"/>
            </w:pPr>
            <w:r w:rsidRPr="001B4907">
              <w:rPr>
                <w:sz w:val="18"/>
              </w:rPr>
              <w:t>1.55</w:t>
            </w:r>
          </w:p>
        </w:tc>
        <w:tc>
          <w:tcPr>
            <w:tcW w:w="1814" w:type="dxa"/>
          </w:tcPr>
          <w:p w:rsidR="002819BA" w:rsidRPr="001B4907" w14:paraId="2325E217"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7F5F466C"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Rot</w:t>
            </w:r>
            <w:r w:rsidRPr="001B4907">
              <w:rPr>
                <w:sz w:val="18"/>
              </w:rPr>
              <w:t>'</w:t>
            </w:r>
          </w:p>
        </w:tc>
        <w:tc>
          <w:tcPr>
            <w:tcW w:w="1701" w:type="dxa"/>
          </w:tcPr>
          <w:p w:rsidR="002819BA" w:rsidRPr="001B4907" w14:paraId="051D94AD" w14:textId="77777777">
            <w:pPr>
              <w:spacing w:after="0"/>
            </w:pPr>
            <w:r w:rsidRPr="001B4907">
              <w:rPr>
                <w:sz w:val="18"/>
              </w:rPr>
              <w:t>Vairoga pelargonija, nokarena</w:t>
            </w:r>
          </w:p>
        </w:tc>
        <w:tc>
          <w:tcPr>
            <w:tcW w:w="1134" w:type="dxa"/>
          </w:tcPr>
          <w:p w:rsidR="002819BA" w:rsidRPr="001B4907" w14:paraId="5ADD52A4" w14:textId="77777777">
            <w:pPr>
              <w:spacing w:after="0"/>
              <w:jc w:val="center"/>
            </w:pPr>
            <w:r w:rsidRPr="001B4907">
              <w:rPr>
                <w:sz w:val="18"/>
              </w:rPr>
              <w:t>Sastādīti Pasūtītāja podos</w:t>
            </w:r>
          </w:p>
        </w:tc>
        <w:tc>
          <w:tcPr>
            <w:tcW w:w="710" w:type="dxa"/>
          </w:tcPr>
          <w:p w:rsidR="002819BA" w:rsidRPr="001B4907" w14:paraId="77B83458" w14:textId="77777777">
            <w:pPr>
              <w:spacing w:after="0"/>
              <w:jc w:val="center"/>
            </w:pPr>
            <w:r w:rsidRPr="001B4907">
              <w:rPr>
                <w:sz w:val="18"/>
              </w:rPr>
              <w:t>gab.</w:t>
            </w:r>
          </w:p>
        </w:tc>
        <w:tc>
          <w:tcPr>
            <w:tcW w:w="794" w:type="dxa"/>
          </w:tcPr>
          <w:p w:rsidR="002819BA" w:rsidRPr="001B4907" w14:paraId="70BCFAD8" w14:textId="77777777">
            <w:pPr>
              <w:spacing w:after="0"/>
              <w:jc w:val="center"/>
            </w:pPr>
            <w:r w:rsidRPr="001B4907">
              <w:rPr>
                <w:sz w:val="18"/>
              </w:rPr>
              <w:t>33</w:t>
            </w:r>
          </w:p>
        </w:tc>
        <w:tc>
          <w:tcPr>
            <w:tcW w:w="1247" w:type="dxa"/>
          </w:tcPr>
          <w:p w:rsidR="002819BA" w:rsidRPr="001B4907" w14:paraId="1CF01972" w14:textId="77777777">
            <w:pPr>
              <w:spacing w:after="0"/>
              <w:jc w:val="center"/>
            </w:pPr>
            <w:r w:rsidRPr="001B4907">
              <w:rPr>
                <w:sz w:val="18"/>
              </w:rPr>
              <w:t>03.05.2027.–11.06.2027.</w:t>
            </w:r>
          </w:p>
        </w:tc>
      </w:tr>
      <w:tr w14:paraId="45C96153" w14:textId="77777777" w:rsidTr="002957E9">
        <w:tblPrEx>
          <w:tblW w:w="0" w:type="auto"/>
          <w:jc w:val="center"/>
          <w:tblLayout w:type="fixed"/>
          <w:tblLook w:val="04A0"/>
        </w:tblPrEx>
        <w:trPr>
          <w:gridAfter w:val="1"/>
          <w:wAfter w:w="12" w:type="dxa"/>
          <w:jc w:val="center"/>
        </w:trPr>
        <w:tc>
          <w:tcPr>
            <w:tcW w:w="624" w:type="dxa"/>
          </w:tcPr>
          <w:p w:rsidR="002819BA" w:rsidRPr="001B4907" w14:paraId="056C65B1" w14:textId="77777777">
            <w:pPr>
              <w:spacing w:after="0"/>
              <w:jc w:val="center"/>
            </w:pPr>
            <w:r w:rsidRPr="001B4907">
              <w:rPr>
                <w:sz w:val="18"/>
              </w:rPr>
              <w:t>1.56</w:t>
            </w:r>
          </w:p>
        </w:tc>
        <w:tc>
          <w:tcPr>
            <w:tcW w:w="1814" w:type="dxa"/>
          </w:tcPr>
          <w:p w:rsidR="002819BA" w:rsidRPr="001B4907" w14:paraId="2A85D9FF" w14:textId="77777777">
            <w:pPr>
              <w:spacing w:after="0"/>
            </w:pPr>
            <w:r w:rsidRPr="001B4907">
              <w:rPr>
                <w:sz w:val="18"/>
              </w:rPr>
              <w:t>Ipomoea</w:t>
            </w:r>
            <w:r w:rsidRPr="001B4907">
              <w:rPr>
                <w:sz w:val="18"/>
              </w:rPr>
              <w:t xml:space="preserve"> </w:t>
            </w:r>
            <w:r w:rsidRPr="001B4907">
              <w:rPr>
                <w:sz w:val="18"/>
              </w:rPr>
              <w:t>batatas</w:t>
            </w:r>
          </w:p>
        </w:tc>
        <w:tc>
          <w:tcPr>
            <w:tcW w:w="1814" w:type="dxa"/>
          </w:tcPr>
          <w:p w:rsidR="002819BA" w:rsidRPr="001B4907" w14:paraId="6C08C2EE" w14:textId="77777777">
            <w:pPr>
              <w:spacing w:after="0"/>
            </w:pPr>
            <w:r w:rsidRPr="001B4907">
              <w:rPr>
                <w:sz w:val="18"/>
              </w:rPr>
              <w:t>'</w:t>
            </w:r>
            <w:r w:rsidRPr="001B4907">
              <w:rPr>
                <w:sz w:val="18"/>
              </w:rPr>
              <w:t>SolarTower</w:t>
            </w:r>
            <w:r w:rsidRPr="001B4907">
              <w:rPr>
                <w:sz w:val="18"/>
              </w:rPr>
              <w:t xml:space="preserve"> </w:t>
            </w:r>
            <w:r w:rsidRPr="001B4907">
              <w:rPr>
                <w:sz w:val="18"/>
              </w:rPr>
              <w:t>Lime</w:t>
            </w:r>
            <w:r w:rsidRPr="001B4907">
              <w:rPr>
                <w:sz w:val="18"/>
              </w:rPr>
              <w:t>'</w:t>
            </w:r>
          </w:p>
        </w:tc>
        <w:tc>
          <w:tcPr>
            <w:tcW w:w="1701" w:type="dxa"/>
          </w:tcPr>
          <w:p w:rsidR="002819BA" w:rsidRPr="001B4907" w14:paraId="272B269D" w14:textId="77777777">
            <w:pPr>
              <w:spacing w:after="0"/>
            </w:pPr>
            <w:r w:rsidRPr="001B4907">
              <w:rPr>
                <w:sz w:val="18"/>
              </w:rPr>
              <w:t>Batātu</w:t>
            </w:r>
            <w:r w:rsidRPr="001B4907">
              <w:rPr>
                <w:sz w:val="18"/>
              </w:rPr>
              <w:t xml:space="preserve"> </w:t>
            </w:r>
            <w:r w:rsidRPr="001B4907">
              <w:rPr>
                <w:sz w:val="18"/>
              </w:rPr>
              <w:t>ipomeja</w:t>
            </w:r>
          </w:p>
        </w:tc>
        <w:tc>
          <w:tcPr>
            <w:tcW w:w="1134" w:type="dxa"/>
          </w:tcPr>
          <w:p w:rsidR="002819BA" w:rsidRPr="001B4907" w14:paraId="3D751C25" w14:textId="77777777">
            <w:pPr>
              <w:spacing w:after="0"/>
              <w:jc w:val="center"/>
            </w:pPr>
            <w:r w:rsidRPr="001B4907">
              <w:rPr>
                <w:sz w:val="18"/>
              </w:rPr>
              <w:t>Sastādīti Pasūtītāja podos</w:t>
            </w:r>
          </w:p>
        </w:tc>
        <w:tc>
          <w:tcPr>
            <w:tcW w:w="710" w:type="dxa"/>
          </w:tcPr>
          <w:p w:rsidR="002819BA" w:rsidRPr="001B4907" w14:paraId="50C57961" w14:textId="77777777">
            <w:pPr>
              <w:spacing w:after="0"/>
              <w:jc w:val="center"/>
            </w:pPr>
            <w:r w:rsidRPr="001B4907">
              <w:rPr>
                <w:sz w:val="18"/>
              </w:rPr>
              <w:t>gab.</w:t>
            </w:r>
          </w:p>
        </w:tc>
        <w:tc>
          <w:tcPr>
            <w:tcW w:w="794" w:type="dxa"/>
          </w:tcPr>
          <w:p w:rsidR="002819BA" w:rsidRPr="001B4907" w14:paraId="42CE5215" w14:textId="77777777">
            <w:pPr>
              <w:spacing w:after="0"/>
              <w:jc w:val="center"/>
            </w:pPr>
            <w:r w:rsidRPr="001B4907">
              <w:rPr>
                <w:sz w:val="18"/>
              </w:rPr>
              <w:t>33</w:t>
            </w:r>
          </w:p>
        </w:tc>
        <w:tc>
          <w:tcPr>
            <w:tcW w:w="1247" w:type="dxa"/>
          </w:tcPr>
          <w:p w:rsidR="002819BA" w:rsidRPr="001B4907" w14:paraId="002FD34A" w14:textId="77777777">
            <w:pPr>
              <w:spacing w:after="0"/>
              <w:jc w:val="center"/>
            </w:pPr>
            <w:r w:rsidRPr="001B4907">
              <w:rPr>
                <w:sz w:val="18"/>
              </w:rPr>
              <w:t>03.05.2027.–11.06.2027.</w:t>
            </w:r>
          </w:p>
        </w:tc>
      </w:tr>
      <w:tr w14:paraId="0EC7D1D7" w14:textId="77777777" w:rsidTr="002957E9">
        <w:tblPrEx>
          <w:tblW w:w="0" w:type="auto"/>
          <w:jc w:val="center"/>
          <w:tblLayout w:type="fixed"/>
          <w:tblLook w:val="04A0"/>
        </w:tblPrEx>
        <w:trPr>
          <w:gridAfter w:val="1"/>
          <w:wAfter w:w="12" w:type="dxa"/>
          <w:jc w:val="center"/>
        </w:trPr>
        <w:tc>
          <w:tcPr>
            <w:tcW w:w="624" w:type="dxa"/>
          </w:tcPr>
          <w:p w:rsidR="002819BA" w:rsidRPr="001B4907" w14:paraId="59A783C5" w14:textId="77777777">
            <w:pPr>
              <w:spacing w:after="0"/>
              <w:jc w:val="center"/>
            </w:pPr>
            <w:r w:rsidRPr="001B4907">
              <w:rPr>
                <w:sz w:val="18"/>
              </w:rPr>
              <w:t>1.57</w:t>
            </w:r>
          </w:p>
        </w:tc>
        <w:tc>
          <w:tcPr>
            <w:tcW w:w="1814" w:type="dxa"/>
          </w:tcPr>
          <w:p w:rsidR="002819BA" w:rsidRPr="001B4907" w14:paraId="0A7703E5"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12DD2E2D" w14:textId="77777777">
            <w:pPr>
              <w:spacing w:after="0"/>
            </w:pPr>
            <w:r w:rsidRPr="001B4907">
              <w:rPr>
                <w:sz w:val="18"/>
              </w:rPr>
              <w:t xml:space="preserve">'Vista </w:t>
            </w:r>
            <w:r w:rsidRPr="001B4907">
              <w:rPr>
                <w:sz w:val="18"/>
              </w:rPr>
              <w:t>Snow</w:t>
            </w:r>
            <w:r w:rsidRPr="001B4907">
              <w:rPr>
                <w:sz w:val="18"/>
              </w:rPr>
              <w:t xml:space="preserve"> DRIFT'</w:t>
            </w:r>
          </w:p>
        </w:tc>
        <w:tc>
          <w:tcPr>
            <w:tcW w:w="1701" w:type="dxa"/>
          </w:tcPr>
          <w:p w:rsidR="002819BA" w:rsidRPr="001B4907" w14:paraId="4A4140D9" w14:textId="77777777">
            <w:pPr>
              <w:spacing w:after="0"/>
            </w:pPr>
            <w:r w:rsidRPr="001B4907">
              <w:rPr>
                <w:sz w:val="18"/>
              </w:rPr>
              <w:t>Petūnija</w:t>
            </w:r>
          </w:p>
        </w:tc>
        <w:tc>
          <w:tcPr>
            <w:tcW w:w="1134" w:type="dxa"/>
          </w:tcPr>
          <w:p w:rsidR="002819BA" w:rsidRPr="001B4907" w14:paraId="4461B021" w14:textId="77777777">
            <w:pPr>
              <w:spacing w:after="0"/>
              <w:jc w:val="center"/>
            </w:pPr>
            <w:r w:rsidRPr="001B4907">
              <w:rPr>
                <w:sz w:val="18"/>
              </w:rPr>
              <w:t>Sastādīti Pasūtītāja podos</w:t>
            </w:r>
          </w:p>
        </w:tc>
        <w:tc>
          <w:tcPr>
            <w:tcW w:w="710" w:type="dxa"/>
          </w:tcPr>
          <w:p w:rsidR="002819BA" w:rsidRPr="001B4907" w14:paraId="72AEC005" w14:textId="77777777">
            <w:pPr>
              <w:spacing w:after="0"/>
              <w:jc w:val="center"/>
            </w:pPr>
            <w:r w:rsidRPr="001B4907">
              <w:rPr>
                <w:sz w:val="18"/>
              </w:rPr>
              <w:t>gab.</w:t>
            </w:r>
          </w:p>
        </w:tc>
        <w:tc>
          <w:tcPr>
            <w:tcW w:w="794" w:type="dxa"/>
          </w:tcPr>
          <w:p w:rsidR="002819BA" w:rsidRPr="001B4907" w14:paraId="35097E72" w14:textId="77777777">
            <w:pPr>
              <w:spacing w:after="0"/>
              <w:jc w:val="center"/>
            </w:pPr>
            <w:r w:rsidRPr="001B4907">
              <w:rPr>
                <w:sz w:val="18"/>
              </w:rPr>
              <w:t>33</w:t>
            </w:r>
          </w:p>
        </w:tc>
        <w:tc>
          <w:tcPr>
            <w:tcW w:w="1247" w:type="dxa"/>
          </w:tcPr>
          <w:p w:rsidR="002819BA" w:rsidRPr="001B4907" w14:paraId="4844B45B" w14:textId="77777777">
            <w:pPr>
              <w:spacing w:after="0"/>
              <w:jc w:val="center"/>
            </w:pPr>
            <w:r w:rsidRPr="001B4907">
              <w:rPr>
                <w:sz w:val="18"/>
              </w:rPr>
              <w:t>03.05.2027.–11.06.2027.</w:t>
            </w:r>
          </w:p>
        </w:tc>
      </w:tr>
      <w:tr w14:paraId="361ECB70" w14:textId="77777777" w:rsidTr="002957E9">
        <w:tblPrEx>
          <w:tblW w:w="0" w:type="auto"/>
          <w:jc w:val="center"/>
          <w:tblLayout w:type="fixed"/>
          <w:tblLook w:val="04A0"/>
        </w:tblPrEx>
        <w:trPr>
          <w:jc w:val="center"/>
        </w:trPr>
        <w:tc>
          <w:tcPr>
            <w:tcW w:w="9850" w:type="dxa"/>
            <w:gridSpan w:val="9"/>
          </w:tcPr>
          <w:p w:rsidR="002819BA" w:rsidRPr="001B4907" w14:paraId="22C9E339" w14:textId="529B972A">
            <w:pPr>
              <w:spacing w:after="0"/>
              <w:jc w:val="center"/>
            </w:pPr>
            <w:r w:rsidRPr="001B4907">
              <w:rPr>
                <w:sz w:val="18"/>
              </w:rPr>
              <w:t>Rātslaukuma laternu puķu podi 4</w:t>
            </w:r>
            <w:r w:rsidRPr="001B4907" w:rsidR="00BE6255">
              <w:rPr>
                <w:sz w:val="18"/>
              </w:rPr>
              <w:t xml:space="preserve"> </w:t>
            </w:r>
            <w:r w:rsidRPr="001B4907">
              <w:rPr>
                <w:sz w:val="18"/>
              </w:rPr>
              <w:t>gab</w:t>
            </w:r>
            <w:r w:rsidRPr="001B4907" w:rsidR="00BE6255">
              <w:rPr>
                <w:sz w:val="18"/>
              </w:rPr>
              <w:t>.</w:t>
            </w:r>
          </w:p>
        </w:tc>
      </w:tr>
      <w:tr w14:paraId="2D347667" w14:textId="77777777" w:rsidTr="002957E9">
        <w:tblPrEx>
          <w:tblW w:w="0" w:type="auto"/>
          <w:jc w:val="center"/>
          <w:tblLayout w:type="fixed"/>
          <w:tblLook w:val="04A0"/>
        </w:tblPrEx>
        <w:trPr>
          <w:gridAfter w:val="1"/>
          <w:wAfter w:w="12" w:type="dxa"/>
          <w:jc w:val="center"/>
        </w:trPr>
        <w:tc>
          <w:tcPr>
            <w:tcW w:w="624" w:type="dxa"/>
          </w:tcPr>
          <w:p w:rsidR="002819BA" w:rsidRPr="001B4907" w14:paraId="566F5756" w14:textId="77777777">
            <w:pPr>
              <w:spacing w:after="0"/>
              <w:jc w:val="center"/>
            </w:pPr>
            <w:r w:rsidRPr="001B4907">
              <w:rPr>
                <w:sz w:val="18"/>
              </w:rPr>
              <w:t>1.58</w:t>
            </w:r>
          </w:p>
        </w:tc>
        <w:tc>
          <w:tcPr>
            <w:tcW w:w="1814" w:type="dxa"/>
          </w:tcPr>
          <w:p w:rsidR="002819BA" w:rsidRPr="001B4907" w14:paraId="08765B4F"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3F9989BD"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0045FFAA" w14:textId="77777777">
            <w:pPr>
              <w:spacing w:after="0"/>
            </w:pPr>
            <w:r w:rsidRPr="001B4907">
              <w:rPr>
                <w:sz w:val="18"/>
              </w:rPr>
              <w:t>Vairoga pelargonija, nokarena</w:t>
            </w:r>
          </w:p>
        </w:tc>
        <w:tc>
          <w:tcPr>
            <w:tcW w:w="1134" w:type="dxa"/>
          </w:tcPr>
          <w:p w:rsidR="002819BA" w:rsidRPr="001B4907" w14:paraId="186DD4BB" w14:textId="77777777">
            <w:pPr>
              <w:spacing w:after="0"/>
              <w:jc w:val="center"/>
            </w:pPr>
            <w:r w:rsidRPr="001B4907">
              <w:rPr>
                <w:sz w:val="18"/>
              </w:rPr>
              <w:t xml:space="preserve">Sastādīti Pasūtītāja </w:t>
            </w:r>
            <w:r w:rsidRPr="001B4907">
              <w:rPr>
                <w:sz w:val="18"/>
              </w:rPr>
              <w:t>podos</w:t>
            </w:r>
          </w:p>
        </w:tc>
        <w:tc>
          <w:tcPr>
            <w:tcW w:w="710" w:type="dxa"/>
          </w:tcPr>
          <w:p w:rsidR="002819BA" w:rsidRPr="001B4907" w14:paraId="4886D7B6" w14:textId="77777777">
            <w:pPr>
              <w:spacing w:after="0"/>
              <w:jc w:val="center"/>
            </w:pPr>
            <w:r w:rsidRPr="001B4907">
              <w:rPr>
                <w:sz w:val="18"/>
              </w:rPr>
              <w:t>gab.</w:t>
            </w:r>
          </w:p>
        </w:tc>
        <w:tc>
          <w:tcPr>
            <w:tcW w:w="794" w:type="dxa"/>
          </w:tcPr>
          <w:p w:rsidR="002819BA" w:rsidRPr="001B4907" w14:paraId="780E37CA" w14:textId="77777777">
            <w:pPr>
              <w:spacing w:after="0"/>
              <w:jc w:val="center"/>
            </w:pPr>
            <w:r w:rsidRPr="001B4907">
              <w:rPr>
                <w:sz w:val="18"/>
              </w:rPr>
              <w:t>16</w:t>
            </w:r>
          </w:p>
        </w:tc>
        <w:tc>
          <w:tcPr>
            <w:tcW w:w="1247" w:type="dxa"/>
          </w:tcPr>
          <w:p w:rsidR="002819BA" w:rsidRPr="001B4907" w14:paraId="547F2828" w14:textId="77777777">
            <w:pPr>
              <w:spacing w:after="0"/>
              <w:jc w:val="center"/>
            </w:pPr>
            <w:r w:rsidRPr="001B4907">
              <w:rPr>
                <w:sz w:val="18"/>
              </w:rPr>
              <w:t>03.05.2027.–11.06.2027.</w:t>
            </w:r>
          </w:p>
        </w:tc>
      </w:tr>
      <w:tr w14:paraId="08F208BA" w14:textId="77777777" w:rsidTr="002957E9">
        <w:tblPrEx>
          <w:tblW w:w="0" w:type="auto"/>
          <w:jc w:val="center"/>
          <w:tblLayout w:type="fixed"/>
          <w:tblLook w:val="04A0"/>
        </w:tblPrEx>
        <w:trPr>
          <w:gridAfter w:val="1"/>
          <w:wAfter w:w="12" w:type="dxa"/>
          <w:jc w:val="center"/>
        </w:trPr>
        <w:tc>
          <w:tcPr>
            <w:tcW w:w="624" w:type="dxa"/>
          </w:tcPr>
          <w:p w:rsidR="002819BA" w:rsidRPr="001B4907" w14:paraId="50AF0829" w14:textId="77777777">
            <w:pPr>
              <w:spacing w:after="0"/>
              <w:jc w:val="center"/>
            </w:pPr>
            <w:r w:rsidRPr="001B4907">
              <w:rPr>
                <w:sz w:val="18"/>
              </w:rPr>
              <w:t>1.59</w:t>
            </w:r>
          </w:p>
        </w:tc>
        <w:tc>
          <w:tcPr>
            <w:tcW w:w="1814" w:type="dxa"/>
          </w:tcPr>
          <w:p w:rsidR="002819BA" w:rsidRPr="001B4907" w14:paraId="65D8F651"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4F6E7111"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Rot</w:t>
            </w:r>
            <w:r w:rsidRPr="001B4907">
              <w:rPr>
                <w:sz w:val="18"/>
              </w:rPr>
              <w:t>'</w:t>
            </w:r>
          </w:p>
        </w:tc>
        <w:tc>
          <w:tcPr>
            <w:tcW w:w="1701" w:type="dxa"/>
          </w:tcPr>
          <w:p w:rsidR="002819BA" w:rsidRPr="001B4907" w14:paraId="5AF48BBD" w14:textId="77777777">
            <w:pPr>
              <w:spacing w:after="0"/>
            </w:pPr>
            <w:r w:rsidRPr="001B4907">
              <w:rPr>
                <w:sz w:val="18"/>
              </w:rPr>
              <w:t>Vairoga pelargonija, nokarena</w:t>
            </w:r>
          </w:p>
        </w:tc>
        <w:tc>
          <w:tcPr>
            <w:tcW w:w="1134" w:type="dxa"/>
          </w:tcPr>
          <w:p w:rsidR="002819BA" w:rsidRPr="001B4907" w14:paraId="72A1C772" w14:textId="77777777">
            <w:pPr>
              <w:spacing w:after="0"/>
              <w:jc w:val="center"/>
            </w:pPr>
            <w:r w:rsidRPr="001B4907">
              <w:rPr>
                <w:sz w:val="18"/>
              </w:rPr>
              <w:t>Sastādīti Pasūtītāja podos</w:t>
            </w:r>
          </w:p>
        </w:tc>
        <w:tc>
          <w:tcPr>
            <w:tcW w:w="710" w:type="dxa"/>
          </w:tcPr>
          <w:p w:rsidR="002819BA" w:rsidRPr="001B4907" w14:paraId="436D4EEF" w14:textId="77777777">
            <w:pPr>
              <w:spacing w:after="0"/>
              <w:jc w:val="center"/>
            </w:pPr>
            <w:r w:rsidRPr="001B4907">
              <w:rPr>
                <w:sz w:val="18"/>
              </w:rPr>
              <w:t>gab.</w:t>
            </w:r>
          </w:p>
        </w:tc>
        <w:tc>
          <w:tcPr>
            <w:tcW w:w="794" w:type="dxa"/>
          </w:tcPr>
          <w:p w:rsidR="002819BA" w:rsidRPr="001B4907" w14:paraId="5379FDAA" w14:textId="77777777">
            <w:pPr>
              <w:spacing w:after="0"/>
              <w:jc w:val="center"/>
            </w:pPr>
            <w:r w:rsidRPr="001B4907">
              <w:rPr>
                <w:sz w:val="18"/>
              </w:rPr>
              <w:t>32</w:t>
            </w:r>
          </w:p>
        </w:tc>
        <w:tc>
          <w:tcPr>
            <w:tcW w:w="1247" w:type="dxa"/>
          </w:tcPr>
          <w:p w:rsidR="002819BA" w:rsidRPr="001B4907" w14:paraId="0A05509B" w14:textId="77777777">
            <w:pPr>
              <w:spacing w:after="0"/>
              <w:jc w:val="center"/>
            </w:pPr>
            <w:r w:rsidRPr="001B4907">
              <w:rPr>
                <w:sz w:val="18"/>
              </w:rPr>
              <w:t>03.05.2027.–11.06.2027.</w:t>
            </w:r>
          </w:p>
        </w:tc>
      </w:tr>
      <w:tr w14:paraId="2DB4353B" w14:textId="77777777" w:rsidTr="002957E9">
        <w:tblPrEx>
          <w:tblW w:w="0" w:type="auto"/>
          <w:jc w:val="center"/>
          <w:tblLayout w:type="fixed"/>
          <w:tblLook w:val="04A0"/>
        </w:tblPrEx>
        <w:trPr>
          <w:gridAfter w:val="1"/>
          <w:wAfter w:w="12" w:type="dxa"/>
          <w:jc w:val="center"/>
        </w:trPr>
        <w:tc>
          <w:tcPr>
            <w:tcW w:w="624" w:type="dxa"/>
          </w:tcPr>
          <w:p w:rsidR="002819BA" w:rsidRPr="001B4907" w14:paraId="484586CF" w14:textId="77777777">
            <w:pPr>
              <w:spacing w:after="0"/>
              <w:jc w:val="center"/>
            </w:pPr>
            <w:r w:rsidRPr="001B4907">
              <w:rPr>
                <w:sz w:val="18"/>
              </w:rPr>
              <w:t>1.60</w:t>
            </w:r>
          </w:p>
        </w:tc>
        <w:tc>
          <w:tcPr>
            <w:tcW w:w="1814" w:type="dxa"/>
          </w:tcPr>
          <w:p w:rsidR="002819BA" w:rsidRPr="001B4907" w14:paraId="2E5198BA" w14:textId="77777777">
            <w:pPr>
              <w:spacing w:after="0"/>
            </w:pPr>
            <w:r w:rsidRPr="001B4907">
              <w:rPr>
                <w:sz w:val="18"/>
              </w:rPr>
              <w:t>Dichondra</w:t>
            </w:r>
            <w:r w:rsidRPr="001B4907">
              <w:rPr>
                <w:sz w:val="18"/>
              </w:rPr>
              <w:t xml:space="preserve"> </w:t>
            </w:r>
            <w:r w:rsidRPr="001B4907">
              <w:rPr>
                <w:sz w:val="18"/>
              </w:rPr>
              <w:t>argentea</w:t>
            </w:r>
          </w:p>
        </w:tc>
        <w:tc>
          <w:tcPr>
            <w:tcW w:w="1814" w:type="dxa"/>
          </w:tcPr>
          <w:p w:rsidR="002819BA" w:rsidRPr="001B4907" w14:paraId="0B5CF622" w14:textId="77777777">
            <w:pPr>
              <w:spacing w:after="0"/>
            </w:pPr>
            <w:r w:rsidRPr="001B4907">
              <w:rPr>
                <w:sz w:val="18"/>
              </w:rPr>
              <w:t>'</w:t>
            </w:r>
            <w:r w:rsidRPr="001B4907">
              <w:rPr>
                <w:sz w:val="18"/>
              </w:rPr>
              <w:t>Silver</w:t>
            </w:r>
            <w:r w:rsidRPr="001B4907">
              <w:rPr>
                <w:sz w:val="18"/>
              </w:rPr>
              <w:t xml:space="preserve"> </w:t>
            </w:r>
            <w:r w:rsidRPr="001B4907">
              <w:rPr>
                <w:sz w:val="18"/>
              </w:rPr>
              <w:t>Falls</w:t>
            </w:r>
            <w:r w:rsidRPr="001B4907">
              <w:rPr>
                <w:sz w:val="18"/>
              </w:rPr>
              <w:t>'</w:t>
            </w:r>
          </w:p>
        </w:tc>
        <w:tc>
          <w:tcPr>
            <w:tcW w:w="1701" w:type="dxa"/>
          </w:tcPr>
          <w:p w:rsidR="002819BA" w:rsidRPr="001B4907" w14:paraId="085B32AC" w14:textId="77777777">
            <w:pPr>
              <w:spacing w:after="0"/>
            </w:pPr>
            <w:r w:rsidRPr="001B4907">
              <w:rPr>
                <w:sz w:val="18"/>
              </w:rPr>
              <w:t xml:space="preserve">Sudrabainā </w:t>
            </w:r>
            <w:r w:rsidRPr="001B4907">
              <w:rPr>
                <w:sz w:val="18"/>
              </w:rPr>
              <w:t>dihondra</w:t>
            </w:r>
          </w:p>
        </w:tc>
        <w:tc>
          <w:tcPr>
            <w:tcW w:w="1134" w:type="dxa"/>
          </w:tcPr>
          <w:p w:rsidR="002819BA" w:rsidRPr="001B4907" w14:paraId="2DB3AC6E" w14:textId="77777777">
            <w:pPr>
              <w:spacing w:after="0"/>
              <w:jc w:val="center"/>
            </w:pPr>
            <w:r w:rsidRPr="001B4907">
              <w:rPr>
                <w:sz w:val="18"/>
              </w:rPr>
              <w:t>Sastādīti Pasūtītāja podos</w:t>
            </w:r>
          </w:p>
        </w:tc>
        <w:tc>
          <w:tcPr>
            <w:tcW w:w="710" w:type="dxa"/>
          </w:tcPr>
          <w:p w:rsidR="002819BA" w:rsidRPr="001B4907" w14:paraId="60EAB76C" w14:textId="77777777">
            <w:pPr>
              <w:spacing w:after="0"/>
              <w:jc w:val="center"/>
            </w:pPr>
            <w:r w:rsidRPr="001B4907">
              <w:rPr>
                <w:sz w:val="18"/>
              </w:rPr>
              <w:t>gab.</w:t>
            </w:r>
          </w:p>
        </w:tc>
        <w:tc>
          <w:tcPr>
            <w:tcW w:w="794" w:type="dxa"/>
          </w:tcPr>
          <w:p w:rsidR="002819BA" w:rsidRPr="001B4907" w14:paraId="278BA4AB" w14:textId="77777777">
            <w:pPr>
              <w:spacing w:after="0"/>
              <w:jc w:val="center"/>
            </w:pPr>
            <w:r w:rsidRPr="001B4907">
              <w:rPr>
                <w:sz w:val="18"/>
              </w:rPr>
              <w:t>8</w:t>
            </w:r>
          </w:p>
        </w:tc>
        <w:tc>
          <w:tcPr>
            <w:tcW w:w="1247" w:type="dxa"/>
          </w:tcPr>
          <w:p w:rsidR="002819BA" w:rsidRPr="001B4907" w14:paraId="33390652" w14:textId="77777777">
            <w:pPr>
              <w:spacing w:after="0"/>
              <w:jc w:val="center"/>
            </w:pPr>
            <w:r w:rsidRPr="001B4907">
              <w:rPr>
                <w:sz w:val="18"/>
              </w:rPr>
              <w:t>03.05.2027.–11.06.2027.</w:t>
            </w:r>
          </w:p>
        </w:tc>
      </w:tr>
      <w:tr w14:paraId="030E906C" w14:textId="77777777" w:rsidTr="002957E9">
        <w:tblPrEx>
          <w:tblW w:w="0" w:type="auto"/>
          <w:jc w:val="center"/>
          <w:tblLayout w:type="fixed"/>
          <w:tblLook w:val="04A0"/>
        </w:tblPrEx>
        <w:trPr>
          <w:gridAfter w:val="1"/>
          <w:wAfter w:w="12" w:type="dxa"/>
          <w:jc w:val="center"/>
        </w:trPr>
        <w:tc>
          <w:tcPr>
            <w:tcW w:w="624" w:type="dxa"/>
          </w:tcPr>
          <w:p w:rsidR="002819BA" w:rsidRPr="001B4907" w14:paraId="756AF02C" w14:textId="77777777">
            <w:pPr>
              <w:spacing w:after="0"/>
              <w:jc w:val="center"/>
            </w:pPr>
            <w:r w:rsidRPr="001B4907">
              <w:rPr>
                <w:sz w:val="18"/>
              </w:rPr>
              <w:t>1.61</w:t>
            </w:r>
          </w:p>
        </w:tc>
        <w:tc>
          <w:tcPr>
            <w:tcW w:w="1814" w:type="dxa"/>
          </w:tcPr>
          <w:p w:rsidR="002819BA" w:rsidRPr="001B4907" w14:paraId="228CBCBA"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0C30DF0D" w14:textId="77777777">
            <w:pPr>
              <w:spacing w:after="0"/>
            </w:pPr>
            <w:r w:rsidRPr="001B4907">
              <w:rPr>
                <w:sz w:val="18"/>
              </w:rPr>
              <w:t xml:space="preserve">'Vista </w:t>
            </w:r>
            <w:r w:rsidRPr="001B4907">
              <w:rPr>
                <w:sz w:val="18"/>
              </w:rPr>
              <w:t>Snow</w:t>
            </w:r>
            <w:r w:rsidRPr="001B4907">
              <w:rPr>
                <w:sz w:val="18"/>
              </w:rPr>
              <w:t xml:space="preserve"> DRIFT'</w:t>
            </w:r>
          </w:p>
        </w:tc>
        <w:tc>
          <w:tcPr>
            <w:tcW w:w="1701" w:type="dxa"/>
          </w:tcPr>
          <w:p w:rsidR="002819BA" w:rsidRPr="001B4907" w14:paraId="49E9A108" w14:textId="77777777">
            <w:pPr>
              <w:spacing w:after="0"/>
            </w:pPr>
            <w:r w:rsidRPr="001B4907">
              <w:rPr>
                <w:sz w:val="18"/>
              </w:rPr>
              <w:t>Petūnija</w:t>
            </w:r>
          </w:p>
        </w:tc>
        <w:tc>
          <w:tcPr>
            <w:tcW w:w="1134" w:type="dxa"/>
          </w:tcPr>
          <w:p w:rsidR="002819BA" w:rsidRPr="001B4907" w14:paraId="22D3894C" w14:textId="77777777">
            <w:pPr>
              <w:spacing w:after="0"/>
              <w:jc w:val="center"/>
            </w:pPr>
            <w:r w:rsidRPr="001B4907">
              <w:rPr>
                <w:sz w:val="18"/>
              </w:rPr>
              <w:t>Sastādīti Pasūtītāja podos</w:t>
            </w:r>
          </w:p>
        </w:tc>
        <w:tc>
          <w:tcPr>
            <w:tcW w:w="710" w:type="dxa"/>
          </w:tcPr>
          <w:p w:rsidR="002819BA" w:rsidRPr="001B4907" w14:paraId="2846F6D6" w14:textId="77777777">
            <w:pPr>
              <w:spacing w:after="0"/>
              <w:jc w:val="center"/>
            </w:pPr>
            <w:r w:rsidRPr="001B4907">
              <w:rPr>
                <w:sz w:val="18"/>
              </w:rPr>
              <w:t>gab.</w:t>
            </w:r>
          </w:p>
        </w:tc>
        <w:tc>
          <w:tcPr>
            <w:tcW w:w="794" w:type="dxa"/>
          </w:tcPr>
          <w:p w:rsidR="002819BA" w:rsidRPr="001B4907" w14:paraId="45783B7F" w14:textId="77777777">
            <w:pPr>
              <w:spacing w:after="0"/>
              <w:jc w:val="center"/>
            </w:pPr>
            <w:r w:rsidRPr="001B4907">
              <w:rPr>
                <w:sz w:val="18"/>
              </w:rPr>
              <w:t>16</w:t>
            </w:r>
          </w:p>
        </w:tc>
        <w:tc>
          <w:tcPr>
            <w:tcW w:w="1247" w:type="dxa"/>
          </w:tcPr>
          <w:p w:rsidR="002819BA" w:rsidRPr="001B4907" w14:paraId="308F431E" w14:textId="77777777">
            <w:pPr>
              <w:spacing w:after="0"/>
              <w:jc w:val="center"/>
            </w:pPr>
            <w:r w:rsidRPr="001B4907">
              <w:rPr>
                <w:sz w:val="18"/>
              </w:rPr>
              <w:t>03.05.2027.–11.06.2027.</w:t>
            </w:r>
          </w:p>
        </w:tc>
      </w:tr>
      <w:tr w14:paraId="54252AF9" w14:textId="77777777" w:rsidTr="002957E9">
        <w:tblPrEx>
          <w:tblW w:w="0" w:type="auto"/>
          <w:jc w:val="center"/>
          <w:tblLayout w:type="fixed"/>
          <w:tblLook w:val="04A0"/>
        </w:tblPrEx>
        <w:trPr>
          <w:jc w:val="center"/>
        </w:trPr>
        <w:tc>
          <w:tcPr>
            <w:tcW w:w="9850" w:type="dxa"/>
            <w:gridSpan w:val="9"/>
          </w:tcPr>
          <w:p w:rsidR="002819BA" w:rsidRPr="001B4907" w14:paraId="60C72D63" w14:textId="0E4C6CB8">
            <w:pPr>
              <w:spacing w:after="0"/>
              <w:jc w:val="center"/>
            </w:pPr>
            <w:r w:rsidRPr="001B4907">
              <w:rPr>
                <w:sz w:val="18"/>
              </w:rPr>
              <w:t>Laternu puķu podi 35</w:t>
            </w:r>
            <w:r w:rsidRPr="001B4907" w:rsidR="00BE6255">
              <w:rPr>
                <w:sz w:val="18"/>
              </w:rPr>
              <w:t xml:space="preserve"> </w:t>
            </w:r>
            <w:r w:rsidRPr="001B4907">
              <w:rPr>
                <w:sz w:val="18"/>
              </w:rPr>
              <w:t>gab</w:t>
            </w:r>
            <w:r w:rsidRPr="001B4907" w:rsidR="00BE6255">
              <w:rPr>
                <w:sz w:val="18"/>
              </w:rPr>
              <w:t>.</w:t>
            </w:r>
          </w:p>
        </w:tc>
      </w:tr>
      <w:tr w14:paraId="3EF56CB8" w14:textId="77777777" w:rsidTr="002957E9">
        <w:tblPrEx>
          <w:tblW w:w="0" w:type="auto"/>
          <w:jc w:val="center"/>
          <w:tblLayout w:type="fixed"/>
          <w:tblLook w:val="04A0"/>
        </w:tblPrEx>
        <w:trPr>
          <w:gridAfter w:val="1"/>
          <w:wAfter w:w="12" w:type="dxa"/>
          <w:jc w:val="center"/>
        </w:trPr>
        <w:tc>
          <w:tcPr>
            <w:tcW w:w="624" w:type="dxa"/>
          </w:tcPr>
          <w:p w:rsidR="002819BA" w:rsidRPr="001B4907" w14:paraId="30EE748A" w14:textId="77777777">
            <w:pPr>
              <w:spacing w:after="0"/>
              <w:jc w:val="center"/>
            </w:pPr>
            <w:r w:rsidRPr="001B4907">
              <w:rPr>
                <w:sz w:val="18"/>
              </w:rPr>
              <w:t>1.62</w:t>
            </w:r>
          </w:p>
        </w:tc>
        <w:tc>
          <w:tcPr>
            <w:tcW w:w="1814" w:type="dxa"/>
          </w:tcPr>
          <w:p w:rsidR="002819BA" w:rsidRPr="001B4907" w14:paraId="46F9A30E"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71F13084"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4CDF2F63" w14:textId="77777777">
            <w:pPr>
              <w:spacing w:after="0"/>
            </w:pPr>
            <w:r w:rsidRPr="001B4907">
              <w:rPr>
                <w:sz w:val="18"/>
              </w:rPr>
              <w:t>Vairoga pelargonija, nokarena</w:t>
            </w:r>
          </w:p>
        </w:tc>
        <w:tc>
          <w:tcPr>
            <w:tcW w:w="1134" w:type="dxa"/>
          </w:tcPr>
          <w:p w:rsidR="002819BA" w:rsidRPr="001B4907" w14:paraId="2929D77C" w14:textId="77777777">
            <w:pPr>
              <w:spacing w:after="0"/>
              <w:jc w:val="center"/>
            </w:pPr>
            <w:r w:rsidRPr="001B4907">
              <w:rPr>
                <w:sz w:val="18"/>
              </w:rPr>
              <w:t>Sastādīti Pasūtītāja podos</w:t>
            </w:r>
          </w:p>
        </w:tc>
        <w:tc>
          <w:tcPr>
            <w:tcW w:w="710" w:type="dxa"/>
          </w:tcPr>
          <w:p w:rsidR="002819BA" w:rsidRPr="001B4907" w14:paraId="453C86D0" w14:textId="77777777">
            <w:pPr>
              <w:spacing w:after="0"/>
              <w:jc w:val="center"/>
            </w:pPr>
            <w:r w:rsidRPr="001B4907">
              <w:rPr>
                <w:sz w:val="18"/>
              </w:rPr>
              <w:t>gab.</w:t>
            </w:r>
          </w:p>
        </w:tc>
        <w:tc>
          <w:tcPr>
            <w:tcW w:w="794" w:type="dxa"/>
          </w:tcPr>
          <w:p w:rsidR="002819BA" w:rsidRPr="001B4907" w14:paraId="3E0CC071" w14:textId="77777777">
            <w:pPr>
              <w:spacing w:after="0"/>
              <w:jc w:val="center"/>
            </w:pPr>
            <w:r w:rsidRPr="001B4907">
              <w:rPr>
                <w:sz w:val="18"/>
              </w:rPr>
              <w:t>210</w:t>
            </w:r>
          </w:p>
        </w:tc>
        <w:tc>
          <w:tcPr>
            <w:tcW w:w="1247" w:type="dxa"/>
          </w:tcPr>
          <w:p w:rsidR="002819BA" w:rsidRPr="001B4907" w14:paraId="0A3F7197" w14:textId="77777777">
            <w:pPr>
              <w:spacing w:after="0"/>
              <w:jc w:val="center"/>
            </w:pPr>
            <w:r w:rsidRPr="001B4907">
              <w:rPr>
                <w:sz w:val="18"/>
              </w:rPr>
              <w:t>03.05.2027.–11.06.2027.</w:t>
            </w:r>
          </w:p>
        </w:tc>
      </w:tr>
      <w:tr w14:paraId="0D8EE304" w14:textId="77777777" w:rsidTr="002957E9">
        <w:tblPrEx>
          <w:tblW w:w="0" w:type="auto"/>
          <w:jc w:val="center"/>
          <w:tblLayout w:type="fixed"/>
          <w:tblLook w:val="04A0"/>
        </w:tblPrEx>
        <w:trPr>
          <w:gridAfter w:val="1"/>
          <w:wAfter w:w="12" w:type="dxa"/>
          <w:jc w:val="center"/>
        </w:trPr>
        <w:tc>
          <w:tcPr>
            <w:tcW w:w="624" w:type="dxa"/>
          </w:tcPr>
          <w:p w:rsidR="002819BA" w:rsidRPr="001B4907" w14:paraId="6858B7E4" w14:textId="77777777">
            <w:pPr>
              <w:spacing w:after="0"/>
              <w:jc w:val="center"/>
            </w:pPr>
            <w:r w:rsidRPr="001B4907">
              <w:rPr>
                <w:sz w:val="18"/>
              </w:rPr>
              <w:t>1.63</w:t>
            </w:r>
          </w:p>
        </w:tc>
        <w:tc>
          <w:tcPr>
            <w:tcW w:w="1814" w:type="dxa"/>
          </w:tcPr>
          <w:p w:rsidR="002819BA" w:rsidRPr="001B4907" w14:paraId="2E9398FF"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6F612914"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Bicolor</w:t>
            </w:r>
            <w:r w:rsidRPr="001B4907">
              <w:rPr>
                <w:sz w:val="18"/>
              </w:rPr>
              <w:t>'</w:t>
            </w:r>
          </w:p>
        </w:tc>
        <w:tc>
          <w:tcPr>
            <w:tcW w:w="1701" w:type="dxa"/>
          </w:tcPr>
          <w:p w:rsidR="002819BA" w:rsidRPr="001B4907" w14:paraId="7D71D82D" w14:textId="77777777">
            <w:pPr>
              <w:spacing w:after="0"/>
            </w:pPr>
            <w:r w:rsidRPr="001B4907">
              <w:rPr>
                <w:sz w:val="18"/>
              </w:rPr>
              <w:t>Vairoga pelargonija, nokarena</w:t>
            </w:r>
          </w:p>
        </w:tc>
        <w:tc>
          <w:tcPr>
            <w:tcW w:w="1134" w:type="dxa"/>
          </w:tcPr>
          <w:p w:rsidR="002819BA" w:rsidRPr="001B4907" w14:paraId="137F368E" w14:textId="77777777">
            <w:pPr>
              <w:spacing w:after="0"/>
              <w:jc w:val="center"/>
            </w:pPr>
            <w:r w:rsidRPr="001B4907">
              <w:rPr>
                <w:sz w:val="18"/>
              </w:rPr>
              <w:t>Sastādīti Pasūtītāja podos</w:t>
            </w:r>
          </w:p>
        </w:tc>
        <w:tc>
          <w:tcPr>
            <w:tcW w:w="710" w:type="dxa"/>
          </w:tcPr>
          <w:p w:rsidR="002819BA" w:rsidRPr="001B4907" w14:paraId="125C90F9" w14:textId="77777777">
            <w:pPr>
              <w:spacing w:after="0"/>
              <w:jc w:val="center"/>
            </w:pPr>
            <w:r w:rsidRPr="001B4907">
              <w:rPr>
                <w:sz w:val="18"/>
              </w:rPr>
              <w:t>gab.</w:t>
            </w:r>
          </w:p>
        </w:tc>
        <w:tc>
          <w:tcPr>
            <w:tcW w:w="794" w:type="dxa"/>
          </w:tcPr>
          <w:p w:rsidR="002819BA" w:rsidRPr="001B4907" w14:paraId="04325A75" w14:textId="77777777">
            <w:pPr>
              <w:spacing w:after="0"/>
              <w:jc w:val="center"/>
            </w:pPr>
            <w:r w:rsidRPr="001B4907">
              <w:rPr>
                <w:sz w:val="18"/>
              </w:rPr>
              <w:t>210</w:t>
            </w:r>
          </w:p>
        </w:tc>
        <w:tc>
          <w:tcPr>
            <w:tcW w:w="1247" w:type="dxa"/>
          </w:tcPr>
          <w:p w:rsidR="002819BA" w:rsidRPr="001B4907" w14:paraId="1AC4DE3F" w14:textId="77777777">
            <w:pPr>
              <w:spacing w:after="0"/>
              <w:jc w:val="center"/>
            </w:pPr>
            <w:r w:rsidRPr="001B4907">
              <w:rPr>
                <w:sz w:val="18"/>
              </w:rPr>
              <w:t>03.05.2027.–11.06.2027.</w:t>
            </w:r>
          </w:p>
        </w:tc>
      </w:tr>
      <w:tr w14:paraId="0DE3D14C" w14:textId="77777777" w:rsidTr="002957E9">
        <w:tblPrEx>
          <w:tblW w:w="0" w:type="auto"/>
          <w:jc w:val="center"/>
          <w:tblLayout w:type="fixed"/>
          <w:tblLook w:val="04A0"/>
        </w:tblPrEx>
        <w:trPr>
          <w:gridAfter w:val="1"/>
          <w:wAfter w:w="12" w:type="dxa"/>
          <w:jc w:val="center"/>
        </w:trPr>
        <w:tc>
          <w:tcPr>
            <w:tcW w:w="624" w:type="dxa"/>
          </w:tcPr>
          <w:p w:rsidR="002819BA" w:rsidRPr="001B4907" w14:paraId="3DA7D8E9" w14:textId="77777777">
            <w:pPr>
              <w:spacing w:after="0"/>
              <w:jc w:val="center"/>
            </w:pPr>
            <w:r w:rsidRPr="001B4907">
              <w:rPr>
                <w:sz w:val="18"/>
              </w:rPr>
              <w:t>1.64</w:t>
            </w:r>
          </w:p>
        </w:tc>
        <w:tc>
          <w:tcPr>
            <w:tcW w:w="1814" w:type="dxa"/>
          </w:tcPr>
          <w:p w:rsidR="002819BA" w:rsidRPr="001B4907" w14:paraId="6B392EEB" w14:textId="77777777">
            <w:pPr>
              <w:spacing w:after="0"/>
            </w:pPr>
            <w:r w:rsidRPr="001B4907">
              <w:rPr>
                <w:sz w:val="18"/>
              </w:rPr>
              <w:t>Lysimachia</w:t>
            </w:r>
            <w:r w:rsidRPr="001B4907">
              <w:rPr>
                <w:sz w:val="18"/>
              </w:rPr>
              <w:t xml:space="preserve"> </w:t>
            </w:r>
            <w:r w:rsidRPr="001B4907">
              <w:rPr>
                <w:sz w:val="18"/>
              </w:rPr>
              <w:t>nummularia</w:t>
            </w:r>
          </w:p>
        </w:tc>
        <w:tc>
          <w:tcPr>
            <w:tcW w:w="1814" w:type="dxa"/>
          </w:tcPr>
          <w:p w:rsidR="002819BA" w:rsidRPr="001B4907" w14:paraId="0BC9EA21" w14:textId="77777777">
            <w:pPr>
              <w:spacing w:after="0"/>
            </w:pPr>
            <w:r w:rsidRPr="001B4907">
              <w:rPr>
                <w:sz w:val="18"/>
              </w:rPr>
              <w:t>'</w:t>
            </w:r>
            <w:r w:rsidRPr="001B4907">
              <w:rPr>
                <w:sz w:val="18"/>
              </w:rPr>
              <w:t>Goldilocks</w:t>
            </w:r>
            <w:r w:rsidRPr="001B4907">
              <w:rPr>
                <w:sz w:val="18"/>
              </w:rPr>
              <w:t>'</w:t>
            </w:r>
          </w:p>
        </w:tc>
        <w:tc>
          <w:tcPr>
            <w:tcW w:w="1701" w:type="dxa"/>
          </w:tcPr>
          <w:p w:rsidR="002819BA" w:rsidRPr="001B4907" w14:paraId="5C27B819" w14:textId="77777777">
            <w:pPr>
              <w:spacing w:after="0"/>
            </w:pPr>
            <w:r w:rsidRPr="001B4907">
              <w:rPr>
                <w:sz w:val="18"/>
              </w:rPr>
              <w:t>Pļavu zeltene</w:t>
            </w:r>
          </w:p>
        </w:tc>
        <w:tc>
          <w:tcPr>
            <w:tcW w:w="1134" w:type="dxa"/>
          </w:tcPr>
          <w:p w:rsidR="002819BA" w:rsidRPr="001B4907" w14:paraId="7ACE7530" w14:textId="77777777">
            <w:pPr>
              <w:spacing w:after="0"/>
              <w:jc w:val="center"/>
            </w:pPr>
            <w:r w:rsidRPr="001B4907">
              <w:rPr>
                <w:sz w:val="18"/>
              </w:rPr>
              <w:t>Sastādīti Pasūtītāja podos</w:t>
            </w:r>
          </w:p>
        </w:tc>
        <w:tc>
          <w:tcPr>
            <w:tcW w:w="710" w:type="dxa"/>
          </w:tcPr>
          <w:p w:rsidR="002819BA" w:rsidRPr="001B4907" w14:paraId="5D72B808" w14:textId="77777777">
            <w:pPr>
              <w:spacing w:after="0"/>
              <w:jc w:val="center"/>
            </w:pPr>
            <w:r w:rsidRPr="001B4907">
              <w:rPr>
                <w:sz w:val="18"/>
              </w:rPr>
              <w:t>gab.</w:t>
            </w:r>
          </w:p>
        </w:tc>
        <w:tc>
          <w:tcPr>
            <w:tcW w:w="794" w:type="dxa"/>
          </w:tcPr>
          <w:p w:rsidR="002819BA" w:rsidRPr="001B4907" w14:paraId="150B0604" w14:textId="77777777">
            <w:pPr>
              <w:spacing w:after="0"/>
              <w:jc w:val="center"/>
            </w:pPr>
            <w:r w:rsidRPr="001B4907">
              <w:rPr>
                <w:sz w:val="18"/>
              </w:rPr>
              <w:t>140</w:t>
            </w:r>
          </w:p>
        </w:tc>
        <w:tc>
          <w:tcPr>
            <w:tcW w:w="1247" w:type="dxa"/>
          </w:tcPr>
          <w:p w:rsidR="002819BA" w:rsidRPr="001B4907" w14:paraId="62F28BA3" w14:textId="77777777">
            <w:pPr>
              <w:spacing w:after="0"/>
              <w:jc w:val="center"/>
            </w:pPr>
            <w:r w:rsidRPr="001B4907">
              <w:rPr>
                <w:sz w:val="18"/>
              </w:rPr>
              <w:t>03.05.2027.–11.06.2027.</w:t>
            </w:r>
          </w:p>
        </w:tc>
      </w:tr>
      <w:tr w14:paraId="5CE6E8FA" w14:textId="77777777" w:rsidTr="002957E9">
        <w:tblPrEx>
          <w:tblW w:w="0" w:type="auto"/>
          <w:jc w:val="center"/>
          <w:tblLayout w:type="fixed"/>
          <w:tblLook w:val="04A0"/>
        </w:tblPrEx>
        <w:trPr>
          <w:gridAfter w:val="1"/>
          <w:wAfter w:w="12" w:type="dxa"/>
          <w:jc w:val="center"/>
        </w:trPr>
        <w:tc>
          <w:tcPr>
            <w:tcW w:w="624" w:type="dxa"/>
          </w:tcPr>
          <w:p w:rsidR="002819BA" w:rsidRPr="001B4907" w14:paraId="77E1055B" w14:textId="77777777">
            <w:pPr>
              <w:spacing w:after="0"/>
              <w:jc w:val="center"/>
            </w:pPr>
            <w:r w:rsidRPr="001B4907">
              <w:rPr>
                <w:sz w:val="18"/>
              </w:rPr>
              <w:t>1.65</w:t>
            </w:r>
          </w:p>
        </w:tc>
        <w:tc>
          <w:tcPr>
            <w:tcW w:w="1814" w:type="dxa"/>
          </w:tcPr>
          <w:p w:rsidR="002819BA" w:rsidRPr="001B4907" w14:paraId="0E976F78"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629C085D" w14:textId="77777777">
            <w:pPr>
              <w:spacing w:after="0"/>
            </w:pPr>
            <w:r w:rsidRPr="001B4907">
              <w:rPr>
                <w:sz w:val="18"/>
              </w:rPr>
              <w:t xml:space="preserve">'Mini Vista </w:t>
            </w:r>
            <w:r w:rsidRPr="001B4907">
              <w:rPr>
                <w:sz w:val="18"/>
              </w:rPr>
              <w:t>Yellow</w:t>
            </w:r>
            <w:r w:rsidRPr="001B4907">
              <w:rPr>
                <w:sz w:val="18"/>
              </w:rPr>
              <w:t>'</w:t>
            </w:r>
          </w:p>
        </w:tc>
        <w:tc>
          <w:tcPr>
            <w:tcW w:w="1701" w:type="dxa"/>
          </w:tcPr>
          <w:p w:rsidR="002819BA" w:rsidRPr="001B4907" w14:paraId="16F9B35A" w14:textId="77777777">
            <w:pPr>
              <w:spacing w:after="0"/>
            </w:pPr>
            <w:r w:rsidRPr="001B4907">
              <w:rPr>
                <w:sz w:val="18"/>
              </w:rPr>
              <w:t>Atkinsa</w:t>
            </w:r>
            <w:r w:rsidRPr="001B4907">
              <w:rPr>
                <w:sz w:val="18"/>
              </w:rPr>
              <w:t xml:space="preserve"> petūnija</w:t>
            </w:r>
          </w:p>
        </w:tc>
        <w:tc>
          <w:tcPr>
            <w:tcW w:w="1134" w:type="dxa"/>
          </w:tcPr>
          <w:p w:rsidR="002819BA" w:rsidRPr="001B4907" w14:paraId="046235D4" w14:textId="77777777">
            <w:pPr>
              <w:spacing w:after="0"/>
              <w:jc w:val="center"/>
            </w:pPr>
            <w:r w:rsidRPr="001B4907">
              <w:rPr>
                <w:sz w:val="18"/>
              </w:rPr>
              <w:t>Sastādīti Pasūtītāja podos</w:t>
            </w:r>
          </w:p>
        </w:tc>
        <w:tc>
          <w:tcPr>
            <w:tcW w:w="710" w:type="dxa"/>
          </w:tcPr>
          <w:p w:rsidR="002819BA" w:rsidRPr="001B4907" w14:paraId="46B7A6FC" w14:textId="77777777">
            <w:pPr>
              <w:spacing w:after="0"/>
              <w:jc w:val="center"/>
            </w:pPr>
            <w:r w:rsidRPr="001B4907">
              <w:rPr>
                <w:sz w:val="18"/>
              </w:rPr>
              <w:t>gab.</w:t>
            </w:r>
          </w:p>
        </w:tc>
        <w:tc>
          <w:tcPr>
            <w:tcW w:w="794" w:type="dxa"/>
          </w:tcPr>
          <w:p w:rsidR="002819BA" w:rsidRPr="001B4907" w14:paraId="0E8DE864" w14:textId="77777777">
            <w:pPr>
              <w:spacing w:after="0"/>
              <w:jc w:val="center"/>
            </w:pPr>
            <w:r w:rsidRPr="001B4907">
              <w:rPr>
                <w:sz w:val="18"/>
              </w:rPr>
              <w:t>140</w:t>
            </w:r>
          </w:p>
        </w:tc>
        <w:tc>
          <w:tcPr>
            <w:tcW w:w="1247" w:type="dxa"/>
          </w:tcPr>
          <w:p w:rsidR="002819BA" w:rsidRPr="001B4907" w14:paraId="75190BCF" w14:textId="77777777">
            <w:pPr>
              <w:spacing w:after="0"/>
              <w:jc w:val="center"/>
            </w:pPr>
            <w:r w:rsidRPr="001B4907">
              <w:rPr>
                <w:sz w:val="18"/>
              </w:rPr>
              <w:t>03.05.2027.–11.06.2027.</w:t>
            </w:r>
          </w:p>
        </w:tc>
      </w:tr>
      <w:tr w14:paraId="78A788A1" w14:textId="77777777" w:rsidTr="002957E9">
        <w:tblPrEx>
          <w:tblW w:w="0" w:type="auto"/>
          <w:jc w:val="center"/>
          <w:tblLayout w:type="fixed"/>
          <w:tblLook w:val="04A0"/>
        </w:tblPrEx>
        <w:trPr>
          <w:jc w:val="center"/>
        </w:trPr>
        <w:tc>
          <w:tcPr>
            <w:tcW w:w="9850" w:type="dxa"/>
            <w:gridSpan w:val="9"/>
          </w:tcPr>
          <w:p w:rsidR="002819BA" w:rsidRPr="001B4907" w14:paraId="2184A480" w14:textId="4611703A">
            <w:pPr>
              <w:spacing w:after="0"/>
              <w:jc w:val="center"/>
            </w:pPr>
            <w:r w:rsidRPr="001B4907">
              <w:rPr>
                <w:sz w:val="18"/>
              </w:rPr>
              <w:t>Laternu puķu podi 34</w:t>
            </w:r>
            <w:r w:rsidRPr="001B4907" w:rsidR="00BE6255">
              <w:rPr>
                <w:sz w:val="18"/>
              </w:rPr>
              <w:t xml:space="preserve"> </w:t>
            </w:r>
            <w:r w:rsidRPr="001B4907">
              <w:rPr>
                <w:sz w:val="18"/>
              </w:rPr>
              <w:t>gab</w:t>
            </w:r>
            <w:r w:rsidRPr="001B4907" w:rsidR="00BE6255">
              <w:rPr>
                <w:sz w:val="18"/>
              </w:rPr>
              <w:t>.</w:t>
            </w:r>
          </w:p>
        </w:tc>
      </w:tr>
      <w:tr w14:paraId="6906EF0B" w14:textId="77777777" w:rsidTr="002957E9">
        <w:tblPrEx>
          <w:tblW w:w="0" w:type="auto"/>
          <w:jc w:val="center"/>
          <w:tblLayout w:type="fixed"/>
          <w:tblLook w:val="04A0"/>
        </w:tblPrEx>
        <w:trPr>
          <w:gridAfter w:val="1"/>
          <w:wAfter w:w="12" w:type="dxa"/>
          <w:jc w:val="center"/>
        </w:trPr>
        <w:tc>
          <w:tcPr>
            <w:tcW w:w="624" w:type="dxa"/>
          </w:tcPr>
          <w:p w:rsidR="002819BA" w:rsidRPr="001B4907" w14:paraId="4E31894A" w14:textId="77777777">
            <w:pPr>
              <w:spacing w:after="0"/>
              <w:jc w:val="center"/>
            </w:pPr>
            <w:r w:rsidRPr="001B4907">
              <w:rPr>
                <w:sz w:val="18"/>
              </w:rPr>
              <w:t>1.66</w:t>
            </w:r>
          </w:p>
        </w:tc>
        <w:tc>
          <w:tcPr>
            <w:tcW w:w="1814" w:type="dxa"/>
          </w:tcPr>
          <w:p w:rsidR="002819BA" w:rsidRPr="001B4907" w14:paraId="5D6CBF03"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2FE8BBD8"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Bicolor</w:t>
            </w:r>
            <w:r w:rsidRPr="001B4907">
              <w:rPr>
                <w:sz w:val="18"/>
              </w:rPr>
              <w:t>'</w:t>
            </w:r>
          </w:p>
        </w:tc>
        <w:tc>
          <w:tcPr>
            <w:tcW w:w="1701" w:type="dxa"/>
          </w:tcPr>
          <w:p w:rsidR="002819BA" w:rsidRPr="001B4907" w14:paraId="0E7B1A93" w14:textId="77777777">
            <w:pPr>
              <w:spacing w:after="0"/>
            </w:pPr>
            <w:r w:rsidRPr="001B4907">
              <w:rPr>
                <w:sz w:val="18"/>
              </w:rPr>
              <w:t>Vairoga pelargonija, nokarena</w:t>
            </w:r>
          </w:p>
        </w:tc>
        <w:tc>
          <w:tcPr>
            <w:tcW w:w="1134" w:type="dxa"/>
          </w:tcPr>
          <w:p w:rsidR="002819BA" w:rsidRPr="001B4907" w14:paraId="23B7295C" w14:textId="77777777">
            <w:pPr>
              <w:spacing w:after="0"/>
              <w:jc w:val="center"/>
            </w:pPr>
            <w:r w:rsidRPr="001B4907">
              <w:rPr>
                <w:sz w:val="18"/>
              </w:rPr>
              <w:t>Sastādīti Pasūtītāja podos</w:t>
            </w:r>
          </w:p>
        </w:tc>
        <w:tc>
          <w:tcPr>
            <w:tcW w:w="710" w:type="dxa"/>
          </w:tcPr>
          <w:p w:rsidR="002819BA" w:rsidRPr="001B4907" w14:paraId="44BA6B7D" w14:textId="77777777">
            <w:pPr>
              <w:spacing w:after="0"/>
              <w:jc w:val="center"/>
            </w:pPr>
            <w:r w:rsidRPr="001B4907">
              <w:rPr>
                <w:sz w:val="18"/>
              </w:rPr>
              <w:t>gab.</w:t>
            </w:r>
          </w:p>
        </w:tc>
        <w:tc>
          <w:tcPr>
            <w:tcW w:w="794" w:type="dxa"/>
          </w:tcPr>
          <w:p w:rsidR="002819BA" w:rsidRPr="001B4907" w14:paraId="3EBA75AC" w14:textId="77777777">
            <w:pPr>
              <w:spacing w:after="0"/>
              <w:jc w:val="center"/>
            </w:pPr>
            <w:r w:rsidRPr="001B4907">
              <w:rPr>
                <w:sz w:val="18"/>
              </w:rPr>
              <w:t>204</w:t>
            </w:r>
          </w:p>
        </w:tc>
        <w:tc>
          <w:tcPr>
            <w:tcW w:w="1247" w:type="dxa"/>
          </w:tcPr>
          <w:p w:rsidR="002819BA" w:rsidRPr="001B4907" w14:paraId="12412A78" w14:textId="77777777">
            <w:pPr>
              <w:spacing w:after="0"/>
              <w:jc w:val="center"/>
            </w:pPr>
            <w:r w:rsidRPr="001B4907">
              <w:rPr>
                <w:sz w:val="18"/>
              </w:rPr>
              <w:t>03.05.2027.–11.06.2027.</w:t>
            </w:r>
          </w:p>
        </w:tc>
      </w:tr>
      <w:tr w14:paraId="2D95B084" w14:textId="77777777" w:rsidTr="002957E9">
        <w:tblPrEx>
          <w:tblW w:w="0" w:type="auto"/>
          <w:jc w:val="center"/>
          <w:tblLayout w:type="fixed"/>
          <w:tblLook w:val="04A0"/>
        </w:tblPrEx>
        <w:trPr>
          <w:gridAfter w:val="1"/>
          <w:wAfter w:w="12" w:type="dxa"/>
          <w:jc w:val="center"/>
        </w:trPr>
        <w:tc>
          <w:tcPr>
            <w:tcW w:w="624" w:type="dxa"/>
          </w:tcPr>
          <w:p w:rsidR="002819BA" w:rsidRPr="001B4907" w14:paraId="4A0D74B4" w14:textId="77777777">
            <w:pPr>
              <w:spacing w:after="0"/>
              <w:jc w:val="center"/>
            </w:pPr>
            <w:r w:rsidRPr="001B4907">
              <w:rPr>
                <w:sz w:val="18"/>
              </w:rPr>
              <w:t>1.67</w:t>
            </w:r>
          </w:p>
        </w:tc>
        <w:tc>
          <w:tcPr>
            <w:tcW w:w="1814" w:type="dxa"/>
          </w:tcPr>
          <w:p w:rsidR="002819BA" w:rsidRPr="001B4907" w14:paraId="0142F2F6"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006F8B7B"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Rot</w:t>
            </w:r>
            <w:r w:rsidRPr="001B4907">
              <w:rPr>
                <w:sz w:val="18"/>
              </w:rPr>
              <w:t>'</w:t>
            </w:r>
          </w:p>
        </w:tc>
        <w:tc>
          <w:tcPr>
            <w:tcW w:w="1701" w:type="dxa"/>
          </w:tcPr>
          <w:p w:rsidR="002819BA" w:rsidRPr="001B4907" w14:paraId="5246A56E" w14:textId="77777777">
            <w:pPr>
              <w:spacing w:after="0"/>
            </w:pPr>
            <w:r w:rsidRPr="001B4907">
              <w:rPr>
                <w:sz w:val="18"/>
              </w:rPr>
              <w:t>Vairoga pelargonija, nokarena</w:t>
            </w:r>
          </w:p>
        </w:tc>
        <w:tc>
          <w:tcPr>
            <w:tcW w:w="1134" w:type="dxa"/>
          </w:tcPr>
          <w:p w:rsidR="002819BA" w:rsidRPr="001B4907" w14:paraId="7B4557B1" w14:textId="77777777">
            <w:pPr>
              <w:spacing w:after="0"/>
              <w:jc w:val="center"/>
            </w:pPr>
            <w:r w:rsidRPr="001B4907">
              <w:rPr>
                <w:sz w:val="18"/>
              </w:rPr>
              <w:t>Sastādīti Pasūtītāja podos</w:t>
            </w:r>
          </w:p>
        </w:tc>
        <w:tc>
          <w:tcPr>
            <w:tcW w:w="710" w:type="dxa"/>
          </w:tcPr>
          <w:p w:rsidR="002819BA" w:rsidRPr="001B4907" w14:paraId="2E421404" w14:textId="77777777">
            <w:pPr>
              <w:spacing w:after="0"/>
              <w:jc w:val="center"/>
            </w:pPr>
            <w:r w:rsidRPr="001B4907">
              <w:rPr>
                <w:sz w:val="18"/>
              </w:rPr>
              <w:t>gab.</w:t>
            </w:r>
          </w:p>
        </w:tc>
        <w:tc>
          <w:tcPr>
            <w:tcW w:w="794" w:type="dxa"/>
          </w:tcPr>
          <w:p w:rsidR="002819BA" w:rsidRPr="001B4907" w14:paraId="3806BAE4" w14:textId="77777777">
            <w:pPr>
              <w:spacing w:after="0"/>
              <w:jc w:val="center"/>
            </w:pPr>
            <w:r w:rsidRPr="001B4907">
              <w:rPr>
                <w:sz w:val="18"/>
              </w:rPr>
              <w:t>204</w:t>
            </w:r>
          </w:p>
        </w:tc>
        <w:tc>
          <w:tcPr>
            <w:tcW w:w="1247" w:type="dxa"/>
          </w:tcPr>
          <w:p w:rsidR="002819BA" w:rsidRPr="001B4907" w14:paraId="753C83B5" w14:textId="77777777">
            <w:pPr>
              <w:spacing w:after="0"/>
              <w:jc w:val="center"/>
            </w:pPr>
            <w:r w:rsidRPr="001B4907">
              <w:rPr>
                <w:sz w:val="18"/>
              </w:rPr>
              <w:t>03.05.2027.–11.06.2027.</w:t>
            </w:r>
          </w:p>
        </w:tc>
      </w:tr>
      <w:tr w14:paraId="02AA3718" w14:textId="77777777" w:rsidTr="002957E9">
        <w:tblPrEx>
          <w:tblW w:w="0" w:type="auto"/>
          <w:jc w:val="center"/>
          <w:tblLayout w:type="fixed"/>
          <w:tblLook w:val="04A0"/>
        </w:tblPrEx>
        <w:trPr>
          <w:gridAfter w:val="1"/>
          <w:wAfter w:w="12" w:type="dxa"/>
          <w:jc w:val="center"/>
        </w:trPr>
        <w:tc>
          <w:tcPr>
            <w:tcW w:w="624" w:type="dxa"/>
          </w:tcPr>
          <w:p w:rsidR="002819BA" w:rsidRPr="001B4907" w14:paraId="62A171DF" w14:textId="77777777">
            <w:pPr>
              <w:spacing w:after="0"/>
              <w:jc w:val="center"/>
            </w:pPr>
            <w:r w:rsidRPr="001B4907">
              <w:rPr>
                <w:sz w:val="18"/>
              </w:rPr>
              <w:t>1.68</w:t>
            </w:r>
          </w:p>
        </w:tc>
        <w:tc>
          <w:tcPr>
            <w:tcW w:w="1814" w:type="dxa"/>
          </w:tcPr>
          <w:p w:rsidR="002819BA" w:rsidRPr="001B4907" w14:paraId="669A6182" w14:textId="77777777">
            <w:pPr>
              <w:spacing w:after="0"/>
            </w:pPr>
            <w:r w:rsidRPr="001B4907">
              <w:rPr>
                <w:sz w:val="18"/>
              </w:rPr>
              <w:t>Lysimachia</w:t>
            </w:r>
            <w:r w:rsidRPr="001B4907">
              <w:rPr>
                <w:sz w:val="18"/>
              </w:rPr>
              <w:t xml:space="preserve"> </w:t>
            </w:r>
            <w:r w:rsidRPr="001B4907">
              <w:rPr>
                <w:sz w:val="18"/>
              </w:rPr>
              <w:t>nummularia</w:t>
            </w:r>
          </w:p>
        </w:tc>
        <w:tc>
          <w:tcPr>
            <w:tcW w:w="1814" w:type="dxa"/>
          </w:tcPr>
          <w:p w:rsidR="002819BA" w:rsidRPr="001B4907" w14:paraId="4B9BAED6" w14:textId="77777777">
            <w:pPr>
              <w:spacing w:after="0"/>
            </w:pPr>
            <w:r w:rsidRPr="001B4907">
              <w:rPr>
                <w:sz w:val="18"/>
              </w:rPr>
              <w:t>'</w:t>
            </w:r>
            <w:r w:rsidRPr="001B4907">
              <w:rPr>
                <w:sz w:val="18"/>
              </w:rPr>
              <w:t>Goldilocks</w:t>
            </w:r>
            <w:r w:rsidRPr="001B4907">
              <w:rPr>
                <w:sz w:val="18"/>
              </w:rPr>
              <w:t>'</w:t>
            </w:r>
          </w:p>
        </w:tc>
        <w:tc>
          <w:tcPr>
            <w:tcW w:w="1701" w:type="dxa"/>
          </w:tcPr>
          <w:p w:rsidR="002819BA" w:rsidRPr="001B4907" w14:paraId="2E8F3630" w14:textId="77777777">
            <w:pPr>
              <w:spacing w:after="0"/>
            </w:pPr>
            <w:r w:rsidRPr="001B4907">
              <w:rPr>
                <w:sz w:val="18"/>
              </w:rPr>
              <w:t>Pļavu zeltene</w:t>
            </w:r>
          </w:p>
        </w:tc>
        <w:tc>
          <w:tcPr>
            <w:tcW w:w="1134" w:type="dxa"/>
          </w:tcPr>
          <w:p w:rsidR="002819BA" w:rsidRPr="001B4907" w14:paraId="471E9F3C" w14:textId="77777777">
            <w:pPr>
              <w:spacing w:after="0"/>
              <w:jc w:val="center"/>
            </w:pPr>
            <w:r w:rsidRPr="001B4907">
              <w:rPr>
                <w:sz w:val="18"/>
              </w:rPr>
              <w:t>Sastādīti Pasūtītāja podos</w:t>
            </w:r>
          </w:p>
        </w:tc>
        <w:tc>
          <w:tcPr>
            <w:tcW w:w="710" w:type="dxa"/>
          </w:tcPr>
          <w:p w:rsidR="002819BA" w:rsidRPr="001B4907" w14:paraId="7CCFABCB" w14:textId="77777777">
            <w:pPr>
              <w:spacing w:after="0"/>
              <w:jc w:val="center"/>
            </w:pPr>
            <w:r w:rsidRPr="001B4907">
              <w:rPr>
                <w:sz w:val="18"/>
              </w:rPr>
              <w:t>gab.</w:t>
            </w:r>
          </w:p>
        </w:tc>
        <w:tc>
          <w:tcPr>
            <w:tcW w:w="794" w:type="dxa"/>
          </w:tcPr>
          <w:p w:rsidR="002819BA" w:rsidRPr="001B4907" w14:paraId="45FE7345" w14:textId="77777777">
            <w:pPr>
              <w:spacing w:after="0"/>
              <w:jc w:val="center"/>
            </w:pPr>
            <w:r w:rsidRPr="001B4907">
              <w:rPr>
                <w:sz w:val="18"/>
              </w:rPr>
              <w:t>136</w:t>
            </w:r>
          </w:p>
        </w:tc>
        <w:tc>
          <w:tcPr>
            <w:tcW w:w="1247" w:type="dxa"/>
          </w:tcPr>
          <w:p w:rsidR="002819BA" w:rsidRPr="001B4907" w14:paraId="4D9906E4" w14:textId="77777777">
            <w:pPr>
              <w:spacing w:after="0"/>
              <w:jc w:val="center"/>
            </w:pPr>
            <w:r w:rsidRPr="001B4907">
              <w:rPr>
                <w:sz w:val="18"/>
              </w:rPr>
              <w:t>03.05.2027.–11.06.2027.</w:t>
            </w:r>
          </w:p>
        </w:tc>
      </w:tr>
      <w:tr w14:paraId="277229A4" w14:textId="77777777" w:rsidTr="002957E9">
        <w:tblPrEx>
          <w:tblW w:w="0" w:type="auto"/>
          <w:jc w:val="center"/>
          <w:tblLayout w:type="fixed"/>
          <w:tblLook w:val="04A0"/>
        </w:tblPrEx>
        <w:trPr>
          <w:gridAfter w:val="1"/>
          <w:wAfter w:w="12" w:type="dxa"/>
          <w:jc w:val="center"/>
        </w:trPr>
        <w:tc>
          <w:tcPr>
            <w:tcW w:w="624" w:type="dxa"/>
          </w:tcPr>
          <w:p w:rsidR="002819BA" w:rsidRPr="001B4907" w14:paraId="57103429" w14:textId="77777777">
            <w:pPr>
              <w:spacing w:after="0"/>
              <w:jc w:val="center"/>
            </w:pPr>
            <w:r w:rsidRPr="001B4907">
              <w:rPr>
                <w:sz w:val="18"/>
              </w:rPr>
              <w:t>1.69</w:t>
            </w:r>
          </w:p>
        </w:tc>
        <w:tc>
          <w:tcPr>
            <w:tcW w:w="1814" w:type="dxa"/>
          </w:tcPr>
          <w:p w:rsidR="002819BA" w:rsidRPr="001B4907" w14:paraId="23ADFBB0" w14:textId="77777777">
            <w:pPr>
              <w:spacing w:after="0"/>
            </w:pPr>
            <w:r w:rsidRPr="001B4907">
              <w:rPr>
                <w:sz w:val="18"/>
              </w:rPr>
              <w:t xml:space="preserve">Verbena </w:t>
            </w:r>
            <w:r w:rsidRPr="001B4907">
              <w:rPr>
                <w:sz w:val="18"/>
              </w:rPr>
              <w:t>speciosa</w:t>
            </w:r>
          </w:p>
        </w:tc>
        <w:tc>
          <w:tcPr>
            <w:tcW w:w="1814" w:type="dxa"/>
          </w:tcPr>
          <w:p w:rsidR="002819BA" w:rsidRPr="001B4907" w14:paraId="649D63E7" w14:textId="77777777">
            <w:pPr>
              <w:spacing w:after="0"/>
            </w:pPr>
            <w:r w:rsidRPr="001B4907">
              <w:rPr>
                <w:sz w:val="18"/>
              </w:rPr>
              <w:t>'</w:t>
            </w:r>
            <w:r w:rsidRPr="001B4907">
              <w:rPr>
                <w:sz w:val="18"/>
              </w:rPr>
              <w:t>Imagination</w:t>
            </w:r>
            <w:r w:rsidRPr="001B4907">
              <w:rPr>
                <w:sz w:val="18"/>
              </w:rPr>
              <w:t>'</w:t>
            </w:r>
          </w:p>
        </w:tc>
        <w:tc>
          <w:tcPr>
            <w:tcW w:w="1701" w:type="dxa"/>
          </w:tcPr>
          <w:p w:rsidR="002819BA" w:rsidRPr="001B4907" w14:paraId="050E9460" w14:textId="77777777">
            <w:pPr>
              <w:spacing w:after="0"/>
            </w:pPr>
            <w:r w:rsidRPr="001B4907">
              <w:rPr>
                <w:sz w:val="18"/>
              </w:rPr>
              <w:t>Krāšņā verbena</w:t>
            </w:r>
          </w:p>
        </w:tc>
        <w:tc>
          <w:tcPr>
            <w:tcW w:w="1134" w:type="dxa"/>
          </w:tcPr>
          <w:p w:rsidR="002819BA" w:rsidRPr="001B4907" w14:paraId="1B5ED93B" w14:textId="77777777">
            <w:pPr>
              <w:spacing w:after="0"/>
              <w:jc w:val="center"/>
            </w:pPr>
            <w:r w:rsidRPr="001B4907">
              <w:rPr>
                <w:sz w:val="18"/>
              </w:rPr>
              <w:t>Sastādīti Pasūtītāja podos</w:t>
            </w:r>
          </w:p>
        </w:tc>
        <w:tc>
          <w:tcPr>
            <w:tcW w:w="710" w:type="dxa"/>
          </w:tcPr>
          <w:p w:rsidR="002819BA" w:rsidRPr="001B4907" w14:paraId="20C0624F" w14:textId="77777777">
            <w:pPr>
              <w:spacing w:after="0"/>
              <w:jc w:val="center"/>
            </w:pPr>
            <w:r w:rsidRPr="001B4907">
              <w:rPr>
                <w:sz w:val="18"/>
              </w:rPr>
              <w:t>gab.</w:t>
            </w:r>
          </w:p>
        </w:tc>
        <w:tc>
          <w:tcPr>
            <w:tcW w:w="794" w:type="dxa"/>
          </w:tcPr>
          <w:p w:rsidR="002819BA" w:rsidRPr="001B4907" w14:paraId="0F883B2E" w14:textId="77777777">
            <w:pPr>
              <w:spacing w:after="0"/>
              <w:jc w:val="center"/>
            </w:pPr>
            <w:r w:rsidRPr="001B4907">
              <w:rPr>
                <w:sz w:val="18"/>
              </w:rPr>
              <w:t>136</w:t>
            </w:r>
          </w:p>
        </w:tc>
        <w:tc>
          <w:tcPr>
            <w:tcW w:w="1247" w:type="dxa"/>
          </w:tcPr>
          <w:p w:rsidR="002819BA" w:rsidRPr="001B4907" w14:paraId="78531C50" w14:textId="77777777">
            <w:pPr>
              <w:spacing w:after="0"/>
              <w:jc w:val="center"/>
            </w:pPr>
            <w:r w:rsidRPr="001B4907">
              <w:rPr>
                <w:sz w:val="18"/>
              </w:rPr>
              <w:t>03.05.2027.–11.06.2027.</w:t>
            </w:r>
          </w:p>
        </w:tc>
      </w:tr>
      <w:tr w14:paraId="5C0A38B7" w14:textId="77777777" w:rsidTr="002957E9">
        <w:tblPrEx>
          <w:tblW w:w="0" w:type="auto"/>
          <w:jc w:val="center"/>
          <w:tblLayout w:type="fixed"/>
          <w:tblLook w:val="04A0"/>
        </w:tblPrEx>
        <w:trPr>
          <w:jc w:val="center"/>
        </w:trPr>
        <w:tc>
          <w:tcPr>
            <w:tcW w:w="9850" w:type="dxa"/>
            <w:gridSpan w:val="9"/>
          </w:tcPr>
          <w:p w:rsidR="002819BA" w:rsidRPr="001B4907" w14:paraId="61B446BA" w14:textId="4E9BD89D">
            <w:pPr>
              <w:spacing w:after="0"/>
              <w:jc w:val="center"/>
            </w:pPr>
            <w:r w:rsidRPr="001B4907">
              <w:rPr>
                <w:sz w:val="18"/>
              </w:rPr>
              <w:t>Bauskas zīmes pusapaļie puķu podi 6</w:t>
            </w:r>
            <w:r w:rsidRPr="001B4907" w:rsidR="00BE6255">
              <w:rPr>
                <w:sz w:val="18"/>
              </w:rPr>
              <w:t xml:space="preserve"> </w:t>
            </w:r>
            <w:r w:rsidRPr="001B4907">
              <w:rPr>
                <w:sz w:val="18"/>
              </w:rPr>
              <w:t>gab</w:t>
            </w:r>
            <w:r w:rsidRPr="001B4907" w:rsidR="00BE6255">
              <w:rPr>
                <w:sz w:val="18"/>
              </w:rPr>
              <w:t>.</w:t>
            </w:r>
          </w:p>
        </w:tc>
      </w:tr>
      <w:tr w14:paraId="30541B81" w14:textId="77777777" w:rsidTr="002957E9">
        <w:tblPrEx>
          <w:tblW w:w="0" w:type="auto"/>
          <w:jc w:val="center"/>
          <w:tblLayout w:type="fixed"/>
          <w:tblLook w:val="04A0"/>
        </w:tblPrEx>
        <w:trPr>
          <w:gridAfter w:val="1"/>
          <w:wAfter w:w="12" w:type="dxa"/>
          <w:jc w:val="center"/>
        </w:trPr>
        <w:tc>
          <w:tcPr>
            <w:tcW w:w="624" w:type="dxa"/>
          </w:tcPr>
          <w:p w:rsidR="002819BA" w:rsidRPr="001B4907" w14:paraId="0F2EBAF2" w14:textId="77777777">
            <w:pPr>
              <w:spacing w:after="0"/>
              <w:jc w:val="center"/>
            </w:pPr>
            <w:r w:rsidRPr="001B4907">
              <w:rPr>
                <w:sz w:val="18"/>
              </w:rPr>
              <w:t>1.70</w:t>
            </w:r>
          </w:p>
        </w:tc>
        <w:tc>
          <w:tcPr>
            <w:tcW w:w="1814" w:type="dxa"/>
          </w:tcPr>
          <w:p w:rsidR="002819BA" w:rsidRPr="001B4907" w14:paraId="0EC69010"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7291677D"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White</w:t>
            </w:r>
            <w:r w:rsidRPr="001B4907">
              <w:rPr>
                <w:sz w:val="18"/>
              </w:rPr>
              <w:t>'</w:t>
            </w:r>
          </w:p>
        </w:tc>
        <w:tc>
          <w:tcPr>
            <w:tcW w:w="1701" w:type="dxa"/>
          </w:tcPr>
          <w:p w:rsidR="002819BA" w:rsidRPr="001B4907" w14:paraId="4F3C10A8" w14:textId="77777777">
            <w:pPr>
              <w:spacing w:after="0"/>
            </w:pPr>
            <w:r w:rsidRPr="001B4907">
              <w:rPr>
                <w:sz w:val="18"/>
              </w:rPr>
              <w:t>Vairoga pelargonija, nokarena</w:t>
            </w:r>
          </w:p>
        </w:tc>
        <w:tc>
          <w:tcPr>
            <w:tcW w:w="1134" w:type="dxa"/>
          </w:tcPr>
          <w:p w:rsidR="002819BA" w:rsidRPr="001B4907" w14:paraId="4E57ECC0" w14:textId="77777777">
            <w:pPr>
              <w:spacing w:after="0"/>
              <w:jc w:val="center"/>
            </w:pPr>
            <w:r w:rsidRPr="001B4907">
              <w:rPr>
                <w:sz w:val="18"/>
              </w:rPr>
              <w:t>Sastādīti Pasūtītāja podos</w:t>
            </w:r>
          </w:p>
        </w:tc>
        <w:tc>
          <w:tcPr>
            <w:tcW w:w="710" w:type="dxa"/>
          </w:tcPr>
          <w:p w:rsidR="002819BA" w:rsidRPr="001B4907" w14:paraId="1E2254EC" w14:textId="77777777">
            <w:pPr>
              <w:spacing w:after="0"/>
              <w:jc w:val="center"/>
            </w:pPr>
            <w:r w:rsidRPr="001B4907">
              <w:rPr>
                <w:sz w:val="18"/>
              </w:rPr>
              <w:t>gab.</w:t>
            </w:r>
          </w:p>
        </w:tc>
        <w:tc>
          <w:tcPr>
            <w:tcW w:w="794" w:type="dxa"/>
          </w:tcPr>
          <w:p w:rsidR="002819BA" w:rsidRPr="001B4907" w14:paraId="2620AD0A" w14:textId="77777777">
            <w:pPr>
              <w:spacing w:after="0"/>
              <w:jc w:val="center"/>
            </w:pPr>
            <w:r w:rsidRPr="001B4907">
              <w:rPr>
                <w:sz w:val="18"/>
              </w:rPr>
              <w:t>12</w:t>
            </w:r>
          </w:p>
        </w:tc>
        <w:tc>
          <w:tcPr>
            <w:tcW w:w="1247" w:type="dxa"/>
          </w:tcPr>
          <w:p w:rsidR="002819BA" w:rsidRPr="001B4907" w14:paraId="4E9B212A" w14:textId="77777777">
            <w:pPr>
              <w:spacing w:after="0"/>
              <w:jc w:val="center"/>
            </w:pPr>
            <w:r w:rsidRPr="001B4907">
              <w:rPr>
                <w:sz w:val="18"/>
              </w:rPr>
              <w:t>03.05.2027.–11.06.2027.</w:t>
            </w:r>
          </w:p>
        </w:tc>
      </w:tr>
      <w:tr w14:paraId="02B6890D" w14:textId="77777777" w:rsidTr="002957E9">
        <w:tblPrEx>
          <w:tblW w:w="0" w:type="auto"/>
          <w:jc w:val="center"/>
          <w:tblLayout w:type="fixed"/>
          <w:tblLook w:val="04A0"/>
        </w:tblPrEx>
        <w:trPr>
          <w:gridAfter w:val="1"/>
          <w:wAfter w:w="12" w:type="dxa"/>
          <w:jc w:val="center"/>
        </w:trPr>
        <w:tc>
          <w:tcPr>
            <w:tcW w:w="624" w:type="dxa"/>
          </w:tcPr>
          <w:p w:rsidR="002819BA" w:rsidRPr="001B4907" w14:paraId="25AFF623" w14:textId="77777777">
            <w:pPr>
              <w:spacing w:after="0"/>
              <w:jc w:val="center"/>
            </w:pPr>
            <w:r w:rsidRPr="001B4907">
              <w:rPr>
                <w:sz w:val="18"/>
              </w:rPr>
              <w:t>1.71</w:t>
            </w:r>
          </w:p>
        </w:tc>
        <w:tc>
          <w:tcPr>
            <w:tcW w:w="1814" w:type="dxa"/>
          </w:tcPr>
          <w:p w:rsidR="002819BA" w:rsidRPr="001B4907" w14:paraId="6A82611F"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26D4DC3F" w14:textId="77777777">
            <w:pPr>
              <w:spacing w:after="0"/>
            </w:pPr>
            <w:r w:rsidRPr="001B4907">
              <w:rPr>
                <w:sz w:val="18"/>
              </w:rPr>
              <w:t>'</w:t>
            </w:r>
            <w:r w:rsidRPr="001B4907">
              <w:rPr>
                <w:sz w:val="18"/>
              </w:rPr>
              <w:t>Ville</w:t>
            </w:r>
            <w:r w:rsidRPr="001B4907">
              <w:rPr>
                <w:sz w:val="18"/>
              </w:rPr>
              <w:t xml:space="preserve"> </w:t>
            </w:r>
            <w:r w:rsidRPr="001B4907">
              <w:rPr>
                <w:sz w:val="18"/>
              </w:rPr>
              <w:t>de</w:t>
            </w:r>
            <w:r w:rsidRPr="001B4907">
              <w:rPr>
                <w:sz w:val="18"/>
              </w:rPr>
              <w:t xml:space="preserve"> Paris </w:t>
            </w:r>
            <w:r w:rsidRPr="001B4907">
              <w:rPr>
                <w:sz w:val="18"/>
              </w:rPr>
              <w:t>Bicolor</w:t>
            </w:r>
            <w:r w:rsidRPr="001B4907">
              <w:rPr>
                <w:sz w:val="18"/>
              </w:rPr>
              <w:t>'</w:t>
            </w:r>
          </w:p>
        </w:tc>
        <w:tc>
          <w:tcPr>
            <w:tcW w:w="1701" w:type="dxa"/>
          </w:tcPr>
          <w:p w:rsidR="002819BA" w:rsidRPr="001B4907" w14:paraId="4F122BA3" w14:textId="77777777">
            <w:pPr>
              <w:spacing w:after="0"/>
            </w:pPr>
            <w:r w:rsidRPr="001B4907">
              <w:rPr>
                <w:sz w:val="18"/>
              </w:rPr>
              <w:t>Vairoga pelargonija, nokarena</w:t>
            </w:r>
          </w:p>
        </w:tc>
        <w:tc>
          <w:tcPr>
            <w:tcW w:w="1134" w:type="dxa"/>
          </w:tcPr>
          <w:p w:rsidR="002819BA" w:rsidRPr="001B4907" w14:paraId="0720E263" w14:textId="77777777">
            <w:pPr>
              <w:spacing w:after="0"/>
              <w:jc w:val="center"/>
            </w:pPr>
            <w:r w:rsidRPr="001B4907">
              <w:rPr>
                <w:sz w:val="18"/>
              </w:rPr>
              <w:t>Sastādīti Pasūtītāja podos</w:t>
            </w:r>
          </w:p>
        </w:tc>
        <w:tc>
          <w:tcPr>
            <w:tcW w:w="710" w:type="dxa"/>
          </w:tcPr>
          <w:p w:rsidR="002819BA" w:rsidRPr="001B4907" w14:paraId="13999F19" w14:textId="77777777">
            <w:pPr>
              <w:spacing w:after="0"/>
              <w:jc w:val="center"/>
            </w:pPr>
            <w:r w:rsidRPr="001B4907">
              <w:rPr>
                <w:sz w:val="18"/>
              </w:rPr>
              <w:t>gab.</w:t>
            </w:r>
          </w:p>
        </w:tc>
        <w:tc>
          <w:tcPr>
            <w:tcW w:w="794" w:type="dxa"/>
          </w:tcPr>
          <w:p w:rsidR="002819BA" w:rsidRPr="001B4907" w14:paraId="07793F3A" w14:textId="77777777">
            <w:pPr>
              <w:spacing w:after="0"/>
              <w:jc w:val="center"/>
            </w:pPr>
            <w:r w:rsidRPr="001B4907">
              <w:rPr>
                <w:sz w:val="18"/>
              </w:rPr>
              <w:t>12</w:t>
            </w:r>
          </w:p>
        </w:tc>
        <w:tc>
          <w:tcPr>
            <w:tcW w:w="1247" w:type="dxa"/>
          </w:tcPr>
          <w:p w:rsidR="002819BA" w:rsidRPr="001B4907" w14:paraId="517B4FF0" w14:textId="77777777">
            <w:pPr>
              <w:spacing w:after="0"/>
              <w:jc w:val="center"/>
            </w:pPr>
            <w:r w:rsidRPr="001B4907">
              <w:rPr>
                <w:sz w:val="18"/>
              </w:rPr>
              <w:t>03.05.2027.–11.06.2027.</w:t>
            </w:r>
          </w:p>
        </w:tc>
      </w:tr>
      <w:tr w14:paraId="2337BEBC" w14:textId="77777777" w:rsidTr="002957E9">
        <w:tblPrEx>
          <w:tblW w:w="0" w:type="auto"/>
          <w:jc w:val="center"/>
          <w:tblLayout w:type="fixed"/>
          <w:tblLook w:val="04A0"/>
        </w:tblPrEx>
        <w:trPr>
          <w:gridAfter w:val="1"/>
          <w:wAfter w:w="12" w:type="dxa"/>
          <w:jc w:val="center"/>
        </w:trPr>
        <w:tc>
          <w:tcPr>
            <w:tcW w:w="624" w:type="dxa"/>
          </w:tcPr>
          <w:p w:rsidR="002819BA" w:rsidRPr="001B4907" w14:paraId="2FB4698D" w14:textId="77777777">
            <w:pPr>
              <w:spacing w:after="0"/>
              <w:jc w:val="center"/>
            </w:pPr>
            <w:r w:rsidRPr="001B4907">
              <w:rPr>
                <w:sz w:val="18"/>
              </w:rPr>
              <w:t>1.72</w:t>
            </w:r>
          </w:p>
        </w:tc>
        <w:tc>
          <w:tcPr>
            <w:tcW w:w="1814" w:type="dxa"/>
          </w:tcPr>
          <w:p w:rsidR="002819BA" w:rsidRPr="001B4907" w14:paraId="3742180C" w14:textId="77777777">
            <w:pPr>
              <w:spacing w:after="0"/>
            </w:pPr>
            <w:r w:rsidRPr="001B4907">
              <w:rPr>
                <w:sz w:val="18"/>
              </w:rPr>
              <w:t>Lysimachia</w:t>
            </w:r>
            <w:r w:rsidRPr="001B4907">
              <w:rPr>
                <w:sz w:val="18"/>
              </w:rPr>
              <w:t xml:space="preserve"> </w:t>
            </w:r>
            <w:r w:rsidRPr="001B4907">
              <w:rPr>
                <w:sz w:val="18"/>
              </w:rPr>
              <w:t>nummularia</w:t>
            </w:r>
          </w:p>
        </w:tc>
        <w:tc>
          <w:tcPr>
            <w:tcW w:w="1814" w:type="dxa"/>
          </w:tcPr>
          <w:p w:rsidR="002819BA" w:rsidRPr="001B4907" w14:paraId="7DA15C52" w14:textId="77777777">
            <w:pPr>
              <w:spacing w:after="0"/>
            </w:pPr>
            <w:r w:rsidRPr="001B4907">
              <w:rPr>
                <w:sz w:val="18"/>
              </w:rPr>
              <w:t>'</w:t>
            </w:r>
            <w:r w:rsidRPr="001B4907">
              <w:rPr>
                <w:sz w:val="18"/>
              </w:rPr>
              <w:t>Goldilocks</w:t>
            </w:r>
            <w:r w:rsidRPr="001B4907">
              <w:rPr>
                <w:sz w:val="18"/>
              </w:rPr>
              <w:t>'</w:t>
            </w:r>
          </w:p>
        </w:tc>
        <w:tc>
          <w:tcPr>
            <w:tcW w:w="1701" w:type="dxa"/>
          </w:tcPr>
          <w:p w:rsidR="002819BA" w:rsidRPr="001B4907" w14:paraId="325FBF6F" w14:textId="77777777">
            <w:pPr>
              <w:spacing w:after="0"/>
            </w:pPr>
            <w:r w:rsidRPr="001B4907">
              <w:rPr>
                <w:sz w:val="18"/>
              </w:rPr>
              <w:t>Pļavu zeltene</w:t>
            </w:r>
          </w:p>
        </w:tc>
        <w:tc>
          <w:tcPr>
            <w:tcW w:w="1134" w:type="dxa"/>
          </w:tcPr>
          <w:p w:rsidR="002819BA" w:rsidRPr="001B4907" w14:paraId="1E3FD2BA" w14:textId="77777777">
            <w:pPr>
              <w:spacing w:after="0"/>
              <w:jc w:val="center"/>
            </w:pPr>
            <w:r w:rsidRPr="001B4907">
              <w:rPr>
                <w:sz w:val="18"/>
              </w:rPr>
              <w:t>Sastādīti Pasūtītāja podos</w:t>
            </w:r>
          </w:p>
        </w:tc>
        <w:tc>
          <w:tcPr>
            <w:tcW w:w="710" w:type="dxa"/>
          </w:tcPr>
          <w:p w:rsidR="002819BA" w:rsidRPr="001B4907" w14:paraId="1183F567" w14:textId="77777777">
            <w:pPr>
              <w:spacing w:after="0"/>
              <w:jc w:val="center"/>
            </w:pPr>
            <w:r w:rsidRPr="001B4907">
              <w:rPr>
                <w:sz w:val="18"/>
              </w:rPr>
              <w:t>gab.</w:t>
            </w:r>
          </w:p>
        </w:tc>
        <w:tc>
          <w:tcPr>
            <w:tcW w:w="794" w:type="dxa"/>
          </w:tcPr>
          <w:p w:rsidR="002819BA" w:rsidRPr="001B4907" w14:paraId="0E6A1D01" w14:textId="77777777">
            <w:pPr>
              <w:spacing w:after="0"/>
              <w:jc w:val="center"/>
            </w:pPr>
            <w:r w:rsidRPr="001B4907">
              <w:rPr>
                <w:sz w:val="18"/>
              </w:rPr>
              <w:t>12</w:t>
            </w:r>
          </w:p>
        </w:tc>
        <w:tc>
          <w:tcPr>
            <w:tcW w:w="1247" w:type="dxa"/>
          </w:tcPr>
          <w:p w:rsidR="002819BA" w:rsidRPr="001B4907" w14:paraId="17E765C4" w14:textId="77777777">
            <w:pPr>
              <w:spacing w:after="0"/>
              <w:jc w:val="center"/>
            </w:pPr>
            <w:r w:rsidRPr="001B4907">
              <w:rPr>
                <w:sz w:val="18"/>
              </w:rPr>
              <w:t>03.05.2027.–11.06.2027.</w:t>
            </w:r>
          </w:p>
        </w:tc>
      </w:tr>
      <w:tr w14:paraId="151DEE9E" w14:textId="77777777" w:rsidTr="002957E9">
        <w:tblPrEx>
          <w:tblW w:w="0" w:type="auto"/>
          <w:jc w:val="center"/>
          <w:tblLayout w:type="fixed"/>
          <w:tblLook w:val="04A0"/>
        </w:tblPrEx>
        <w:trPr>
          <w:gridAfter w:val="1"/>
          <w:wAfter w:w="12" w:type="dxa"/>
          <w:jc w:val="center"/>
        </w:trPr>
        <w:tc>
          <w:tcPr>
            <w:tcW w:w="624" w:type="dxa"/>
          </w:tcPr>
          <w:p w:rsidR="002819BA" w:rsidRPr="001B4907" w14:paraId="2C9D046B" w14:textId="77777777">
            <w:pPr>
              <w:spacing w:after="0"/>
              <w:jc w:val="center"/>
            </w:pPr>
            <w:r w:rsidRPr="001B4907">
              <w:rPr>
                <w:sz w:val="18"/>
              </w:rPr>
              <w:t>1.73</w:t>
            </w:r>
          </w:p>
        </w:tc>
        <w:tc>
          <w:tcPr>
            <w:tcW w:w="1814" w:type="dxa"/>
          </w:tcPr>
          <w:p w:rsidR="002819BA" w:rsidRPr="001B4907" w14:paraId="1EBF59B6"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2DE1509E" w14:textId="77777777">
            <w:pPr>
              <w:spacing w:after="0"/>
            </w:pPr>
            <w:r w:rsidRPr="001B4907">
              <w:rPr>
                <w:sz w:val="18"/>
              </w:rPr>
              <w:t xml:space="preserve">'Mini Vista </w:t>
            </w:r>
            <w:r w:rsidRPr="001B4907">
              <w:rPr>
                <w:sz w:val="18"/>
              </w:rPr>
              <w:t>Yellow</w:t>
            </w:r>
            <w:r w:rsidRPr="001B4907">
              <w:rPr>
                <w:sz w:val="18"/>
              </w:rPr>
              <w:t>'</w:t>
            </w:r>
          </w:p>
        </w:tc>
        <w:tc>
          <w:tcPr>
            <w:tcW w:w="1701" w:type="dxa"/>
          </w:tcPr>
          <w:p w:rsidR="002819BA" w:rsidRPr="001B4907" w14:paraId="37DE8B66" w14:textId="77777777">
            <w:pPr>
              <w:spacing w:after="0"/>
            </w:pPr>
            <w:r w:rsidRPr="001B4907">
              <w:rPr>
                <w:sz w:val="18"/>
              </w:rPr>
              <w:t>Atkinsa</w:t>
            </w:r>
            <w:r w:rsidRPr="001B4907">
              <w:rPr>
                <w:sz w:val="18"/>
              </w:rPr>
              <w:t xml:space="preserve"> petūnija</w:t>
            </w:r>
          </w:p>
        </w:tc>
        <w:tc>
          <w:tcPr>
            <w:tcW w:w="1134" w:type="dxa"/>
          </w:tcPr>
          <w:p w:rsidR="002819BA" w:rsidRPr="001B4907" w14:paraId="6F96A543" w14:textId="77777777">
            <w:pPr>
              <w:spacing w:after="0"/>
              <w:jc w:val="center"/>
            </w:pPr>
            <w:r w:rsidRPr="001B4907">
              <w:rPr>
                <w:sz w:val="18"/>
              </w:rPr>
              <w:t>Sastādīti Pasūtītāja podos</w:t>
            </w:r>
          </w:p>
        </w:tc>
        <w:tc>
          <w:tcPr>
            <w:tcW w:w="710" w:type="dxa"/>
          </w:tcPr>
          <w:p w:rsidR="002819BA" w:rsidRPr="001B4907" w14:paraId="014EFA0C" w14:textId="77777777">
            <w:pPr>
              <w:spacing w:after="0"/>
              <w:jc w:val="center"/>
            </w:pPr>
            <w:r w:rsidRPr="001B4907">
              <w:rPr>
                <w:sz w:val="18"/>
              </w:rPr>
              <w:t>gab.</w:t>
            </w:r>
          </w:p>
        </w:tc>
        <w:tc>
          <w:tcPr>
            <w:tcW w:w="794" w:type="dxa"/>
          </w:tcPr>
          <w:p w:rsidR="002819BA" w:rsidRPr="001B4907" w14:paraId="4DDB57D4" w14:textId="77777777">
            <w:pPr>
              <w:spacing w:after="0"/>
              <w:jc w:val="center"/>
            </w:pPr>
            <w:r w:rsidRPr="001B4907">
              <w:rPr>
                <w:sz w:val="18"/>
              </w:rPr>
              <w:t>12</w:t>
            </w:r>
          </w:p>
        </w:tc>
        <w:tc>
          <w:tcPr>
            <w:tcW w:w="1247" w:type="dxa"/>
          </w:tcPr>
          <w:p w:rsidR="002819BA" w:rsidRPr="001B4907" w14:paraId="72C54611" w14:textId="77777777">
            <w:pPr>
              <w:spacing w:after="0"/>
              <w:jc w:val="center"/>
            </w:pPr>
            <w:r w:rsidRPr="001B4907">
              <w:rPr>
                <w:sz w:val="18"/>
              </w:rPr>
              <w:t>03.05.2027.–11.06.2027.</w:t>
            </w:r>
          </w:p>
        </w:tc>
      </w:tr>
      <w:tr w14:paraId="248FE346" w14:textId="77777777" w:rsidTr="002957E9">
        <w:tblPrEx>
          <w:tblW w:w="0" w:type="auto"/>
          <w:jc w:val="center"/>
          <w:tblLayout w:type="fixed"/>
          <w:tblLook w:val="04A0"/>
        </w:tblPrEx>
        <w:trPr>
          <w:gridAfter w:val="1"/>
          <w:wAfter w:w="12" w:type="dxa"/>
          <w:jc w:val="center"/>
        </w:trPr>
        <w:tc>
          <w:tcPr>
            <w:tcW w:w="624" w:type="dxa"/>
          </w:tcPr>
          <w:p w:rsidR="002819BA" w:rsidRPr="001B4907" w14:paraId="3857E15D" w14:textId="77777777">
            <w:pPr>
              <w:spacing w:after="0"/>
              <w:jc w:val="center"/>
            </w:pPr>
            <w:r w:rsidRPr="001B4907">
              <w:rPr>
                <w:sz w:val="18"/>
              </w:rPr>
              <w:t>1.74</w:t>
            </w:r>
          </w:p>
        </w:tc>
        <w:tc>
          <w:tcPr>
            <w:tcW w:w="1814" w:type="dxa"/>
          </w:tcPr>
          <w:p w:rsidR="002819BA" w:rsidRPr="001B4907" w14:paraId="1E6D8EF2" w14:textId="77777777">
            <w:pPr>
              <w:spacing w:after="0"/>
            </w:pPr>
            <w:r w:rsidRPr="001B4907">
              <w:rPr>
                <w:sz w:val="18"/>
              </w:rPr>
              <w:t>Stipa</w:t>
            </w:r>
            <w:r w:rsidRPr="001B4907">
              <w:rPr>
                <w:sz w:val="18"/>
              </w:rPr>
              <w:t xml:space="preserve"> </w:t>
            </w:r>
            <w:r w:rsidRPr="001B4907">
              <w:rPr>
                <w:sz w:val="18"/>
              </w:rPr>
              <w:t>tenuissima</w:t>
            </w:r>
          </w:p>
        </w:tc>
        <w:tc>
          <w:tcPr>
            <w:tcW w:w="1814" w:type="dxa"/>
          </w:tcPr>
          <w:p w:rsidR="002819BA" w:rsidRPr="001B4907" w14:paraId="6C118B70" w14:textId="77777777">
            <w:pPr>
              <w:spacing w:after="0"/>
            </w:pPr>
            <w:r w:rsidRPr="001B4907">
              <w:rPr>
                <w:sz w:val="18"/>
              </w:rPr>
              <w:t>'</w:t>
            </w:r>
            <w:r w:rsidRPr="001B4907">
              <w:rPr>
                <w:sz w:val="18"/>
              </w:rPr>
              <w:t>Ponytails</w:t>
            </w:r>
            <w:r w:rsidRPr="001B4907">
              <w:rPr>
                <w:sz w:val="18"/>
              </w:rPr>
              <w:t>'</w:t>
            </w:r>
          </w:p>
        </w:tc>
        <w:tc>
          <w:tcPr>
            <w:tcW w:w="1701" w:type="dxa"/>
          </w:tcPr>
          <w:p w:rsidR="002819BA" w:rsidRPr="001B4907" w14:paraId="781F4A5C" w14:textId="77777777">
            <w:pPr>
              <w:spacing w:after="0"/>
            </w:pPr>
            <w:r w:rsidRPr="001B4907">
              <w:rPr>
                <w:sz w:val="18"/>
              </w:rPr>
              <w:t xml:space="preserve">Tievā </w:t>
            </w:r>
            <w:r w:rsidRPr="001B4907">
              <w:rPr>
                <w:sz w:val="18"/>
              </w:rPr>
              <w:t>stepjulīga</w:t>
            </w:r>
          </w:p>
        </w:tc>
        <w:tc>
          <w:tcPr>
            <w:tcW w:w="1134" w:type="dxa"/>
          </w:tcPr>
          <w:p w:rsidR="002819BA" w:rsidRPr="001B4907" w14:paraId="6374A33B" w14:textId="77777777">
            <w:pPr>
              <w:spacing w:after="0"/>
              <w:jc w:val="center"/>
            </w:pPr>
            <w:r w:rsidRPr="001B4907">
              <w:rPr>
                <w:sz w:val="18"/>
              </w:rPr>
              <w:t>Sastādīti Pasūtītāja podos</w:t>
            </w:r>
          </w:p>
        </w:tc>
        <w:tc>
          <w:tcPr>
            <w:tcW w:w="710" w:type="dxa"/>
          </w:tcPr>
          <w:p w:rsidR="002819BA" w:rsidRPr="001B4907" w14:paraId="0CA6F95C" w14:textId="77777777">
            <w:pPr>
              <w:spacing w:after="0"/>
              <w:jc w:val="center"/>
            </w:pPr>
            <w:r w:rsidRPr="001B4907">
              <w:rPr>
                <w:sz w:val="18"/>
              </w:rPr>
              <w:t>gab.</w:t>
            </w:r>
          </w:p>
        </w:tc>
        <w:tc>
          <w:tcPr>
            <w:tcW w:w="794" w:type="dxa"/>
          </w:tcPr>
          <w:p w:rsidR="002819BA" w:rsidRPr="001B4907" w14:paraId="7CB8F99D" w14:textId="77777777">
            <w:pPr>
              <w:spacing w:after="0"/>
              <w:jc w:val="center"/>
            </w:pPr>
            <w:r w:rsidRPr="001B4907">
              <w:rPr>
                <w:sz w:val="18"/>
              </w:rPr>
              <w:t>12</w:t>
            </w:r>
          </w:p>
        </w:tc>
        <w:tc>
          <w:tcPr>
            <w:tcW w:w="1247" w:type="dxa"/>
          </w:tcPr>
          <w:p w:rsidR="002819BA" w:rsidRPr="001B4907" w14:paraId="5F4CE8E8" w14:textId="77777777">
            <w:pPr>
              <w:spacing w:after="0"/>
              <w:jc w:val="center"/>
            </w:pPr>
            <w:r w:rsidRPr="001B4907">
              <w:rPr>
                <w:sz w:val="18"/>
              </w:rPr>
              <w:t>03.05.2027.–11.06.2027.</w:t>
            </w:r>
          </w:p>
        </w:tc>
      </w:tr>
      <w:tr w14:paraId="1EE5AEFD"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3F0EC9D9" w14:textId="77777777">
            <w:pPr>
              <w:spacing w:after="0"/>
              <w:jc w:val="center"/>
            </w:pPr>
            <w:r w:rsidRPr="001B4907">
              <w:rPr>
                <w:b/>
                <w:sz w:val="18"/>
              </w:rPr>
              <w:t>Kopā 1. piegādes vietā</w:t>
            </w:r>
          </w:p>
        </w:tc>
        <w:tc>
          <w:tcPr>
            <w:tcW w:w="794" w:type="dxa"/>
          </w:tcPr>
          <w:p w:rsidR="002819BA" w:rsidRPr="001B4907" w14:paraId="3562665F" w14:textId="77777777">
            <w:pPr>
              <w:spacing w:after="0"/>
              <w:jc w:val="center"/>
            </w:pPr>
            <w:r w:rsidRPr="001B4907">
              <w:rPr>
                <w:b/>
                <w:sz w:val="18"/>
              </w:rPr>
              <w:t>6702</w:t>
            </w:r>
          </w:p>
        </w:tc>
        <w:tc>
          <w:tcPr>
            <w:tcW w:w="1247" w:type="dxa"/>
          </w:tcPr>
          <w:p w:rsidR="002819BA" w:rsidRPr="001B4907" w14:paraId="1AFE0A81" w14:textId="77777777">
            <w:pPr>
              <w:spacing w:after="0"/>
              <w:jc w:val="center"/>
            </w:pPr>
          </w:p>
        </w:tc>
      </w:tr>
      <w:tr w14:paraId="25E02B68"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6C76D542" w14:textId="77777777">
            <w:pPr>
              <w:spacing w:after="0"/>
              <w:jc w:val="center"/>
            </w:pPr>
            <w:r w:rsidRPr="001B4907">
              <w:rPr>
                <w:b/>
                <w:sz w:val="18"/>
              </w:rPr>
              <w:t>2. Piegāde Īslīces pagasta nodaļai, adrese: "Rītausmas", Rītausmas, Īslīces pagasts, Bauskas novads</w:t>
            </w:r>
          </w:p>
        </w:tc>
      </w:tr>
      <w:tr w14:paraId="2A830FE0" w14:textId="77777777" w:rsidTr="002957E9">
        <w:tblPrEx>
          <w:tblW w:w="0" w:type="auto"/>
          <w:jc w:val="center"/>
          <w:tblLayout w:type="fixed"/>
          <w:tblLook w:val="04A0"/>
        </w:tblPrEx>
        <w:trPr>
          <w:gridAfter w:val="1"/>
          <w:wAfter w:w="12" w:type="dxa"/>
          <w:jc w:val="center"/>
        </w:trPr>
        <w:tc>
          <w:tcPr>
            <w:tcW w:w="624" w:type="dxa"/>
          </w:tcPr>
          <w:p w:rsidR="002819BA" w:rsidRPr="001B4907" w14:paraId="23EDF3F3" w14:textId="77777777">
            <w:pPr>
              <w:spacing w:after="0"/>
              <w:jc w:val="center"/>
            </w:pPr>
            <w:r w:rsidRPr="001B4907">
              <w:rPr>
                <w:sz w:val="18"/>
              </w:rPr>
              <w:t>2.1</w:t>
            </w:r>
          </w:p>
        </w:tc>
        <w:tc>
          <w:tcPr>
            <w:tcW w:w="1814" w:type="dxa"/>
          </w:tcPr>
          <w:p w:rsidR="002819BA" w:rsidRPr="001B4907" w14:paraId="7AB46978" w14:textId="77777777">
            <w:pPr>
              <w:spacing w:after="0"/>
            </w:pPr>
            <w:r w:rsidRPr="001B4907">
              <w:rPr>
                <w:sz w:val="18"/>
              </w:rPr>
              <w:t>Bacopa</w:t>
            </w:r>
            <w:r w:rsidRPr="001B4907">
              <w:rPr>
                <w:sz w:val="18"/>
              </w:rPr>
              <w:t xml:space="preserve"> </w:t>
            </w:r>
            <w:r w:rsidRPr="001B4907">
              <w:rPr>
                <w:sz w:val="18"/>
              </w:rPr>
              <w:t>scopia</w:t>
            </w:r>
            <w:r w:rsidRPr="001B4907">
              <w:rPr>
                <w:sz w:val="18"/>
              </w:rPr>
              <w:t xml:space="preserve"> </w:t>
            </w:r>
            <w:r w:rsidRPr="001B4907">
              <w:rPr>
                <w:sz w:val="18"/>
              </w:rPr>
              <w:t>gulliver</w:t>
            </w:r>
          </w:p>
        </w:tc>
        <w:tc>
          <w:tcPr>
            <w:tcW w:w="1814" w:type="dxa"/>
          </w:tcPr>
          <w:p w:rsidR="002819BA" w:rsidRPr="001B4907" w14:paraId="763F29A2" w14:textId="77777777">
            <w:pPr>
              <w:spacing w:after="0"/>
            </w:pPr>
            <w:r w:rsidRPr="001B4907">
              <w:rPr>
                <w:sz w:val="18"/>
              </w:rPr>
              <w:t>'</w:t>
            </w:r>
            <w:r w:rsidRPr="001B4907">
              <w:rPr>
                <w:sz w:val="18"/>
              </w:rPr>
              <w:t>Compact</w:t>
            </w:r>
            <w:r w:rsidRPr="001B4907">
              <w:rPr>
                <w:sz w:val="18"/>
              </w:rPr>
              <w:t xml:space="preserve"> </w:t>
            </w:r>
            <w:r w:rsidRPr="001B4907">
              <w:rPr>
                <w:sz w:val="18"/>
              </w:rPr>
              <w:t>purple</w:t>
            </w:r>
            <w:r w:rsidRPr="001B4907">
              <w:rPr>
                <w:sz w:val="18"/>
              </w:rPr>
              <w:t>'</w:t>
            </w:r>
          </w:p>
        </w:tc>
        <w:tc>
          <w:tcPr>
            <w:tcW w:w="1701" w:type="dxa"/>
          </w:tcPr>
          <w:p w:rsidR="002819BA" w:rsidRPr="001B4907" w14:paraId="702D3498" w14:textId="77777777">
            <w:pPr>
              <w:spacing w:after="0"/>
            </w:pPr>
            <w:r w:rsidRPr="001B4907">
              <w:rPr>
                <w:sz w:val="18"/>
              </w:rPr>
              <w:t>Bakopa</w:t>
            </w:r>
          </w:p>
        </w:tc>
        <w:tc>
          <w:tcPr>
            <w:tcW w:w="1134" w:type="dxa"/>
          </w:tcPr>
          <w:p w:rsidR="002819BA" w:rsidRPr="001B4907" w14:paraId="11479818" w14:textId="77777777">
            <w:pPr>
              <w:spacing w:after="0"/>
              <w:jc w:val="center"/>
            </w:pPr>
            <w:r w:rsidRPr="001B4907">
              <w:rPr>
                <w:sz w:val="18"/>
              </w:rPr>
              <w:t>P11/P12/P13</w:t>
            </w:r>
          </w:p>
        </w:tc>
        <w:tc>
          <w:tcPr>
            <w:tcW w:w="710" w:type="dxa"/>
          </w:tcPr>
          <w:p w:rsidR="002819BA" w:rsidRPr="001B4907" w14:paraId="02A2815A" w14:textId="77777777">
            <w:pPr>
              <w:spacing w:after="0"/>
              <w:jc w:val="center"/>
            </w:pPr>
            <w:r w:rsidRPr="001B4907">
              <w:rPr>
                <w:sz w:val="18"/>
              </w:rPr>
              <w:t>gab.</w:t>
            </w:r>
          </w:p>
        </w:tc>
        <w:tc>
          <w:tcPr>
            <w:tcW w:w="794" w:type="dxa"/>
          </w:tcPr>
          <w:p w:rsidR="002819BA" w:rsidRPr="001B4907" w14:paraId="2F4908C0" w14:textId="77777777">
            <w:pPr>
              <w:spacing w:after="0"/>
              <w:jc w:val="center"/>
            </w:pPr>
            <w:r w:rsidRPr="001B4907">
              <w:rPr>
                <w:sz w:val="18"/>
              </w:rPr>
              <w:t>16</w:t>
            </w:r>
          </w:p>
        </w:tc>
        <w:tc>
          <w:tcPr>
            <w:tcW w:w="1247" w:type="dxa"/>
          </w:tcPr>
          <w:p w:rsidR="002819BA" w:rsidRPr="001B4907" w14:paraId="1FE18A4B" w14:textId="77777777">
            <w:pPr>
              <w:spacing w:after="0"/>
              <w:jc w:val="center"/>
            </w:pPr>
            <w:r w:rsidRPr="001B4907">
              <w:rPr>
                <w:sz w:val="18"/>
              </w:rPr>
              <w:t>03.05.2027.–11.06.2027.</w:t>
            </w:r>
          </w:p>
        </w:tc>
      </w:tr>
      <w:tr w14:paraId="0909B3EC" w14:textId="77777777" w:rsidTr="002957E9">
        <w:tblPrEx>
          <w:tblW w:w="0" w:type="auto"/>
          <w:jc w:val="center"/>
          <w:tblLayout w:type="fixed"/>
          <w:tblLook w:val="04A0"/>
        </w:tblPrEx>
        <w:trPr>
          <w:gridAfter w:val="1"/>
          <w:wAfter w:w="12" w:type="dxa"/>
          <w:jc w:val="center"/>
        </w:trPr>
        <w:tc>
          <w:tcPr>
            <w:tcW w:w="624" w:type="dxa"/>
          </w:tcPr>
          <w:p w:rsidR="002819BA" w:rsidRPr="001B4907" w14:paraId="0104D9CC" w14:textId="77777777">
            <w:pPr>
              <w:spacing w:after="0"/>
              <w:jc w:val="center"/>
            </w:pPr>
            <w:r w:rsidRPr="001B4907">
              <w:rPr>
                <w:sz w:val="18"/>
              </w:rPr>
              <w:t>2.2</w:t>
            </w:r>
          </w:p>
        </w:tc>
        <w:tc>
          <w:tcPr>
            <w:tcW w:w="1814" w:type="dxa"/>
          </w:tcPr>
          <w:p w:rsidR="002819BA" w:rsidRPr="001B4907" w14:paraId="32241D49" w14:textId="77777777">
            <w:pPr>
              <w:spacing w:after="0"/>
            </w:pPr>
            <w:r w:rsidRPr="001B4907">
              <w:rPr>
                <w:sz w:val="18"/>
              </w:rPr>
              <w:t>Dichondra</w:t>
            </w:r>
            <w:r w:rsidRPr="001B4907">
              <w:rPr>
                <w:sz w:val="18"/>
              </w:rPr>
              <w:t xml:space="preserve"> </w:t>
            </w:r>
            <w:r w:rsidRPr="001B4907">
              <w:rPr>
                <w:sz w:val="18"/>
              </w:rPr>
              <w:t>argentea</w:t>
            </w:r>
          </w:p>
        </w:tc>
        <w:tc>
          <w:tcPr>
            <w:tcW w:w="1814" w:type="dxa"/>
          </w:tcPr>
          <w:p w:rsidR="002819BA" w:rsidRPr="001B4907" w14:paraId="2E843983" w14:textId="77777777">
            <w:pPr>
              <w:spacing w:after="0"/>
            </w:pPr>
            <w:r w:rsidRPr="001B4907">
              <w:rPr>
                <w:sz w:val="18"/>
              </w:rPr>
              <w:t>'</w:t>
            </w:r>
            <w:r w:rsidRPr="001B4907">
              <w:rPr>
                <w:sz w:val="18"/>
              </w:rPr>
              <w:t>Silver</w:t>
            </w:r>
            <w:r w:rsidRPr="001B4907">
              <w:rPr>
                <w:sz w:val="18"/>
              </w:rPr>
              <w:t xml:space="preserve"> </w:t>
            </w:r>
            <w:r w:rsidRPr="001B4907">
              <w:rPr>
                <w:sz w:val="18"/>
              </w:rPr>
              <w:t>falls</w:t>
            </w:r>
            <w:r w:rsidRPr="001B4907">
              <w:rPr>
                <w:sz w:val="18"/>
              </w:rPr>
              <w:t>'</w:t>
            </w:r>
          </w:p>
        </w:tc>
        <w:tc>
          <w:tcPr>
            <w:tcW w:w="1701" w:type="dxa"/>
          </w:tcPr>
          <w:p w:rsidR="002819BA" w:rsidRPr="001B4907" w14:paraId="219F1A37" w14:textId="77777777">
            <w:pPr>
              <w:spacing w:after="0"/>
            </w:pPr>
            <w:r w:rsidRPr="001B4907">
              <w:rPr>
                <w:sz w:val="18"/>
              </w:rPr>
              <w:t>Dihondra</w:t>
            </w:r>
          </w:p>
        </w:tc>
        <w:tc>
          <w:tcPr>
            <w:tcW w:w="1134" w:type="dxa"/>
          </w:tcPr>
          <w:p w:rsidR="002819BA" w:rsidRPr="001B4907" w14:paraId="6FBD73FA" w14:textId="77777777">
            <w:pPr>
              <w:spacing w:after="0"/>
              <w:jc w:val="center"/>
            </w:pPr>
            <w:r w:rsidRPr="001B4907">
              <w:rPr>
                <w:sz w:val="18"/>
              </w:rPr>
              <w:t>P11/P12/P13</w:t>
            </w:r>
          </w:p>
        </w:tc>
        <w:tc>
          <w:tcPr>
            <w:tcW w:w="710" w:type="dxa"/>
          </w:tcPr>
          <w:p w:rsidR="002819BA" w:rsidRPr="001B4907" w14:paraId="521724A9" w14:textId="77777777">
            <w:pPr>
              <w:spacing w:after="0"/>
              <w:jc w:val="center"/>
            </w:pPr>
            <w:r w:rsidRPr="001B4907">
              <w:rPr>
                <w:sz w:val="18"/>
              </w:rPr>
              <w:t>gab.</w:t>
            </w:r>
          </w:p>
        </w:tc>
        <w:tc>
          <w:tcPr>
            <w:tcW w:w="794" w:type="dxa"/>
          </w:tcPr>
          <w:p w:rsidR="002819BA" w:rsidRPr="001B4907" w14:paraId="5CE639BD" w14:textId="77777777">
            <w:pPr>
              <w:spacing w:after="0"/>
              <w:jc w:val="center"/>
            </w:pPr>
            <w:r w:rsidRPr="001B4907">
              <w:rPr>
                <w:sz w:val="18"/>
              </w:rPr>
              <w:t>16</w:t>
            </w:r>
          </w:p>
        </w:tc>
        <w:tc>
          <w:tcPr>
            <w:tcW w:w="1247" w:type="dxa"/>
          </w:tcPr>
          <w:p w:rsidR="002819BA" w:rsidRPr="001B4907" w14:paraId="0741F968" w14:textId="77777777">
            <w:pPr>
              <w:spacing w:after="0"/>
              <w:jc w:val="center"/>
            </w:pPr>
            <w:r w:rsidRPr="001B4907">
              <w:rPr>
                <w:sz w:val="18"/>
              </w:rPr>
              <w:t>03.05.2027.–11.06.2027.</w:t>
            </w:r>
          </w:p>
        </w:tc>
      </w:tr>
      <w:tr w14:paraId="225FA147" w14:textId="77777777" w:rsidTr="002957E9">
        <w:tblPrEx>
          <w:tblW w:w="0" w:type="auto"/>
          <w:jc w:val="center"/>
          <w:tblLayout w:type="fixed"/>
          <w:tblLook w:val="04A0"/>
        </w:tblPrEx>
        <w:trPr>
          <w:gridAfter w:val="1"/>
          <w:wAfter w:w="12" w:type="dxa"/>
          <w:jc w:val="center"/>
        </w:trPr>
        <w:tc>
          <w:tcPr>
            <w:tcW w:w="624" w:type="dxa"/>
          </w:tcPr>
          <w:p w:rsidR="002819BA" w:rsidRPr="001B4907" w14:paraId="54480D7F" w14:textId="77777777">
            <w:pPr>
              <w:spacing w:after="0"/>
              <w:jc w:val="center"/>
            </w:pPr>
            <w:r w:rsidRPr="001B4907">
              <w:rPr>
                <w:sz w:val="18"/>
              </w:rPr>
              <w:t>2.3</w:t>
            </w:r>
          </w:p>
        </w:tc>
        <w:tc>
          <w:tcPr>
            <w:tcW w:w="1814" w:type="dxa"/>
          </w:tcPr>
          <w:p w:rsidR="002819BA" w:rsidRPr="001B4907" w14:paraId="6B3A93C8" w14:textId="51A1F8BC">
            <w:pPr>
              <w:spacing w:after="0"/>
            </w:pPr>
            <w:r w:rsidRPr="001B4907">
              <w:rPr>
                <w:sz w:val="18"/>
                <w:szCs w:val="16"/>
              </w:rPr>
              <w:t>Bidens</w:t>
            </w:r>
            <w:r w:rsidRPr="001B4907">
              <w:rPr>
                <w:sz w:val="18"/>
                <w:szCs w:val="16"/>
              </w:rPr>
              <w:t xml:space="preserve"> </w:t>
            </w:r>
            <w:r w:rsidRPr="001B4907">
              <w:rPr>
                <w:sz w:val="18"/>
                <w:szCs w:val="16"/>
              </w:rPr>
              <w:t>ferulifolia</w:t>
            </w:r>
          </w:p>
        </w:tc>
        <w:tc>
          <w:tcPr>
            <w:tcW w:w="1814" w:type="dxa"/>
          </w:tcPr>
          <w:p w:rsidR="002819BA" w:rsidRPr="001B4907" w14:paraId="414446E8" w14:textId="51E92964">
            <w:pPr>
              <w:spacing w:after="0"/>
            </w:pPr>
            <w:r w:rsidRPr="001B4907">
              <w:rPr>
                <w:sz w:val="18"/>
              </w:rPr>
              <w:t>‘</w:t>
            </w:r>
            <w:r w:rsidRPr="001B4907">
              <w:rPr>
                <w:sz w:val="18"/>
              </w:rPr>
              <w:t>Gonzales</w:t>
            </w:r>
            <w:r w:rsidRPr="001B4907">
              <w:rPr>
                <w:sz w:val="18"/>
              </w:rPr>
              <w:t>’</w:t>
            </w:r>
          </w:p>
        </w:tc>
        <w:tc>
          <w:tcPr>
            <w:tcW w:w="1701" w:type="dxa"/>
          </w:tcPr>
          <w:p w:rsidR="002819BA" w:rsidRPr="001B4907" w14:paraId="736117CE" w14:textId="77777777">
            <w:pPr>
              <w:spacing w:after="0"/>
            </w:pPr>
            <w:r w:rsidRPr="001B4907">
              <w:rPr>
                <w:sz w:val="18"/>
              </w:rPr>
              <w:t>Ferullapu</w:t>
            </w:r>
            <w:r w:rsidRPr="001B4907">
              <w:rPr>
                <w:sz w:val="18"/>
              </w:rPr>
              <w:t xml:space="preserve"> sunītis</w:t>
            </w:r>
          </w:p>
        </w:tc>
        <w:tc>
          <w:tcPr>
            <w:tcW w:w="1134" w:type="dxa"/>
          </w:tcPr>
          <w:p w:rsidR="002819BA" w:rsidRPr="001B4907" w14:paraId="6EDB3EC2" w14:textId="77777777">
            <w:pPr>
              <w:spacing w:after="0"/>
              <w:jc w:val="center"/>
            </w:pPr>
            <w:r w:rsidRPr="001B4907">
              <w:rPr>
                <w:sz w:val="18"/>
              </w:rPr>
              <w:t>P11/P12/P13</w:t>
            </w:r>
          </w:p>
        </w:tc>
        <w:tc>
          <w:tcPr>
            <w:tcW w:w="710" w:type="dxa"/>
          </w:tcPr>
          <w:p w:rsidR="002819BA" w:rsidRPr="001B4907" w14:paraId="6C037B4E" w14:textId="77777777">
            <w:pPr>
              <w:spacing w:after="0"/>
              <w:jc w:val="center"/>
            </w:pPr>
            <w:r w:rsidRPr="001B4907">
              <w:rPr>
                <w:sz w:val="18"/>
              </w:rPr>
              <w:t>gab.</w:t>
            </w:r>
          </w:p>
        </w:tc>
        <w:tc>
          <w:tcPr>
            <w:tcW w:w="794" w:type="dxa"/>
          </w:tcPr>
          <w:p w:rsidR="002819BA" w:rsidRPr="001B4907" w14:paraId="5C9E4FA7" w14:textId="77777777">
            <w:pPr>
              <w:spacing w:after="0"/>
              <w:jc w:val="center"/>
            </w:pPr>
            <w:r w:rsidRPr="001B4907">
              <w:rPr>
                <w:sz w:val="18"/>
              </w:rPr>
              <w:t>16</w:t>
            </w:r>
          </w:p>
        </w:tc>
        <w:tc>
          <w:tcPr>
            <w:tcW w:w="1247" w:type="dxa"/>
          </w:tcPr>
          <w:p w:rsidR="002819BA" w:rsidRPr="001B4907" w14:paraId="40629E4C" w14:textId="77777777">
            <w:pPr>
              <w:spacing w:after="0"/>
              <w:jc w:val="center"/>
            </w:pPr>
            <w:r w:rsidRPr="001B4907">
              <w:rPr>
                <w:sz w:val="18"/>
              </w:rPr>
              <w:t>03.05.2027.–11.06.2027.</w:t>
            </w:r>
          </w:p>
        </w:tc>
      </w:tr>
      <w:tr w14:paraId="7469F0C7" w14:textId="77777777" w:rsidTr="002957E9">
        <w:tblPrEx>
          <w:tblW w:w="0" w:type="auto"/>
          <w:jc w:val="center"/>
          <w:tblLayout w:type="fixed"/>
          <w:tblLook w:val="04A0"/>
        </w:tblPrEx>
        <w:trPr>
          <w:gridAfter w:val="1"/>
          <w:wAfter w:w="12" w:type="dxa"/>
          <w:jc w:val="center"/>
        </w:trPr>
        <w:tc>
          <w:tcPr>
            <w:tcW w:w="624" w:type="dxa"/>
          </w:tcPr>
          <w:p w:rsidR="002819BA" w:rsidRPr="001B4907" w14:paraId="49BAE833" w14:textId="77777777">
            <w:pPr>
              <w:spacing w:after="0"/>
              <w:jc w:val="center"/>
            </w:pPr>
            <w:r w:rsidRPr="001B4907">
              <w:rPr>
                <w:sz w:val="18"/>
              </w:rPr>
              <w:t>2.4</w:t>
            </w:r>
          </w:p>
        </w:tc>
        <w:tc>
          <w:tcPr>
            <w:tcW w:w="1814" w:type="dxa"/>
          </w:tcPr>
          <w:p w:rsidR="002819BA" w:rsidRPr="001B4907" w14:paraId="226ACA57" w14:textId="77777777">
            <w:pPr>
              <w:spacing w:after="0"/>
            </w:pPr>
            <w:r w:rsidRPr="001B4907">
              <w:rPr>
                <w:sz w:val="18"/>
              </w:rPr>
              <w:t>Impatiens</w:t>
            </w:r>
            <w:r w:rsidRPr="001B4907">
              <w:rPr>
                <w:sz w:val="18"/>
              </w:rPr>
              <w:t xml:space="preserve"> </w:t>
            </w:r>
            <w:r w:rsidRPr="001B4907">
              <w:rPr>
                <w:sz w:val="18"/>
              </w:rPr>
              <w:t>walleriana</w:t>
            </w:r>
          </w:p>
        </w:tc>
        <w:tc>
          <w:tcPr>
            <w:tcW w:w="1814" w:type="dxa"/>
          </w:tcPr>
          <w:p w:rsidR="002819BA" w:rsidRPr="001B4907" w14:paraId="75E12EF7" w14:textId="77777777">
            <w:pPr>
              <w:spacing w:after="0"/>
            </w:pPr>
            <w:r w:rsidRPr="001B4907">
              <w:rPr>
                <w:sz w:val="18"/>
              </w:rPr>
              <w:t>'</w:t>
            </w:r>
            <w:r w:rsidRPr="001B4907">
              <w:rPr>
                <w:sz w:val="18"/>
              </w:rPr>
              <w:t>Beacon</w:t>
            </w:r>
            <w:r w:rsidRPr="001B4907">
              <w:rPr>
                <w:sz w:val="18"/>
              </w:rPr>
              <w:t xml:space="preserve"> </w:t>
            </w:r>
            <w:r w:rsidRPr="001B4907">
              <w:rPr>
                <w:sz w:val="18"/>
              </w:rPr>
              <w:t>Bright</w:t>
            </w:r>
            <w:r w:rsidRPr="001B4907">
              <w:rPr>
                <w:sz w:val="18"/>
              </w:rPr>
              <w:t xml:space="preserve"> Red'</w:t>
            </w:r>
          </w:p>
        </w:tc>
        <w:tc>
          <w:tcPr>
            <w:tcW w:w="1701" w:type="dxa"/>
          </w:tcPr>
          <w:p w:rsidR="002819BA" w:rsidRPr="001B4907" w14:paraId="5AD39EE2" w14:textId="77777777">
            <w:pPr>
              <w:spacing w:after="0"/>
            </w:pPr>
            <w:r w:rsidRPr="001B4907">
              <w:rPr>
                <w:sz w:val="18"/>
              </w:rPr>
              <w:t>Vallera</w:t>
            </w:r>
            <w:r w:rsidRPr="001B4907">
              <w:rPr>
                <w:sz w:val="18"/>
              </w:rPr>
              <w:t xml:space="preserve"> balzamīne</w:t>
            </w:r>
          </w:p>
        </w:tc>
        <w:tc>
          <w:tcPr>
            <w:tcW w:w="1134" w:type="dxa"/>
          </w:tcPr>
          <w:p w:rsidR="002819BA" w:rsidRPr="001B4907" w14:paraId="03832656" w14:textId="77777777">
            <w:pPr>
              <w:spacing w:after="0"/>
              <w:jc w:val="center"/>
            </w:pPr>
            <w:r w:rsidRPr="001B4907">
              <w:rPr>
                <w:sz w:val="18"/>
              </w:rPr>
              <w:t>P11/P12/P13</w:t>
            </w:r>
          </w:p>
        </w:tc>
        <w:tc>
          <w:tcPr>
            <w:tcW w:w="710" w:type="dxa"/>
          </w:tcPr>
          <w:p w:rsidR="002819BA" w:rsidRPr="001B4907" w14:paraId="596269BD" w14:textId="77777777">
            <w:pPr>
              <w:spacing w:after="0"/>
              <w:jc w:val="center"/>
            </w:pPr>
            <w:r w:rsidRPr="001B4907">
              <w:rPr>
                <w:sz w:val="18"/>
              </w:rPr>
              <w:t>gab.</w:t>
            </w:r>
          </w:p>
        </w:tc>
        <w:tc>
          <w:tcPr>
            <w:tcW w:w="794" w:type="dxa"/>
          </w:tcPr>
          <w:p w:rsidR="002819BA" w:rsidRPr="001B4907" w14:paraId="2F7F4FDA" w14:textId="77777777">
            <w:pPr>
              <w:spacing w:after="0"/>
              <w:jc w:val="center"/>
            </w:pPr>
            <w:r w:rsidRPr="001B4907">
              <w:rPr>
                <w:sz w:val="18"/>
              </w:rPr>
              <w:t>16</w:t>
            </w:r>
          </w:p>
        </w:tc>
        <w:tc>
          <w:tcPr>
            <w:tcW w:w="1247" w:type="dxa"/>
          </w:tcPr>
          <w:p w:rsidR="002819BA" w:rsidRPr="001B4907" w14:paraId="42273004" w14:textId="77777777">
            <w:pPr>
              <w:spacing w:after="0"/>
              <w:jc w:val="center"/>
            </w:pPr>
            <w:r w:rsidRPr="001B4907">
              <w:rPr>
                <w:sz w:val="18"/>
              </w:rPr>
              <w:t>03.05.2027.–11.06.2027.</w:t>
            </w:r>
          </w:p>
        </w:tc>
      </w:tr>
      <w:tr w14:paraId="263BABC8" w14:textId="77777777" w:rsidTr="002957E9">
        <w:tblPrEx>
          <w:tblW w:w="0" w:type="auto"/>
          <w:jc w:val="center"/>
          <w:tblLayout w:type="fixed"/>
          <w:tblLook w:val="04A0"/>
        </w:tblPrEx>
        <w:trPr>
          <w:gridAfter w:val="1"/>
          <w:wAfter w:w="12" w:type="dxa"/>
          <w:jc w:val="center"/>
        </w:trPr>
        <w:tc>
          <w:tcPr>
            <w:tcW w:w="624" w:type="dxa"/>
          </w:tcPr>
          <w:p w:rsidR="002819BA" w:rsidRPr="001B4907" w14:paraId="1F46EEA4" w14:textId="77777777">
            <w:pPr>
              <w:spacing w:after="0"/>
              <w:jc w:val="center"/>
            </w:pPr>
            <w:r w:rsidRPr="001B4907">
              <w:rPr>
                <w:sz w:val="18"/>
              </w:rPr>
              <w:t>2.5</w:t>
            </w:r>
          </w:p>
        </w:tc>
        <w:tc>
          <w:tcPr>
            <w:tcW w:w="1814" w:type="dxa"/>
          </w:tcPr>
          <w:p w:rsidR="002819BA" w:rsidRPr="001B4907" w14:paraId="7F3DD63A" w14:textId="77777777">
            <w:pPr>
              <w:spacing w:after="0"/>
            </w:pPr>
            <w:r w:rsidRPr="001B4907">
              <w:rPr>
                <w:sz w:val="18"/>
              </w:rPr>
              <w:t>Impatiens</w:t>
            </w:r>
            <w:r w:rsidRPr="001B4907">
              <w:rPr>
                <w:sz w:val="18"/>
              </w:rPr>
              <w:t xml:space="preserve"> </w:t>
            </w:r>
            <w:r w:rsidRPr="001B4907">
              <w:rPr>
                <w:sz w:val="18"/>
              </w:rPr>
              <w:t>walleriana</w:t>
            </w:r>
          </w:p>
        </w:tc>
        <w:tc>
          <w:tcPr>
            <w:tcW w:w="1814" w:type="dxa"/>
          </w:tcPr>
          <w:p w:rsidR="002819BA" w:rsidRPr="001B4907" w14:paraId="0250684F" w14:textId="77777777">
            <w:pPr>
              <w:spacing w:after="0"/>
            </w:pPr>
            <w:r w:rsidRPr="001B4907">
              <w:rPr>
                <w:sz w:val="18"/>
              </w:rPr>
              <w:t>'</w:t>
            </w:r>
            <w:r w:rsidRPr="001B4907">
              <w:rPr>
                <w:sz w:val="18"/>
              </w:rPr>
              <w:t>Beacon</w:t>
            </w:r>
            <w:r w:rsidRPr="001B4907">
              <w:rPr>
                <w:sz w:val="18"/>
              </w:rPr>
              <w:t xml:space="preserve"> </w:t>
            </w:r>
            <w:r w:rsidRPr="001B4907">
              <w:rPr>
                <w:sz w:val="18"/>
              </w:rPr>
              <w:t>White</w:t>
            </w:r>
            <w:r w:rsidRPr="001B4907">
              <w:rPr>
                <w:sz w:val="18"/>
              </w:rPr>
              <w:t>'</w:t>
            </w:r>
          </w:p>
        </w:tc>
        <w:tc>
          <w:tcPr>
            <w:tcW w:w="1701" w:type="dxa"/>
          </w:tcPr>
          <w:p w:rsidR="002819BA" w:rsidRPr="001B4907" w14:paraId="61BE4E47" w14:textId="77777777">
            <w:pPr>
              <w:spacing w:after="0"/>
            </w:pPr>
            <w:r w:rsidRPr="001B4907">
              <w:rPr>
                <w:sz w:val="18"/>
              </w:rPr>
              <w:t>Vallera</w:t>
            </w:r>
            <w:r w:rsidRPr="001B4907">
              <w:rPr>
                <w:sz w:val="18"/>
              </w:rPr>
              <w:t xml:space="preserve"> balzamīne</w:t>
            </w:r>
          </w:p>
        </w:tc>
        <w:tc>
          <w:tcPr>
            <w:tcW w:w="1134" w:type="dxa"/>
          </w:tcPr>
          <w:p w:rsidR="002819BA" w:rsidRPr="001B4907" w14:paraId="5CCDE0BF" w14:textId="77777777">
            <w:pPr>
              <w:spacing w:after="0"/>
              <w:jc w:val="center"/>
            </w:pPr>
            <w:r w:rsidRPr="001B4907">
              <w:rPr>
                <w:sz w:val="18"/>
              </w:rPr>
              <w:t>P11/P12/P13</w:t>
            </w:r>
          </w:p>
        </w:tc>
        <w:tc>
          <w:tcPr>
            <w:tcW w:w="710" w:type="dxa"/>
          </w:tcPr>
          <w:p w:rsidR="002819BA" w:rsidRPr="001B4907" w14:paraId="6133DFE5" w14:textId="77777777">
            <w:pPr>
              <w:spacing w:after="0"/>
              <w:jc w:val="center"/>
            </w:pPr>
            <w:r w:rsidRPr="001B4907">
              <w:rPr>
                <w:sz w:val="18"/>
              </w:rPr>
              <w:t>gab.</w:t>
            </w:r>
          </w:p>
        </w:tc>
        <w:tc>
          <w:tcPr>
            <w:tcW w:w="794" w:type="dxa"/>
          </w:tcPr>
          <w:p w:rsidR="002819BA" w:rsidRPr="001B4907" w14:paraId="1E212C3C" w14:textId="77777777">
            <w:pPr>
              <w:spacing w:after="0"/>
              <w:jc w:val="center"/>
            </w:pPr>
            <w:r w:rsidRPr="001B4907">
              <w:rPr>
                <w:sz w:val="18"/>
              </w:rPr>
              <w:t>16</w:t>
            </w:r>
          </w:p>
        </w:tc>
        <w:tc>
          <w:tcPr>
            <w:tcW w:w="1247" w:type="dxa"/>
          </w:tcPr>
          <w:p w:rsidR="002819BA" w:rsidRPr="001B4907" w14:paraId="79AABDAE" w14:textId="77777777">
            <w:pPr>
              <w:spacing w:after="0"/>
              <w:jc w:val="center"/>
            </w:pPr>
            <w:r w:rsidRPr="001B4907">
              <w:rPr>
                <w:sz w:val="18"/>
              </w:rPr>
              <w:t>03.05.2027.–11.06.2027.</w:t>
            </w:r>
          </w:p>
        </w:tc>
      </w:tr>
      <w:tr w14:paraId="1B5E1B9A" w14:textId="77777777" w:rsidTr="002957E9">
        <w:tblPrEx>
          <w:tblW w:w="0" w:type="auto"/>
          <w:jc w:val="center"/>
          <w:tblLayout w:type="fixed"/>
          <w:tblLook w:val="04A0"/>
        </w:tblPrEx>
        <w:trPr>
          <w:gridAfter w:val="1"/>
          <w:wAfter w:w="12" w:type="dxa"/>
          <w:jc w:val="center"/>
        </w:trPr>
        <w:tc>
          <w:tcPr>
            <w:tcW w:w="624" w:type="dxa"/>
          </w:tcPr>
          <w:p w:rsidR="002819BA" w:rsidRPr="001B4907" w14:paraId="5A39DCF7" w14:textId="77777777">
            <w:pPr>
              <w:spacing w:after="0"/>
              <w:jc w:val="center"/>
            </w:pPr>
            <w:r w:rsidRPr="001B4907">
              <w:rPr>
                <w:sz w:val="18"/>
              </w:rPr>
              <w:t>2.6</w:t>
            </w:r>
          </w:p>
        </w:tc>
        <w:tc>
          <w:tcPr>
            <w:tcW w:w="1814" w:type="dxa"/>
          </w:tcPr>
          <w:p w:rsidR="002819BA" w:rsidRPr="001B4907" w14:paraId="78DECA3E" w14:textId="77777777">
            <w:pPr>
              <w:spacing w:after="0"/>
            </w:pPr>
            <w:r w:rsidRPr="001B4907">
              <w:rPr>
                <w:sz w:val="18"/>
              </w:rPr>
              <w:t>Ipomoea</w:t>
            </w:r>
            <w:r w:rsidRPr="001B4907">
              <w:rPr>
                <w:sz w:val="18"/>
              </w:rPr>
              <w:t xml:space="preserve"> </w:t>
            </w:r>
            <w:r w:rsidRPr="001B4907">
              <w:rPr>
                <w:sz w:val="18"/>
              </w:rPr>
              <w:t>batatas</w:t>
            </w:r>
          </w:p>
        </w:tc>
        <w:tc>
          <w:tcPr>
            <w:tcW w:w="1814" w:type="dxa"/>
          </w:tcPr>
          <w:p w:rsidR="002819BA" w:rsidRPr="001B4907" w14:paraId="1601968D" w14:textId="77777777">
            <w:pPr>
              <w:spacing w:after="0"/>
            </w:pPr>
            <w:r w:rsidRPr="001B4907">
              <w:rPr>
                <w:sz w:val="18"/>
              </w:rPr>
              <w:t>'</w:t>
            </w:r>
            <w:r w:rsidRPr="001B4907">
              <w:rPr>
                <w:sz w:val="18"/>
              </w:rPr>
              <w:t>Bright</w:t>
            </w:r>
            <w:r w:rsidRPr="001B4907">
              <w:rPr>
                <w:sz w:val="18"/>
              </w:rPr>
              <w:t xml:space="preserve"> </w:t>
            </w:r>
            <w:r w:rsidRPr="001B4907">
              <w:rPr>
                <w:sz w:val="18"/>
              </w:rPr>
              <w:t>Ideas</w:t>
            </w:r>
            <w:r w:rsidRPr="001B4907">
              <w:rPr>
                <w:sz w:val="18"/>
              </w:rPr>
              <w:t xml:space="preserve"> </w:t>
            </w:r>
            <w:r w:rsidRPr="001B4907">
              <w:rPr>
                <w:sz w:val="18"/>
              </w:rPr>
              <w:t>Lime</w:t>
            </w:r>
            <w:r w:rsidRPr="001B4907">
              <w:rPr>
                <w:sz w:val="18"/>
              </w:rPr>
              <w:t>'</w:t>
            </w:r>
          </w:p>
        </w:tc>
        <w:tc>
          <w:tcPr>
            <w:tcW w:w="1701" w:type="dxa"/>
          </w:tcPr>
          <w:p w:rsidR="002819BA" w:rsidRPr="001B4907" w14:paraId="55F95399" w14:textId="77777777">
            <w:pPr>
              <w:spacing w:after="0"/>
            </w:pPr>
            <w:r w:rsidRPr="001B4907">
              <w:rPr>
                <w:sz w:val="18"/>
              </w:rPr>
              <w:t>Batātu</w:t>
            </w:r>
            <w:r w:rsidRPr="001B4907">
              <w:rPr>
                <w:sz w:val="18"/>
              </w:rPr>
              <w:t xml:space="preserve"> </w:t>
            </w:r>
            <w:r w:rsidRPr="001B4907">
              <w:rPr>
                <w:sz w:val="18"/>
              </w:rPr>
              <w:t>ipomeja</w:t>
            </w:r>
          </w:p>
        </w:tc>
        <w:tc>
          <w:tcPr>
            <w:tcW w:w="1134" w:type="dxa"/>
          </w:tcPr>
          <w:p w:rsidR="002819BA" w:rsidRPr="001B4907" w14:paraId="5908ED25" w14:textId="77777777">
            <w:pPr>
              <w:spacing w:after="0"/>
              <w:jc w:val="center"/>
            </w:pPr>
            <w:r w:rsidRPr="001B4907">
              <w:rPr>
                <w:sz w:val="18"/>
              </w:rPr>
              <w:t>P11/P12/P13</w:t>
            </w:r>
          </w:p>
        </w:tc>
        <w:tc>
          <w:tcPr>
            <w:tcW w:w="710" w:type="dxa"/>
          </w:tcPr>
          <w:p w:rsidR="002819BA" w:rsidRPr="001B4907" w14:paraId="467E991B" w14:textId="77777777">
            <w:pPr>
              <w:spacing w:after="0"/>
              <w:jc w:val="center"/>
            </w:pPr>
            <w:r w:rsidRPr="001B4907">
              <w:rPr>
                <w:sz w:val="18"/>
              </w:rPr>
              <w:t>gab.</w:t>
            </w:r>
          </w:p>
        </w:tc>
        <w:tc>
          <w:tcPr>
            <w:tcW w:w="794" w:type="dxa"/>
          </w:tcPr>
          <w:p w:rsidR="002819BA" w:rsidRPr="001B4907" w14:paraId="01C47389" w14:textId="77777777">
            <w:pPr>
              <w:spacing w:after="0"/>
              <w:jc w:val="center"/>
            </w:pPr>
            <w:r w:rsidRPr="001B4907">
              <w:rPr>
                <w:sz w:val="18"/>
              </w:rPr>
              <w:t>12</w:t>
            </w:r>
          </w:p>
        </w:tc>
        <w:tc>
          <w:tcPr>
            <w:tcW w:w="1247" w:type="dxa"/>
          </w:tcPr>
          <w:p w:rsidR="002819BA" w:rsidRPr="001B4907" w14:paraId="6890F043" w14:textId="77777777">
            <w:pPr>
              <w:spacing w:after="0"/>
              <w:jc w:val="center"/>
            </w:pPr>
            <w:r w:rsidRPr="001B4907">
              <w:rPr>
                <w:sz w:val="18"/>
              </w:rPr>
              <w:t>03.05.2027.–11.06.2027.</w:t>
            </w:r>
          </w:p>
        </w:tc>
      </w:tr>
      <w:tr w14:paraId="3AEB2623" w14:textId="77777777" w:rsidTr="002957E9">
        <w:tblPrEx>
          <w:tblW w:w="0" w:type="auto"/>
          <w:jc w:val="center"/>
          <w:tblLayout w:type="fixed"/>
          <w:tblLook w:val="04A0"/>
        </w:tblPrEx>
        <w:trPr>
          <w:gridAfter w:val="1"/>
          <w:wAfter w:w="12" w:type="dxa"/>
          <w:jc w:val="center"/>
        </w:trPr>
        <w:tc>
          <w:tcPr>
            <w:tcW w:w="624" w:type="dxa"/>
          </w:tcPr>
          <w:p w:rsidR="002819BA" w:rsidRPr="001B4907" w14:paraId="0455A496" w14:textId="77777777">
            <w:pPr>
              <w:spacing w:after="0"/>
              <w:jc w:val="center"/>
            </w:pPr>
            <w:r w:rsidRPr="001B4907">
              <w:rPr>
                <w:sz w:val="18"/>
              </w:rPr>
              <w:t>2.7</w:t>
            </w:r>
          </w:p>
        </w:tc>
        <w:tc>
          <w:tcPr>
            <w:tcW w:w="1814" w:type="dxa"/>
          </w:tcPr>
          <w:p w:rsidR="002819BA" w:rsidRPr="001B4907" w14:paraId="6497C676" w14:textId="77777777">
            <w:pPr>
              <w:spacing w:after="0"/>
            </w:pPr>
            <w:r w:rsidRPr="001B4907">
              <w:rPr>
                <w:sz w:val="18"/>
              </w:rPr>
              <w:t>Jacobaea</w:t>
            </w:r>
            <w:r w:rsidRPr="001B4907">
              <w:rPr>
                <w:sz w:val="18"/>
              </w:rPr>
              <w:t xml:space="preserve"> </w:t>
            </w:r>
            <w:r w:rsidRPr="001B4907">
              <w:rPr>
                <w:sz w:val="18"/>
              </w:rPr>
              <w:t>maritima</w:t>
            </w:r>
          </w:p>
        </w:tc>
        <w:tc>
          <w:tcPr>
            <w:tcW w:w="1814" w:type="dxa"/>
          </w:tcPr>
          <w:p w:rsidR="002819BA" w:rsidRPr="001B4907" w14:paraId="2DA59102" w14:textId="77777777">
            <w:pPr>
              <w:spacing w:after="0"/>
            </w:pPr>
            <w:r w:rsidRPr="001B4907">
              <w:rPr>
                <w:sz w:val="18"/>
              </w:rPr>
              <w:t>'</w:t>
            </w:r>
            <w:r w:rsidRPr="001B4907">
              <w:rPr>
                <w:sz w:val="18"/>
              </w:rPr>
              <w:t>Dusty</w:t>
            </w:r>
            <w:r w:rsidRPr="001B4907">
              <w:rPr>
                <w:sz w:val="18"/>
              </w:rPr>
              <w:t xml:space="preserve"> Miller'</w:t>
            </w:r>
          </w:p>
        </w:tc>
        <w:tc>
          <w:tcPr>
            <w:tcW w:w="1701" w:type="dxa"/>
          </w:tcPr>
          <w:p w:rsidR="002819BA" w:rsidRPr="001B4907" w14:paraId="43B8C208" w14:textId="77777777">
            <w:pPr>
              <w:spacing w:after="0"/>
            </w:pPr>
            <w:r w:rsidRPr="001B4907">
              <w:rPr>
                <w:sz w:val="18"/>
              </w:rPr>
              <w:t>Krustaines</w:t>
            </w:r>
          </w:p>
        </w:tc>
        <w:tc>
          <w:tcPr>
            <w:tcW w:w="1134" w:type="dxa"/>
          </w:tcPr>
          <w:p w:rsidR="002819BA" w:rsidRPr="001B4907" w14:paraId="21F8919D" w14:textId="77777777">
            <w:pPr>
              <w:spacing w:after="0"/>
              <w:jc w:val="center"/>
            </w:pPr>
            <w:r w:rsidRPr="001B4907">
              <w:rPr>
                <w:sz w:val="18"/>
              </w:rPr>
              <w:t>P11/P12/P13</w:t>
            </w:r>
          </w:p>
        </w:tc>
        <w:tc>
          <w:tcPr>
            <w:tcW w:w="710" w:type="dxa"/>
          </w:tcPr>
          <w:p w:rsidR="002819BA" w:rsidRPr="001B4907" w14:paraId="57F6EC4E" w14:textId="77777777">
            <w:pPr>
              <w:spacing w:after="0"/>
              <w:jc w:val="center"/>
            </w:pPr>
            <w:r w:rsidRPr="001B4907">
              <w:rPr>
                <w:sz w:val="18"/>
              </w:rPr>
              <w:t>gab.</w:t>
            </w:r>
          </w:p>
        </w:tc>
        <w:tc>
          <w:tcPr>
            <w:tcW w:w="794" w:type="dxa"/>
          </w:tcPr>
          <w:p w:rsidR="002819BA" w:rsidRPr="001B4907" w14:paraId="36D455FC" w14:textId="77777777">
            <w:pPr>
              <w:spacing w:after="0"/>
              <w:jc w:val="center"/>
            </w:pPr>
            <w:r w:rsidRPr="001B4907">
              <w:rPr>
                <w:sz w:val="18"/>
              </w:rPr>
              <w:t>18</w:t>
            </w:r>
          </w:p>
        </w:tc>
        <w:tc>
          <w:tcPr>
            <w:tcW w:w="1247" w:type="dxa"/>
          </w:tcPr>
          <w:p w:rsidR="002819BA" w:rsidRPr="001B4907" w14:paraId="0AF382BC" w14:textId="77777777">
            <w:pPr>
              <w:spacing w:after="0"/>
              <w:jc w:val="center"/>
            </w:pPr>
            <w:r w:rsidRPr="001B4907">
              <w:rPr>
                <w:sz w:val="18"/>
              </w:rPr>
              <w:t>03.05.2027.–11.06.2027.</w:t>
            </w:r>
          </w:p>
        </w:tc>
      </w:tr>
      <w:tr w14:paraId="2CE724AC" w14:textId="77777777" w:rsidTr="002957E9">
        <w:tblPrEx>
          <w:tblW w:w="0" w:type="auto"/>
          <w:jc w:val="center"/>
          <w:tblLayout w:type="fixed"/>
          <w:tblLook w:val="04A0"/>
        </w:tblPrEx>
        <w:trPr>
          <w:gridAfter w:val="1"/>
          <w:wAfter w:w="12" w:type="dxa"/>
          <w:jc w:val="center"/>
        </w:trPr>
        <w:tc>
          <w:tcPr>
            <w:tcW w:w="624" w:type="dxa"/>
          </w:tcPr>
          <w:p w:rsidR="002819BA" w:rsidRPr="001B4907" w14:paraId="6A22DD43" w14:textId="77777777">
            <w:pPr>
              <w:spacing w:after="0"/>
              <w:jc w:val="center"/>
            </w:pPr>
            <w:r w:rsidRPr="001B4907">
              <w:rPr>
                <w:sz w:val="18"/>
              </w:rPr>
              <w:t>2.8</w:t>
            </w:r>
          </w:p>
        </w:tc>
        <w:tc>
          <w:tcPr>
            <w:tcW w:w="1814" w:type="dxa"/>
          </w:tcPr>
          <w:p w:rsidR="002819BA" w:rsidRPr="001B4907" w14:paraId="568F374B" w14:textId="77777777">
            <w:pPr>
              <w:spacing w:after="0"/>
            </w:pPr>
            <w:r w:rsidRPr="001B4907">
              <w:rPr>
                <w:sz w:val="18"/>
              </w:rPr>
              <w:t>Pelargonium</w:t>
            </w:r>
            <w:r w:rsidRPr="001B4907">
              <w:rPr>
                <w:sz w:val="18"/>
              </w:rPr>
              <w:t xml:space="preserve"> </w:t>
            </w:r>
            <w:r w:rsidRPr="001B4907">
              <w:rPr>
                <w:sz w:val="18"/>
              </w:rPr>
              <w:t>interspecific</w:t>
            </w:r>
          </w:p>
        </w:tc>
        <w:tc>
          <w:tcPr>
            <w:tcW w:w="1814" w:type="dxa"/>
          </w:tcPr>
          <w:p w:rsidR="002819BA" w:rsidRPr="001B4907" w14:paraId="4F491DEC" w14:textId="77777777">
            <w:pPr>
              <w:spacing w:after="0"/>
            </w:pPr>
            <w:r w:rsidRPr="001B4907">
              <w:rPr>
                <w:sz w:val="18"/>
              </w:rPr>
              <w:t>—</w:t>
            </w:r>
          </w:p>
        </w:tc>
        <w:tc>
          <w:tcPr>
            <w:tcW w:w="1701" w:type="dxa"/>
          </w:tcPr>
          <w:p w:rsidR="002819BA" w:rsidRPr="001B4907" w14:paraId="430DD33B" w14:textId="77777777">
            <w:pPr>
              <w:spacing w:after="0"/>
            </w:pPr>
            <w:r w:rsidRPr="001B4907">
              <w:rPr>
                <w:sz w:val="18"/>
              </w:rPr>
              <w:t>Pelargonija hibrīdā sarkana</w:t>
            </w:r>
          </w:p>
        </w:tc>
        <w:tc>
          <w:tcPr>
            <w:tcW w:w="1134" w:type="dxa"/>
          </w:tcPr>
          <w:p w:rsidR="002819BA" w:rsidRPr="001B4907" w14:paraId="046D58E0" w14:textId="77777777">
            <w:pPr>
              <w:spacing w:after="0"/>
              <w:jc w:val="center"/>
            </w:pPr>
            <w:r w:rsidRPr="001B4907">
              <w:rPr>
                <w:sz w:val="18"/>
              </w:rPr>
              <w:t>P11/P12/P13</w:t>
            </w:r>
          </w:p>
        </w:tc>
        <w:tc>
          <w:tcPr>
            <w:tcW w:w="710" w:type="dxa"/>
          </w:tcPr>
          <w:p w:rsidR="002819BA" w:rsidRPr="001B4907" w14:paraId="71F74610" w14:textId="77777777">
            <w:pPr>
              <w:spacing w:after="0"/>
              <w:jc w:val="center"/>
            </w:pPr>
            <w:r w:rsidRPr="001B4907">
              <w:rPr>
                <w:sz w:val="18"/>
              </w:rPr>
              <w:t>gab.</w:t>
            </w:r>
          </w:p>
        </w:tc>
        <w:tc>
          <w:tcPr>
            <w:tcW w:w="794" w:type="dxa"/>
          </w:tcPr>
          <w:p w:rsidR="002819BA" w:rsidRPr="001B4907" w14:paraId="3647D8F6" w14:textId="77777777">
            <w:pPr>
              <w:spacing w:after="0"/>
              <w:jc w:val="center"/>
            </w:pPr>
            <w:r w:rsidRPr="001B4907">
              <w:rPr>
                <w:sz w:val="18"/>
              </w:rPr>
              <w:t>16</w:t>
            </w:r>
          </w:p>
        </w:tc>
        <w:tc>
          <w:tcPr>
            <w:tcW w:w="1247" w:type="dxa"/>
          </w:tcPr>
          <w:p w:rsidR="002819BA" w:rsidRPr="001B4907" w14:paraId="7D5B26A9" w14:textId="77777777">
            <w:pPr>
              <w:spacing w:after="0"/>
              <w:jc w:val="center"/>
            </w:pPr>
            <w:r w:rsidRPr="001B4907">
              <w:rPr>
                <w:sz w:val="18"/>
              </w:rPr>
              <w:t>03.05.2027.–11.06.2027.</w:t>
            </w:r>
          </w:p>
        </w:tc>
      </w:tr>
      <w:tr w14:paraId="012000AD" w14:textId="77777777" w:rsidTr="002957E9">
        <w:tblPrEx>
          <w:tblW w:w="0" w:type="auto"/>
          <w:jc w:val="center"/>
          <w:tblLayout w:type="fixed"/>
          <w:tblLook w:val="04A0"/>
        </w:tblPrEx>
        <w:trPr>
          <w:gridAfter w:val="1"/>
          <w:wAfter w:w="12" w:type="dxa"/>
          <w:jc w:val="center"/>
        </w:trPr>
        <w:tc>
          <w:tcPr>
            <w:tcW w:w="624" w:type="dxa"/>
          </w:tcPr>
          <w:p w:rsidR="002819BA" w:rsidRPr="001B4907" w14:paraId="3A7696F4" w14:textId="77777777">
            <w:pPr>
              <w:spacing w:after="0"/>
              <w:jc w:val="center"/>
            </w:pPr>
            <w:r w:rsidRPr="001B4907">
              <w:rPr>
                <w:sz w:val="18"/>
              </w:rPr>
              <w:t>2.9</w:t>
            </w:r>
          </w:p>
        </w:tc>
        <w:tc>
          <w:tcPr>
            <w:tcW w:w="1814" w:type="dxa"/>
          </w:tcPr>
          <w:p w:rsidR="002819BA" w:rsidRPr="001B4907" w14:paraId="7289D884" w14:textId="77777777">
            <w:pPr>
              <w:spacing w:after="0"/>
            </w:pPr>
            <w:r w:rsidRPr="001B4907">
              <w:rPr>
                <w:sz w:val="18"/>
              </w:rPr>
              <w:t>Pennisetum</w:t>
            </w:r>
            <w:r w:rsidRPr="001B4907">
              <w:rPr>
                <w:sz w:val="18"/>
              </w:rPr>
              <w:t xml:space="preserve"> </w:t>
            </w:r>
            <w:r w:rsidRPr="001B4907">
              <w:rPr>
                <w:sz w:val="18"/>
              </w:rPr>
              <w:t>advena</w:t>
            </w:r>
          </w:p>
        </w:tc>
        <w:tc>
          <w:tcPr>
            <w:tcW w:w="1814" w:type="dxa"/>
          </w:tcPr>
          <w:p w:rsidR="002819BA" w:rsidRPr="001B4907" w14:paraId="2D4443E7" w14:textId="77777777">
            <w:pPr>
              <w:spacing w:after="0"/>
            </w:pPr>
            <w:r w:rsidRPr="001B4907">
              <w:rPr>
                <w:sz w:val="18"/>
              </w:rPr>
              <w:t>'</w:t>
            </w:r>
            <w:r w:rsidRPr="001B4907">
              <w:rPr>
                <w:sz w:val="18"/>
              </w:rPr>
              <w:t>Vertigo</w:t>
            </w:r>
            <w:r w:rsidRPr="001B4907">
              <w:rPr>
                <w:sz w:val="18"/>
              </w:rPr>
              <w:t>'</w:t>
            </w:r>
          </w:p>
        </w:tc>
        <w:tc>
          <w:tcPr>
            <w:tcW w:w="1701" w:type="dxa"/>
          </w:tcPr>
          <w:p w:rsidR="002819BA" w:rsidRPr="001B4907" w14:paraId="2EEDC9D0" w14:textId="77777777">
            <w:pPr>
              <w:spacing w:after="0"/>
            </w:pPr>
            <w:r w:rsidRPr="001B4907">
              <w:rPr>
                <w:sz w:val="18"/>
              </w:rPr>
              <w:t>Sarzāle</w:t>
            </w:r>
          </w:p>
        </w:tc>
        <w:tc>
          <w:tcPr>
            <w:tcW w:w="1134" w:type="dxa"/>
          </w:tcPr>
          <w:p w:rsidR="002819BA" w:rsidRPr="001B4907" w14:paraId="736402AE" w14:textId="77777777">
            <w:pPr>
              <w:spacing w:after="0"/>
              <w:jc w:val="center"/>
            </w:pPr>
            <w:r w:rsidRPr="001B4907">
              <w:rPr>
                <w:sz w:val="18"/>
              </w:rPr>
              <w:t>P11/P12/P13</w:t>
            </w:r>
          </w:p>
        </w:tc>
        <w:tc>
          <w:tcPr>
            <w:tcW w:w="710" w:type="dxa"/>
          </w:tcPr>
          <w:p w:rsidR="002819BA" w:rsidRPr="001B4907" w14:paraId="5EC7D069" w14:textId="77777777">
            <w:pPr>
              <w:spacing w:after="0"/>
              <w:jc w:val="center"/>
            </w:pPr>
            <w:r w:rsidRPr="001B4907">
              <w:rPr>
                <w:sz w:val="18"/>
              </w:rPr>
              <w:t>gab.</w:t>
            </w:r>
          </w:p>
        </w:tc>
        <w:tc>
          <w:tcPr>
            <w:tcW w:w="794" w:type="dxa"/>
          </w:tcPr>
          <w:p w:rsidR="002819BA" w:rsidRPr="001B4907" w14:paraId="32932815" w14:textId="77777777">
            <w:pPr>
              <w:spacing w:after="0"/>
              <w:jc w:val="center"/>
            </w:pPr>
            <w:r w:rsidRPr="001B4907">
              <w:rPr>
                <w:sz w:val="18"/>
              </w:rPr>
              <w:t>8</w:t>
            </w:r>
          </w:p>
        </w:tc>
        <w:tc>
          <w:tcPr>
            <w:tcW w:w="1247" w:type="dxa"/>
          </w:tcPr>
          <w:p w:rsidR="002819BA" w:rsidRPr="001B4907" w14:paraId="52758299" w14:textId="77777777">
            <w:pPr>
              <w:spacing w:after="0"/>
              <w:jc w:val="center"/>
            </w:pPr>
            <w:r w:rsidRPr="001B4907">
              <w:rPr>
                <w:sz w:val="18"/>
              </w:rPr>
              <w:t>03.05.2027.–11.06.2027.</w:t>
            </w:r>
          </w:p>
        </w:tc>
      </w:tr>
      <w:tr w14:paraId="1E4DB007" w14:textId="77777777" w:rsidTr="002957E9">
        <w:tblPrEx>
          <w:tblW w:w="0" w:type="auto"/>
          <w:jc w:val="center"/>
          <w:tblLayout w:type="fixed"/>
          <w:tblLook w:val="04A0"/>
        </w:tblPrEx>
        <w:trPr>
          <w:gridAfter w:val="1"/>
          <w:wAfter w:w="12" w:type="dxa"/>
          <w:jc w:val="center"/>
        </w:trPr>
        <w:tc>
          <w:tcPr>
            <w:tcW w:w="624" w:type="dxa"/>
          </w:tcPr>
          <w:p w:rsidR="002819BA" w:rsidRPr="001B4907" w14:paraId="43C69F33" w14:textId="77777777">
            <w:pPr>
              <w:spacing w:after="0"/>
              <w:jc w:val="center"/>
            </w:pPr>
            <w:r w:rsidRPr="001B4907">
              <w:rPr>
                <w:sz w:val="18"/>
              </w:rPr>
              <w:t>2.10</w:t>
            </w:r>
          </w:p>
        </w:tc>
        <w:tc>
          <w:tcPr>
            <w:tcW w:w="1814" w:type="dxa"/>
          </w:tcPr>
          <w:p w:rsidR="002819BA" w:rsidRPr="001B4907" w14:paraId="35D643C4" w14:textId="77777777">
            <w:pPr>
              <w:spacing w:after="0"/>
            </w:pPr>
            <w:r w:rsidRPr="001B4907">
              <w:rPr>
                <w:sz w:val="18"/>
              </w:rPr>
              <w:t>Petunia</w:t>
            </w:r>
          </w:p>
        </w:tc>
        <w:tc>
          <w:tcPr>
            <w:tcW w:w="1814" w:type="dxa"/>
          </w:tcPr>
          <w:p w:rsidR="002819BA" w:rsidRPr="001B4907" w14:paraId="77F28C25" w14:textId="77777777">
            <w:pPr>
              <w:spacing w:after="0"/>
            </w:pPr>
            <w:r w:rsidRPr="001B4907">
              <w:rPr>
                <w:sz w:val="18"/>
              </w:rPr>
              <w:t>—</w:t>
            </w:r>
          </w:p>
        </w:tc>
        <w:tc>
          <w:tcPr>
            <w:tcW w:w="1701" w:type="dxa"/>
          </w:tcPr>
          <w:p w:rsidR="002819BA" w:rsidRPr="001B4907" w14:paraId="2EF74E65" w14:textId="77777777">
            <w:pPr>
              <w:spacing w:after="0"/>
            </w:pPr>
            <w:r w:rsidRPr="001B4907">
              <w:rPr>
                <w:sz w:val="18"/>
              </w:rPr>
              <w:t>Petūnijas zilas nokarenas</w:t>
            </w:r>
          </w:p>
        </w:tc>
        <w:tc>
          <w:tcPr>
            <w:tcW w:w="1134" w:type="dxa"/>
          </w:tcPr>
          <w:p w:rsidR="002819BA" w:rsidRPr="001B4907" w14:paraId="60874258" w14:textId="77777777">
            <w:pPr>
              <w:spacing w:after="0"/>
              <w:jc w:val="center"/>
            </w:pPr>
            <w:r w:rsidRPr="001B4907">
              <w:rPr>
                <w:sz w:val="18"/>
              </w:rPr>
              <w:t>P11/P12/P13</w:t>
            </w:r>
          </w:p>
        </w:tc>
        <w:tc>
          <w:tcPr>
            <w:tcW w:w="710" w:type="dxa"/>
          </w:tcPr>
          <w:p w:rsidR="002819BA" w:rsidRPr="001B4907" w14:paraId="40091903" w14:textId="77777777">
            <w:pPr>
              <w:spacing w:after="0"/>
              <w:jc w:val="center"/>
            </w:pPr>
            <w:r w:rsidRPr="001B4907">
              <w:rPr>
                <w:sz w:val="18"/>
              </w:rPr>
              <w:t>gab.</w:t>
            </w:r>
          </w:p>
        </w:tc>
        <w:tc>
          <w:tcPr>
            <w:tcW w:w="794" w:type="dxa"/>
          </w:tcPr>
          <w:p w:rsidR="002819BA" w:rsidRPr="001B4907" w14:paraId="38116946" w14:textId="77777777">
            <w:pPr>
              <w:spacing w:after="0"/>
              <w:jc w:val="center"/>
            </w:pPr>
            <w:r w:rsidRPr="001B4907">
              <w:rPr>
                <w:sz w:val="18"/>
              </w:rPr>
              <w:t>16</w:t>
            </w:r>
          </w:p>
        </w:tc>
        <w:tc>
          <w:tcPr>
            <w:tcW w:w="1247" w:type="dxa"/>
          </w:tcPr>
          <w:p w:rsidR="002819BA" w:rsidRPr="001B4907" w14:paraId="0F006C76" w14:textId="77777777">
            <w:pPr>
              <w:spacing w:after="0"/>
              <w:jc w:val="center"/>
            </w:pPr>
            <w:r w:rsidRPr="001B4907">
              <w:rPr>
                <w:sz w:val="18"/>
              </w:rPr>
              <w:t>03.05.2027.–11.06.2027.</w:t>
            </w:r>
          </w:p>
        </w:tc>
      </w:tr>
      <w:tr w14:paraId="4D0A063F" w14:textId="77777777" w:rsidTr="002957E9">
        <w:tblPrEx>
          <w:tblW w:w="0" w:type="auto"/>
          <w:jc w:val="center"/>
          <w:tblLayout w:type="fixed"/>
          <w:tblLook w:val="04A0"/>
        </w:tblPrEx>
        <w:trPr>
          <w:gridAfter w:val="1"/>
          <w:wAfter w:w="12" w:type="dxa"/>
          <w:jc w:val="center"/>
        </w:trPr>
        <w:tc>
          <w:tcPr>
            <w:tcW w:w="624" w:type="dxa"/>
          </w:tcPr>
          <w:p w:rsidR="002819BA" w:rsidRPr="001B4907" w14:paraId="2566C91F" w14:textId="77777777">
            <w:pPr>
              <w:spacing w:after="0"/>
              <w:jc w:val="center"/>
            </w:pPr>
            <w:r w:rsidRPr="001B4907">
              <w:rPr>
                <w:sz w:val="18"/>
              </w:rPr>
              <w:t>2.11</w:t>
            </w:r>
          </w:p>
        </w:tc>
        <w:tc>
          <w:tcPr>
            <w:tcW w:w="1814" w:type="dxa"/>
          </w:tcPr>
          <w:p w:rsidR="002819BA" w:rsidRPr="001B4907" w14:paraId="733E7629"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3E48032C" w14:textId="77777777">
            <w:pPr>
              <w:spacing w:after="0"/>
            </w:pPr>
            <w:r w:rsidRPr="001B4907">
              <w:rPr>
                <w:sz w:val="18"/>
              </w:rPr>
              <w:t>'</w:t>
            </w:r>
            <w:r w:rsidRPr="001B4907">
              <w:rPr>
                <w:sz w:val="18"/>
              </w:rPr>
              <w:t>TrioMio</w:t>
            </w:r>
            <w:r w:rsidRPr="001B4907">
              <w:rPr>
                <w:sz w:val="18"/>
              </w:rPr>
              <w:t xml:space="preserve"> Vista Bella Vista'</w:t>
            </w:r>
          </w:p>
        </w:tc>
        <w:tc>
          <w:tcPr>
            <w:tcW w:w="1701" w:type="dxa"/>
          </w:tcPr>
          <w:p w:rsidR="002819BA" w:rsidRPr="001B4907" w14:paraId="6BAE879F" w14:textId="77777777">
            <w:pPr>
              <w:spacing w:after="0"/>
            </w:pPr>
            <w:r w:rsidRPr="001B4907">
              <w:rPr>
                <w:sz w:val="18"/>
              </w:rPr>
              <w:t>Petūnija vista</w:t>
            </w:r>
          </w:p>
        </w:tc>
        <w:tc>
          <w:tcPr>
            <w:tcW w:w="1134" w:type="dxa"/>
          </w:tcPr>
          <w:p w:rsidR="002819BA" w:rsidRPr="001B4907" w14:paraId="2195DA65" w14:textId="77777777">
            <w:pPr>
              <w:spacing w:after="0"/>
              <w:jc w:val="center"/>
            </w:pPr>
            <w:r w:rsidRPr="001B4907">
              <w:rPr>
                <w:sz w:val="18"/>
              </w:rPr>
              <w:t>P11/P12/P13</w:t>
            </w:r>
          </w:p>
        </w:tc>
        <w:tc>
          <w:tcPr>
            <w:tcW w:w="710" w:type="dxa"/>
          </w:tcPr>
          <w:p w:rsidR="002819BA" w:rsidRPr="001B4907" w14:paraId="0CE82372" w14:textId="77777777">
            <w:pPr>
              <w:spacing w:after="0"/>
              <w:jc w:val="center"/>
            </w:pPr>
            <w:r w:rsidRPr="001B4907">
              <w:rPr>
                <w:sz w:val="18"/>
              </w:rPr>
              <w:t>gab.</w:t>
            </w:r>
          </w:p>
        </w:tc>
        <w:tc>
          <w:tcPr>
            <w:tcW w:w="794" w:type="dxa"/>
          </w:tcPr>
          <w:p w:rsidR="002819BA" w:rsidRPr="001B4907" w14:paraId="40A47C38" w14:textId="77777777">
            <w:pPr>
              <w:spacing w:after="0"/>
              <w:jc w:val="center"/>
            </w:pPr>
            <w:r w:rsidRPr="001B4907">
              <w:rPr>
                <w:sz w:val="18"/>
              </w:rPr>
              <w:t>24</w:t>
            </w:r>
          </w:p>
        </w:tc>
        <w:tc>
          <w:tcPr>
            <w:tcW w:w="1247" w:type="dxa"/>
          </w:tcPr>
          <w:p w:rsidR="002819BA" w:rsidRPr="001B4907" w14:paraId="013E45D7" w14:textId="77777777">
            <w:pPr>
              <w:spacing w:after="0"/>
              <w:jc w:val="center"/>
            </w:pPr>
            <w:r w:rsidRPr="001B4907">
              <w:rPr>
                <w:sz w:val="18"/>
              </w:rPr>
              <w:t>03.05.2027.–11.06.2027.</w:t>
            </w:r>
          </w:p>
        </w:tc>
      </w:tr>
      <w:tr w14:paraId="25DF5B83" w14:textId="77777777" w:rsidTr="002957E9">
        <w:tblPrEx>
          <w:tblW w:w="0" w:type="auto"/>
          <w:jc w:val="center"/>
          <w:tblLayout w:type="fixed"/>
          <w:tblLook w:val="04A0"/>
        </w:tblPrEx>
        <w:trPr>
          <w:gridAfter w:val="1"/>
          <w:wAfter w:w="12" w:type="dxa"/>
          <w:jc w:val="center"/>
        </w:trPr>
        <w:tc>
          <w:tcPr>
            <w:tcW w:w="624" w:type="dxa"/>
          </w:tcPr>
          <w:p w:rsidR="002819BA" w:rsidRPr="001B4907" w14:paraId="149E811F" w14:textId="77777777">
            <w:pPr>
              <w:spacing w:after="0"/>
              <w:jc w:val="center"/>
            </w:pPr>
            <w:r w:rsidRPr="001B4907">
              <w:rPr>
                <w:sz w:val="18"/>
              </w:rPr>
              <w:t>2.12</w:t>
            </w:r>
          </w:p>
        </w:tc>
        <w:tc>
          <w:tcPr>
            <w:tcW w:w="1814" w:type="dxa"/>
          </w:tcPr>
          <w:p w:rsidR="002819BA" w:rsidRPr="001B4907" w14:paraId="1FCC4639" w14:textId="77777777">
            <w:pPr>
              <w:spacing w:after="0"/>
            </w:pPr>
            <w:r w:rsidRPr="001B4907">
              <w:rPr>
                <w:sz w:val="18"/>
              </w:rPr>
              <w:t>Stipa</w:t>
            </w:r>
            <w:r w:rsidRPr="001B4907">
              <w:rPr>
                <w:sz w:val="18"/>
              </w:rPr>
              <w:t xml:space="preserve"> </w:t>
            </w:r>
            <w:r w:rsidRPr="001B4907">
              <w:rPr>
                <w:sz w:val="18"/>
              </w:rPr>
              <w:t>tenuissima</w:t>
            </w:r>
          </w:p>
        </w:tc>
        <w:tc>
          <w:tcPr>
            <w:tcW w:w="1814" w:type="dxa"/>
          </w:tcPr>
          <w:p w:rsidR="002819BA" w:rsidRPr="001B4907" w14:paraId="7AAEC8E1" w14:textId="77777777">
            <w:pPr>
              <w:spacing w:after="0"/>
            </w:pPr>
            <w:r w:rsidRPr="001B4907">
              <w:rPr>
                <w:sz w:val="18"/>
              </w:rPr>
              <w:t>'</w:t>
            </w:r>
            <w:r w:rsidRPr="001B4907">
              <w:rPr>
                <w:sz w:val="18"/>
              </w:rPr>
              <w:t>Ponytails</w:t>
            </w:r>
            <w:r w:rsidRPr="001B4907">
              <w:rPr>
                <w:sz w:val="18"/>
              </w:rPr>
              <w:t>'</w:t>
            </w:r>
          </w:p>
        </w:tc>
        <w:tc>
          <w:tcPr>
            <w:tcW w:w="1701" w:type="dxa"/>
          </w:tcPr>
          <w:p w:rsidR="002819BA" w:rsidRPr="001B4907" w14:paraId="1E5D4737" w14:textId="77777777">
            <w:pPr>
              <w:spacing w:after="0"/>
            </w:pPr>
            <w:r w:rsidRPr="001B4907">
              <w:rPr>
                <w:sz w:val="18"/>
              </w:rPr>
              <w:t xml:space="preserve">Tievā </w:t>
            </w:r>
            <w:r w:rsidRPr="001B4907">
              <w:rPr>
                <w:sz w:val="18"/>
              </w:rPr>
              <w:t>stepjulīga</w:t>
            </w:r>
          </w:p>
        </w:tc>
        <w:tc>
          <w:tcPr>
            <w:tcW w:w="1134" w:type="dxa"/>
          </w:tcPr>
          <w:p w:rsidR="002819BA" w:rsidRPr="001B4907" w14:paraId="7B81DCF9" w14:textId="77777777">
            <w:pPr>
              <w:spacing w:after="0"/>
              <w:jc w:val="center"/>
            </w:pPr>
            <w:r w:rsidRPr="001B4907">
              <w:rPr>
                <w:sz w:val="18"/>
              </w:rPr>
              <w:t>P11/P12/P13</w:t>
            </w:r>
          </w:p>
        </w:tc>
        <w:tc>
          <w:tcPr>
            <w:tcW w:w="710" w:type="dxa"/>
          </w:tcPr>
          <w:p w:rsidR="002819BA" w:rsidRPr="001B4907" w14:paraId="40072E0C" w14:textId="77777777">
            <w:pPr>
              <w:spacing w:after="0"/>
              <w:jc w:val="center"/>
            </w:pPr>
            <w:r w:rsidRPr="001B4907">
              <w:rPr>
                <w:sz w:val="18"/>
              </w:rPr>
              <w:t>gab.</w:t>
            </w:r>
          </w:p>
        </w:tc>
        <w:tc>
          <w:tcPr>
            <w:tcW w:w="794" w:type="dxa"/>
          </w:tcPr>
          <w:p w:rsidR="002819BA" w:rsidRPr="001B4907" w14:paraId="6E7E6A48" w14:textId="77777777">
            <w:pPr>
              <w:spacing w:after="0"/>
              <w:jc w:val="center"/>
            </w:pPr>
            <w:r w:rsidRPr="001B4907">
              <w:rPr>
                <w:sz w:val="18"/>
              </w:rPr>
              <w:t>10</w:t>
            </w:r>
          </w:p>
        </w:tc>
        <w:tc>
          <w:tcPr>
            <w:tcW w:w="1247" w:type="dxa"/>
          </w:tcPr>
          <w:p w:rsidR="002819BA" w:rsidRPr="001B4907" w14:paraId="02C049E4" w14:textId="77777777">
            <w:pPr>
              <w:spacing w:after="0"/>
              <w:jc w:val="center"/>
            </w:pPr>
            <w:r w:rsidRPr="001B4907">
              <w:rPr>
                <w:sz w:val="18"/>
              </w:rPr>
              <w:t>03.05.2027.–11.06.2027.</w:t>
            </w:r>
          </w:p>
        </w:tc>
      </w:tr>
      <w:tr w14:paraId="5E836FB6" w14:textId="77777777" w:rsidTr="002957E9">
        <w:tblPrEx>
          <w:tblW w:w="0" w:type="auto"/>
          <w:jc w:val="center"/>
          <w:tblLayout w:type="fixed"/>
          <w:tblLook w:val="04A0"/>
        </w:tblPrEx>
        <w:trPr>
          <w:gridAfter w:val="1"/>
          <w:wAfter w:w="12" w:type="dxa"/>
          <w:jc w:val="center"/>
        </w:trPr>
        <w:tc>
          <w:tcPr>
            <w:tcW w:w="624" w:type="dxa"/>
          </w:tcPr>
          <w:p w:rsidR="002819BA" w:rsidRPr="001B4907" w14:paraId="04C68677" w14:textId="77777777">
            <w:pPr>
              <w:spacing w:after="0"/>
              <w:jc w:val="center"/>
            </w:pPr>
            <w:r w:rsidRPr="001B4907">
              <w:rPr>
                <w:sz w:val="18"/>
              </w:rPr>
              <w:t>2.13</w:t>
            </w:r>
          </w:p>
        </w:tc>
        <w:tc>
          <w:tcPr>
            <w:tcW w:w="1814" w:type="dxa"/>
          </w:tcPr>
          <w:p w:rsidR="002819BA" w:rsidRPr="001B4907" w14:paraId="4F212D7D" w14:textId="77777777">
            <w:pPr>
              <w:spacing w:after="0"/>
            </w:pPr>
            <w:r w:rsidRPr="001B4907">
              <w:rPr>
                <w:sz w:val="18"/>
              </w:rPr>
              <w:t>Tagetes</w:t>
            </w:r>
            <w:r w:rsidRPr="001B4907">
              <w:rPr>
                <w:sz w:val="18"/>
              </w:rPr>
              <w:t xml:space="preserve"> </w:t>
            </w:r>
            <w:r w:rsidRPr="001B4907">
              <w:rPr>
                <w:sz w:val="18"/>
              </w:rPr>
              <w:t>patula</w:t>
            </w:r>
            <w:r w:rsidRPr="001B4907">
              <w:rPr>
                <w:sz w:val="18"/>
              </w:rPr>
              <w:t xml:space="preserve"> </w:t>
            </w:r>
            <w:r w:rsidRPr="001B4907">
              <w:rPr>
                <w:sz w:val="18"/>
              </w:rPr>
              <w:t>nana</w:t>
            </w:r>
          </w:p>
        </w:tc>
        <w:tc>
          <w:tcPr>
            <w:tcW w:w="1814" w:type="dxa"/>
          </w:tcPr>
          <w:p w:rsidR="002819BA" w:rsidRPr="001B4907" w14:paraId="46DAFF55" w14:textId="77777777">
            <w:pPr>
              <w:spacing w:after="0"/>
            </w:pPr>
            <w:r w:rsidRPr="001B4907">
              <w:rPr>
                <w:sz w:val="18"/>
              </w:rPr>
              <w:t>'</w:t>
            </w:r>
            <w:r w:rsidRPr="001B4907">
              <w:rPr>
                <w:sz w:val="18"/>
              </w:rPr>
              <w:t>Fireball</w:t>
            </w:r>
            <w:r w:rsidRPr="001B4907">
              <w:rPr>
                <w:sz w:val="18"/>
              </w:rPr>
              <w:t xml:space="preserve"> H'</w:t>
            </w:r>
          </w:p>
        </w:tc>
        <w:tc>
          <w:tcPr>
            <w:tcW w:w="1701" w:type="dxa"/>
          </w:tcPr>
          <w:p w:rsidR="002819BA" w:rsidRPr="001B4907" w14:paraId="5A82416F" w14:textId="77777777">
            <w:pPr>
              <w:spacing w:after="0"/>
            </w:pPr>
            <w:r w:rsidRPr="001B4907">
              <w:rPr>
                <w:sz w:val="18"/>
              </w:rPr>
              <w:t>Samtenes zemās</w:t>
            </w:r>
          </w:p>
        </w:tc>
        <w:tc>
          <w:tcPr>
            <w:tcW w:w="1134" w:type="dxa"/>
          </w:tcPr>
          <w:p w:rsidR="002819BA" w:rsidRPr="001B4907" w14:paraId="52152C32" w14:textId="77777777">
            <w:pPr>
              <w:spacing w:after="0"/>
              <w:jc w:val="center"/>
            </w:pPr>
            <w:r w:rsidRPr="001B4907">
              <w:rPr>
                <w:sz w:val="18"/>
              </w:rPr>
              <w:t>P11/P12/P13</w:t>
            </w:r>
          </w:p>
        </w:tc>
        <w:tc>
          <w:tcPr>
            <w:tcW w:w="710" w:type="dxa"/>
          </w:tcPr>
          <w:p w:rsidR="002819BA" w:rsidRPr="001B4907" w14:paraId="114D5116" w14:textId="77777777">
            <w:pPr>
              <w:spacing w:after="0"/>
              <w:jc w:val="center"/>
            </w:pPr>
            <w:r w:rsidRPr="001B4907">
              <w:rPr>
                <w:sz w:val="18"/>
              </w:rPr>
              <w:t>gab.</w:t>
            </w:r>
          </w:p>
        </w:tc>
        <w:tc>
          <w:tcPr>
            <w:tcW w:w="794" w:type="dxa"/>
          </w:tcPr>
          <w:p w:rsidR="002819BA" w:rsidRPr="001B4907" w14:paraId="5E2C6114" w14:textId="77777777">
            <w:pPr>
              <w:spacing w:after="0"/>
              <w:jc w:val="center"/>
            </w:pPr>
            <w:r w:rsidRPr="001B4907">
              <w:rPr>
                <w:sz w:val="18"/>
              </w:rPr>
              <w:t>40</w:t>
            </w:r>
          </w:p>
        </w:tc>
        <w:tc>
          <w:tcPr>
            <w:tcW w:w="1247" w:type="dxa"/>
          </w:tcPr>
          <w:p w:rsidR="002819BA" w:rsidRPr="001B4907" w14:paraId="67951CEC" w14:textId="77777777">
            <w:pPr>
              <w:spacing w:after="0"/>
              <w:jc w:val="center"/>
            </w:pPr>
            <w:r w:rsidRPr="001B4907">
              <w:rPr>
                <w:sz w:val="18"/>
              </w:rPr>
              <w:t>03.05.2027.–11.06.2027.</w:t>
            </w:r>
          </w:p>
        </w:tc>
      </w:tr>
      <w:tr w14:paraId="7C88A387" w14:textId="77777777" w:rsidTr="002957E9">
        <w:tblPrEx>
          <w:tblW w:w="0" w:type="auto"/>
          <w:jc w:val="center"/>
          <w:tblLayout w:type="fixed"/>
          <w:tblLook w:val="04A0"/>
        </w:tblPrEx>
        <w:trPr>
          <w:gridAfter w:val="1"/>
          <w:wAfter w:w="12" w:type="dxa"/>
          <w:jc w:val="center"/>
        </w:trPr>
        <w:tc>
          <w:tcPr>
            <w:tcW w:w="624" w:type="dxa"/>
          </w:tcPr>
          <w:p w:rsidR="002819BA" w:rsidRPr="001B4907" w14:paraId="73617B1F" w14:textId="77777777">
            <w:pPr>
              <w:spacing w:after="0"/>
              <w:jc w:val="center"/>
            </w:pPr>
            <w:r w:rsidRPr="001B4907">
              <w:rPr>
                <w:sz w:val="18"/>
              </w:rPr>
              <w:t>2.14</w:t>
            </w:r>
          </w:p>
        </w:tc>
        <w:tc>
          <w:tcPr>
            <w:tcW w:w="1814" w:type="dxa"/>
          </w:tcPr>
          <w:p w:rsidR="002819BA" w:rsidRPr="001B4907" w14:paraId="7DBD4493" w14:textId="77777777">
            <w:pPr>
              <w:spacing w:after="0"/>
            </w:pPr>
            <w:r w:rsidRPr="001B4907">
              <w:rPr>
                <w:sz w:val="18"/>
              </w:rPr>
              <w:t xml:space="preserve">Verbena x </w:t>
            </w:r>
            <w:r w:rsidRPr="001B4907">
              <w:rPr>
                <w:sz w:val="18"/>
              </w:rPr>
              <w:t>hybrida</w:t>
            </w:r>
            <w:r w:rsidRPr="001B4907">
              <w:rPr>
                <w:sz w:val="18"/>
              </w:rPr>
              <w:t xml:space="preserve"> </w:t>
            </w:r>
            <w:r w:rsidRPr="001B4907">
              <w:rPr>
                <w:sz w:val="18"/>
              </w:rPr>
              <w:t>pendula</w:t>
            </w:r>
          </w:p>
        </w:tc>
        <w:tc>
          <w:tcPr>
            <w:tcW w:w="1814" w:type="dxa"/>
          </w:tcPr>
          <w:p w:rsidR="002819BA" w:rsidRPr="001B4907" w14:paraId="60FCC665" w14:textId="77777777">
            <w:pPr>
              <w:spacing w:after="0"/>
            </w:pPr>
            <w:r w:rsidRPr="001B4907">
              <w:rPr>
                <w:sz w:val="18"/>
              </w:rPr>
              <w:t>—</w:t>
            </w:r>
          </w:p>
        </w:tc>
        <w:tc>
          <w:tcPr>
            <w:tcW w:w="1701" w:type="dxa"/>
          </w:tcPr>
          <w:p w:rsidR="002819BA" w:rsidRPr="001B4907" w14:paraId="5C53E86E" w14:textId="128F6D30">
            <w:pPr>
              <w:spacing w:after="0"/>
            </w:pPr>
            <w:r w:rsidRPr="001B4907">
              <w:rPr>
                <w:sz w:val="18"/>
              </w:rPr>
              <w:t>V</w:t>
            </w:r>
            <w:r w:rsidRPr="001B4907" w:rsidR="000618FA">
              <w:rPr>
                <w:sz w:val="18"/>
              </w:rPr>
              <w:t>erb</w:t>
            </w:r>
            <w:r w:rsidRPr="001B4907">
              <w:rPr>
                <w:sz w:val="18"/>
              </w:rPr>
              <w:t>e</w:t>
            </w:r>
            <w:r w:rsidRPr="001B4907" w:rsidR="000618FA">
              <w:rPr>
                <w:sz w:val="18"/>
              </w:rPr>
              <w:t xml:space="preserve">na nokarenā </w:t>
            </w:r>
            <w:r w:rsidRPr="001B4907">
              <w:rPr>
                <w:sz w:val="18"/>
              </w:rPr>
              <w:t>(</w:t>
            </w:r>
            <w:r w:rsidRPr="001B4907" w:rsidR="000618FA">
              <w:rPr>
                <w:sz w:val="18"/>
              </w:rPr>
              <w:t>balta, sarkana</w:t>
            </w:r>
            <w:r w:rsidRPr="001B4907">
              <w:rPr>
                <w:sz w:val="18"/>
              </w:rPr>
              <w:t>)</w:t>
            </w:r>
          </w:p>
        </w:tc>
        <w:tc>
          <w:tcPr>
            <w:tcW w:w="1134" w:type="dxa"/>
          </w:tcPr>
          <w:p w:rsidR="002819BA" w:rsidRPr="001B4907" w14:paraId="1A08B8B4" w14:textId="77777777">
            <w:pPr>
              <w:spacing w:after="0"/>
              <w:jc w:val="center"/>
            </w:pPr>
            <w:r w:rsidRPr="001B4907">
              <w:rPr>
                <w:sz w:val="18"/>
              </w:rPr>
              <w:t>P11/P12/P13</w:t>
            </w:r>
          </w:p>
        </w:tc>
        <w:tc>
          <w:tcPr>
            <w:tcW w:w="710" w:type="dxa"/>
          </w:tcPr>
          <w:p w:rsidR="002819BA" w:rsidRPr="001B4907" w14:paraId="5BA284B7" w14:textId="77777777">
            <w:pPr>
              <w:spacing w:after="0"/>
              <w:jc w:val="center"/>
            </w:pPr>
            <w:r w:rsidRPr="001B4907">
              <w:rPr>
                <w:sz w:val="18"/>
              </w:rPr>
              <w:t>gab.</w:t>
            </w:r>
          </w:p>
        </w:tc>
        <w:tc>
          <w:tcPr>
            <w:tcW w:w="794" w:type="dxa"/>
          </w:tcPr>
          <w:p w:rsidR="002819BA" w:rsidRPr="001B4907" w14:paraId="04CA4A95" w14:textId="77777777">
            <w:pPr>
              <w:spacing w:after="0"/>
              <w:jc w:val="center"/>
            </w:pPr>
            <w:r w:rsidRPr="001B4907">
              <w:rPr>
                <w:sz w:val="18"/>
              </w:rPr>
              <w:t>16</w:t>
            </w:r>
          </w:p>
        </w:tc>
        <w:tc>
          <w:tcPr>
            <w:tcW w:w="1247" w:type="dxa"/>
          </w:tcPr>
          <w:p w:rsidR="002819BA" w:rsidRPr="001B4907" w14:paraId="5F9BF165" w14:textId="77777777">
            <w:pPr>
              <w:spacing w:after="0"/>
              <w:jc w:val="center"/>
            </w:pPr>
            <w:r w:rsidRPr="001B4907">
              <w:rPr>
                <w:sz w:val="18"/>
              </w:rPr>
              <w:t>03.05.2027.–11.06.2027.</w:t>
            </w:r>
          </w:p>
        </w:tc>
      </w:tr>
      <w:tr w14:paraId="4B4811F9" w14:textId="77777777" w:rsidTr="002957E9">
        <w:tblPrEx>
          <w:tblW w:w="0" w:type="auto"/>
          <w:jc w:val="center"/>
          <w:tblLayout w:type="fixed"/>
          <w:tblLook w:val="04A0"/>
        </w:tblPrEx>
        <w:trPr>
          <w:gridAfter w:val="1"/>
          <w:wAfter w:w="12" w:type="dxa"/>
          <w:jc w:val="center"/>
        </w:trPr>
        <w:tc>
          <w:tcPr>
            <w:tcW w:w="624" w:type="dxa"/>
          </w:tcPr>
          <w:p w:rsidR="002819BA" w:rsidRPr="001B4907" w14:paraId="20F66B34" w14:textId="77777777">
            <w:pPr>
              <w:spacing w:after="0"/>
              <w:jc w:val="center"/>
            </w:pPr>
            <w:r w:rsidRPr="001B4907">
              <w:rPr>
                <w:sz w:val="18"/>
              </w:rPr>
              <w:t>2.15</w:t>
            </w:r>
          </w:p>
        </w:tc>
        <w:tc>
          <w:tcPr>
            <w:tcW w:w="1814" w:type="dxa"/>
          </w:tcPr>
          <w:p w:rsidR="002819BA" w:rsidRPr="001B4907" w14:paraId="287B78CB" w14:textId="77777777">
            <w:pPr>
              <w:spacing w:after="0"/>
            </w:pPr>
            <w:r w:rsidRPr="001B4907">
              <w:rPr>
                <w:sz w:val="18"/>
              </w:rPr>
              <w:t xml:space="preserve">Viola </w:t>
            </w:r>
            <w:r w:rsidRPr="001B4907">
              <w:rPr>
                <w:sz w:val="18"/>
              </w:rPr>
              <w:t>wittrockiana</w:t>
            </w:r>
          </w:p>
        </w:tc>
        <w:tc>
          <w:tcPr>
            <w:tcW w:w="1814" w:type="dxa"/>
          </w:tcPr>
          <w:p w:rsidR="002819BA" w:rsidRPr="001B4907" w14:paraId="23D5C17D" w14:textId="77777777">
            <w:pPr>
              <w:spacing w:after="0"/>
            </w:pPr>
            <w:r w:rsidRPr="001B4907">
              <w:rPr>
                <w:sz w:val="18"/>
              </w:rPr>
              <w:t>Lielziedu krokotās (krāsainas)</w:t>
            </w:r>
          </w:p>
        </w:tc>
        <w:tc>
          <w:tcPr>
            <w:tcW w:w="1701" w:type="dxa"/>
          </w:tcPr>
          <w:p w:rsidR="002819BA" w:rsidRPr="001B4907" w14:paraId="5A6CA5A9" w14:textId="77777777">
            <w:pPr>
              <w:spacing w:after="0"/>
            </w:pPr>
            <w:r w:rsidRPr="001B4907">
              <w:rPr>
                <w:sz w:val="18"/>
              </w:rPr>
              <w:t>Atraitnītes</w:t>
            </w:r>
          </w:p>
        </w:tc>
        <w:tc>
          <w:tcPr>
            <w:tcW w:w="1134" w:type="dxa"/>
          </w:tcPr>
          <w:p w:rsidR="002819BA" w:rsidRPr="001B4907" w14:paraId="151C28A7" w14:textId="77777777">
            <w:pPr>
              <w:spacing w:after="0"/>
              <w:jc w:val="center"/>
            </w:pPr>
            <w:r w:rsidRPr="001B4907">
              <w:rPr>
                <w:sz w:val="18"/>
              </w:rPr>
              <w:t>P11/P12/P13</w:t>
            </w:r>
          </w:p>
        </w:tc>
        <w:tc>
          <w:tcPr>
            <w:tcW w:w="710" w:type="dxa"/>
          </w:tcPr>
          <w:p w:rsidR="002819BA" w:rsidRPr="001B4907" w14:paraId="7450437D" w14:textId="77777777">
            <w:pPr>
              <w:spacing w:after="0"/>
              <w:jc w:val="center"/>
            </w:pPr>
            <w:r w:rsidRPr="001B4907">
              <w:rPr>
                <w:sz w:val="18"/>
              </w:rPr>
              <w:t>gab.</w:t>
            </w:r>
          </w:p>
        </w:tc>
        <w:tc>
          <w:tcPr>
            <w:tcW w:w="794" w:type="dxa"/>
          </w:tcPr>
          <w:p w:rsidR="002819BA" w:rsidRPr="001B4907" w14:paraId="463A14C9" w14:textId="77777777">
            <w:pPr>
              <w:spacing w:after="0"/>
              <w:jc w:val="center"/>
            </w:pPr>
            <w:r w:rsidRPr="001B4907">
              <w:rPr>
                <w:sz w:val="18"/>
              </w:rPr>
              <w:t>40</w:t>
            </w:r>
          </w:p>
        </w:tc>
        <w:tc>
          <w:tcPr>
            <w:tcW w:w="1247" w:type="dxa"/>
          </w:tcPr>
          <w:p w:rsidR="002819BA" w:rsidRPr="001B4907" w14:paraId="3D3C3EF5" w14:textId="77777777">
            <w:pPr>
              <w:spacing w:after="0"/>
              <w:jc w:val="center"/>
            </w:pPr>
            <w:r w:rsidRPr="001B4907">
              <w:rPr>
                <w:sz w:val="18"/>
              </w:rPr>
              <w:t>15.03.2027.–09.04.2027.</w:t>
            </w:r>
          </w:p>
        </w:tc>
      </w:tr>
      <w:tr w14:paraId="6F892E21"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26E6568C" w14:textId="77777777">
            <w:pPr>
              <w:spacing w:after="0"/>
              <w:jc w:val="center"/>
            </w:pPr>
            <w:r w:rsidRPr="001B4907">
              <w:rPr>
                <w:b/>
                <w:sz w:val="18"/>
              </w:rPr>
              <w:t>Kopā 2. piegādes vietā</w:t>
            </w:r>
          </w:p>
        </w:tc>
        <w:tc>
          <w:tcPr>
            <w:tcW w:w="794" w:type="dxa"/>
          </w:tcPr>
          <w:p w:rsidR="002819BA" w:rsidRPr="001B4907" w14:paraId="6D931192" w14:textId="77777777">
            <w:pPr>
              <w:spacing w:after="0"/>
              <w:jc w:val="center"/>
            </w:pPr>
            <w:r w:rsidRPr="001B4907">
              <w:rPr>
                <w:b/>
                <w:sz w:val="18"/>
              </w:rPr>
              <w:t>280</w:t>
            </w:r>
          </w:p>
        </w:tc>
        <w:tc>
          <w:tcPr>
            <w:tcW w:w="1247" w:type="dxa"/>
          </w:tcPr>
          <w:p w:rsidR="002819BA" w:rsidRPr="001B4907" w14:paraId="3E1610A4" w14:textId="77777777">
            <w:pPr>
              <w:spacing w:after="0"/>
              <w:jc w:val="center"/>
            </w:pPr>
          </w:p>
        </w:tc>
      </w:tr>
      <w:tr w14:paraId="44A66357"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7CBB9DEC" w14:textId="77777777">
            <w:pPr>
              <w:spacing w:after="0"/>
              <w:jc w:val="center"/>
            </w:pPr>
            <w:r w:rsidRPr="001B4907">
              <w:rPr>
                <w:b/>
                <w:sz w:val="18"/>
              </w:rPr>
              <w:t>3. Piegāde Codes pagasta nodaļai, adrese: Lielā iela 2, Code, Bauskas novads</w:t>
            </w:r>
          </w:p>
        </w:tc>
      </w:tr>
      <w:tr w14:paraId="4C8091A0" w14:textId="77777777" w:rsidTr="002957E9">
        <w:tblPrEx>
          <w:tblW w:w="0" w:type="auto"/>
          <w:jc w:val="center"/>
          <w:tblLayout w:type="fixed"/>
          <w:tblLook w:val="04A0"/>
        </w:tblPrEx>
        <w:trPr>
          <w:gridAfter w:val="1"/>
          <w:wAfter w:w="12" w:type="dxa"/>
          <w:jc w:val="center"/>
        </w:trPr>
        <w:tc>
          <w:tcPr>
            <w:tcW w:w="624" w:type="dxa"/>
          </w:tcPr>
          <w:p w:rsidR="002819BA" w:rsidRPr="001B4907" w14:paraId="3E3DDD24" w14:textId="77777777">
            <w:pPr>
              <w:spacing w:after="0"/>
              <w:jc w:val="center"/>
            </w:pPr>
            <w:r w:rsidRPr="001B4907">
              <w:rPr>
                <w:sz w:val="18"/>
              </w:rPr>
              <w:t>3.1</w:t>
            </w:r>
          </w:p>
        </w:tc>
        <w:tc>
          <w:tcPr>
            <w:tcW w:w="1814" w:type="dxa"/>
          </w:tcPr>
          <w:p w:rsidR="002819BA" w:rsidRPr="001B4907" w14:paraId="6659946E" w14:textId="77777777">
            <w:pPr>
              <w:spacing w:after="0"/>
            </w:pPr>
            <w:r w:rsidRPr="001B4907">
              <w:rPr>
                <w:sz w:val="18"/>
              </w:rPr>
              <w:t>Begonia</w:t>
            </w:r>
            <w:r w:rsidRPr="001B4907">
              <w:rPr>
                <w:sz w:val="18"/>
              </w:rPr>
              <w:t xml:space="preserve"> </w:t>
            </w:r>
            <w:r w:rsidRPr="001B4907">
              <w:rPr>
                <w:sz w:val="18"/>
              </w:rPr>
              <w:t>semperflorens</w:t>
            </w:r>
          </w:p>
        </w:tc>
        <w:tc>
          <w:tcPr>
            <w:tcW w:w="1814" w:type="dxa"/>
          </w:tcPr>
          <w:p w:rsidR="002819BA" w:rsidRPr="001B4907" w14:paraId="15A01E73" w14:textId="77777777">
            <w:pPr>
              <w:spacing w:after="0"/>
            </w:pPr>
            <w:r w:rsidRPr="001B4907">
              <w:rPr>
                <w:sz w:val="18"/>
              </w:rPr>
              <w:t>Ilgziedu</w:t>
            </w:r>
            <w:r w:rsidRPr="001B4907">
              <w:rPr>
                <w:sz w:val="18"/>
              </w:rPr>
              <w:t xml:space="preserve"> begonijas (krāsainas)</w:t>
            </w:r>
          </w:p>
        </w:tc>
        <w:tc>
          <w:tcPr>
            <w:tcW w:w="1701" w:type="dxa"/>
          </w:tcPr>
          <w:p w:rsidR="002819BA" w:rsidRPr="001B4907" w14:paraId="3ABCD720" w14:textId="77777777">
            <w:pPr>
              <w:spacing w:after="0"/>
            </w:pPr>
            <w:r w:rsidRPr="001B4907">
              <w:rPr>
                <w:sz w:val="18"/>
              </w:rPr>
              <w:t>Leduspuķes</w:t>
            </w:r>
          </w:p>
        </w:tc>
        <w:tc>
          <w:tcPr>
            <w:tcW w:w="1134" w:type="dxa"/>
          </w:tcPr>
          <w:p w:rsidR="002819BA" w:rsidRPr="001B4907" w14:paraId="7995CD0C" w14:textId="77777777">
            <w:pPr>
              <w:spacing w:after="0"/>
              <w:jc w:val="center"/>
            </w:pPr>
            <w:r w:rsidRPr="001B4907">
              <w:rPr>
                <w:sz w:val="18"/>
              </w:rPr>
              <w:t>P11/P12/P13</w:t>
            </w:r>
          </w:p>
        </w:tc>
        <w:tc>
          <w:tcPr>
            <w:tcW w:w="710" w:type="dxa"/>
          </w:tcPr>
          <w:p w:rsidR="002819BA" w:rsidRPr="001B4907" w14:paraId="02E8512E" w14:textId="77777777">
            <w:pPr>
              <w:spacing w:after="0"/>
              <w:jc w:val="center"/>
            </w:pPr>
            <w:r w:rsidRPr="001B4907">
              <w:rPr>
                <w:sz w:val="18"/>
              </w:rPr>
              <w:t>gab.</w:t>
            </w:r>
          </w:p>
        </w:tc>
        <w:tc>
          <w:tcPr>
            <w:tcW w:w="794" w:type="dxa"/>
          </w:tcPr>
          <w:p w:rsidR="002819BA" w:rsidRPr="001B4907" w14:paraId="257F0317" w14:textId="25ACA90C">
            <w:pPr>
              <w:spacing w:after="0"/>
              <w:jc w:val="center"/>
            </w:pPr>
            <w:r>
              <w:rPr>
                <w:sz w:val="18"/>
              </w:rPr>
              <w:t>5</w:t>
            </w:r>
            <w:r w:rsidRPr="001B4907" w:rsidR="000618FA">
              <w:rPr>
                <w:sz w:val="18"/>
              </w:rPr>
              <w:t>0</w:t>
            </w:r>
          </w:p>
        </w:tc>
        <w:tc>
          <w:tcPr>
            <w:tcW w:w="1247" w:type="dxa"/>
          </w:tcPr>
          <w:p w:rsidR="002819BA" w:rsidRPr="001B4907" w14:paraId="14A657BC" w14:textId="77777777">
            <w:pPr>
              <w:spacing w:after="0"/>
              <w:jc w:val="center"/>
            </w:pPr>
            <w:r w:rsidRPr="001B4907">
              <w:rPr>
                <w:sz w:val="18"/>
              </w:rPr>
              <w:t>03.05.2027.–11.06.2027.</w:t>
            </w:r>
          </w:p>
        </w:tc>
      </w:tr>
      <w:tr w14:paraId="751644DD" w14:textId="77777777" w:rsidTr="002957E9">
        <w:tblPrEx>
          <w:tblW w:w="0" w:type="auto"/>
          <w:jc w:val="center"/>
          <w:tblLayout w:type="fixed"/>
          <w:tblLook w:val="04A0"/>
        </w:tblPrEx>
        <w:trPr>
          <w:gridAfter w:val="1"/>
          <w:wAfter w:w="12" w:type="dxa"/>
          <w:jc w:val="center"/>
        </w:trPr>
        <w:tc>
          <w:tcPr>
            <w:tcW w:w="624" w:type="dxa"/>
          </w:tcPr>
          <w:p w:rsidR="002819BA" w:rsidRPr="001B4907" w14:paraId="7B5F8827" w14:textId="77777777">
            <w:pPr>
              <w:spacing w:after="0"/>
              <w:jc w:val="center"/>
            </w:pPr>
            <w:r w:rsidRPr="001B4907">
              <w:rPr>
                <w:sz w:val="18"/>
              </w:rPr>
              <w:t>3.2</w:t>
            </w:r>
          </w:p>
        </w:tc>
        <w:tc>
          <w:tcPr>
            <w:tcW w:w="1814" w:type="dxa"/>
          </w:tcPr>
          <w:p w:rsidR="002819BA" w:rsidRPr="001B4907" w14:paraId="1AF748FD" w14:textId="77777777">
            <w:pPr>
              <w:spacing w:after="0"/>
            </w:pPr>
            <w:r w:rsidRPr="001B4907">
              <w:rPr>
                <w:sz w:val="18"/>
              </w:rPr>
              <w:t>Petunia</w:t>
            </w:r>
            <w:r w:rsidRPr="001B4907">
              <w:rPr>
                <w:sz w:val="18"/>
              </w:rPr>
              <w:t xml:space="preserve"> </w:t>
            </w:r>
            <w:r w:rsidRPr="001B4907">
              <w:rPr>
                <w:sz w:val="18"/>
              </w:rPr>
              <w:t>hybrida</w:t>
            </w:r>
            <w:r w:rsidRPr="001B4907">
              <w:rPr>
                <w:sz w:val="18"/>
              </w:rPr>
              <w:t xml:space="preserve"> </w:t>
            </w:r>
            <w:r w:rsidRPr="001B4907">
              <w:rPr>
                <w:sz w:val="18"/>
              </w:rPr>
              <w:t>pendula</w:t>
            </w:r>
          </w:p>
        </w:tc>
        <w:tc>
          <w:tcPr>
            <w:tcW w:w="1814" w:type="dxa"/>
          </w:tcPr>
          <w:p w:rsidR="002819BA" w:rsidRPr="001B4907" w14:paraId="1BB7DF77" w14:textId="77777777">
            <w:pPr>
              <w:spacing w:after="0"/>
            </w:pPr>
            <w:r w:rsidRPr="001B4907">
              <w:rPr>
                <w:sz w:val="18"/>
              </w:rPr>
              <w:t>Nokarenās (krāsainas)</w:t>
            </w:r>
          </w:p>
        </w:tc>
        <w:tc>
          <w:tcPr>
            <w:tcW w:w="1701" w:type="dxa"/>
          </w:tcPr>
          <w:p w:rsidR="002819BA" w:rsidRPr="001B4907" w14:paraId="78048BA1" w14:textId="77777777">
            <w:pPr>
              <w:spacing w:after="0"/>
            </w:pPr>
            <w:r w:rsidRPr="001B4907">
              <w:rPr>
                <w:sz w:val="18"/>
              </w:rPr>
              <w:t>Petūnijas</w:t>
            </w:r>
          </w:p>
        </w:tc>
        <w:tc>
          <w:tcPr>
            <w:tcW w:w="1134" w:type="dxa"/>
          </w:tcPr>
          <w:p w:rsidR="002819BA" w:rsidRPr="001B4907" w14:paraId="616D908E" w14:textId="77777777">
            <w:pPr>
              <w:spacing w:after="0"/>
              <w:jc w:val="center"/>
            </w:pPr>
            <w:r w:rsidRPr="001B4907">
              <w:rPr>
                <w:sz w:val="18"/>
              </w:rPr>
              <w:t>P11/P12/P13</w:t>
            </w:r>
          </w:p>
        </w:tc>
        <w:tc>
          <w:tcPr>
            <w:tcW w:w="710" w:type="dxa"/>
          </w:tcPr>
          <w:p w:rsidR="002819BA" w:rsidRPr="001B4907" w14:paraId="434F752C" w14:textId="77777777">
            <w:pPr>
              <w:spacing w:after="0"/>
              <w:jc w:val="center"/>
            </w:pPr>
            <w:r w:rsidRPr="001B4907">
              <w:rPr>
                <w:sz w:val="18"/>
              </w:rPr>
              <w:t>gab.</w:t>
            </w:r>
          </w:p>
        </w:tc>
        <w:tc>
          <w:tcPr>
            <w:tcW w:w="794" w:type="dxa"/>
          </w:tcPr>
          <w:p w:rsidR="002819BA" w:rsidRPr="001B4907" w14:paraId="5A4EEDCD" w14:textId="5B62CBE0">
            <w:pPr>
              <w:spacing w:after="0"/>
              <w:jc w:val="center"/>
            </w:pPr>
            <w:r>
              <w:rPr>
                <w:sz w:val="18"/>
              </w:rPr>
              <w:t>10</w:t>
            </w:r>
          </w:p>
        </w:tc>
        <w:tc>
          <w:tcPr>
            <w:tcW w:w="1247" w:type="dxa"/>
          </w:tcPr>
          <w:p w:rsidR="002819BA" w:rsidRPr="001B4907" w14:paraId="2105C2FE" w14:textId="77777777">
            <w:pPr>
              <w:spacing w:after="0"/>
              <w:jc w:val="center"/>
            </w:pPr>
            <w:r w:rsidRPr="001B4907">
              <w:rPr>
                <w:sz w:val="18"/>
              </w:rPr>
              <w:t>03.05.2027.–11.06.2027.</w:t>
            </w:r>
          </w:p>
        </w:tc>
      </w:tr>
      <w:tr w14:paraId="23000C93" w14:textId="77777777" w:rsidTr="002957E9">
        <w:tblPrEx>
          <w:tblW w:w="0" w:type="auto"/>
          <w:jc w:val="center"/>
          <w:tblLayout w:type="fixed"/>
          <w:tblLook w:val="04A0"/>
        </w:tblPrEx>
        <w:trPr>
          <w:gridAfter w:val="1"/>
          <w:wAfter w:w="12" w:type="dxa"/>
          <w:jc w:val="center"/>
        </w:trPr>
        <w:tc>
          <w:tcPr>
            <w:tcW w:w="624" w:type="dxa"/>
          </w:tcPr>
          <w:p w:rsidR="002819BA" w:rsidRPr="001B4907" w14:paraId="725CD422" w14:textId="77777777">
            <w:pPr>
              <w:spacing w:after="0"/>
              <w:jc w:val="center"/>
            </w:pPr>
            <w:r w:rsidRPr="001B4907">
              <w:rPr>
                <w:sz w:val="18"/>
              </w:rPr>
              <w:t>3.3</w:t>
            </w:r>
          </w:p>
        </w:tc>
        <w:tc>
          <w:tcPr>
            <w:tcW w:w="1814" w:type="dxa"/>
          </w:tcPr>
          <w:p w:rsidR="002819BA" w:rsidRPr="001B4907" w14:paraId="6E43144F" w14:textId="77777777">
            <w:pPr>
              <w:spacing w:after="0"/>
            </w:pPr>
            <w:r w:rsidRPr="001B4907">
              <w:rPr>
                <w:sz w:val="18"/>
              </w:rPr>
              <w:t>Senecio</w:t>
            </w:r>
            <w:r w:rsidRPr="001B4907">
              <w:rPr>
                <w:sz w:val="18"/>
              </w:rPr>
              <w:t xml:space="preserve"> </w:t>
            </w:r>
            <w:r w:rsidRPr="001B4907">
              <w:rPr>
                <w:sz w:val="18"/>
              </w:rPr>
              <w:t>cineraria</w:t>
            </w:r>
          </w:p>
        </w:tc>
        <w:tc>
          <w:tcPr>
            <w:tcW w:w="1814" w:type="dxa"/>
          </w:tcPr>
          <w:p w:rsidR="002819BA" w:rsidRPr="001B4907" w14:paraId="1E6F1390" w14:textId="77777777">
            <w:pPr>
              <w:spacing w:after="0"/>
            </w:pPr>
            <w:r w:rsidRPr="001B4907">
              <w:rPr>
                <w:sz w:val="18"/>
              </w:rPr>
              <w:t>'</w:t>
            </w:r>
            <w:r w:rsidRPr="001B4907">
              <w:rPr>
                <w:sz w:val="18"/>
              </w:rPr>
              <w:t>Silverdust</w:t>
            </w:r>
            <w:r w:rsidRPr="001B4907">
              <w:rPr>
                <w:sz w:val="18"/>
              </w:rPr>
              <w:t>'</w:t>
            </w:r>
          </w:p>
        </w:tc>
        <w:tc>
          <w:tcPr>
            <w:tcW w:w="1701" w:type="dxa"/>
          </w:tcPr>
          <w:p w:rsidR="002819BA" w:rsidRPr="001B4907" w14:paraId="264E2E57" w14:textId="77777777">
            <w:pPr>
              <w:spacing w:after="0"/>
            </w:pPr>
            <w:r w:rsidRPr="001B4907">
              <w:rPr>
                <w:sz w:val="18"/>
              </w:rPr>
              <w:t xml:space="preserve">Divkrāsu </w:t>
            </w:r>
            <w:r w:rsidRPr="001B4907">
              <w:rPr>
                <w:sz w:val="18"/>
              </w:rPr>
              <w:t>krustaine</w:t>
            </w:r>
          </w:p>
        </w:tc>
        <w:tc>
          <w:tcPr>
            <w:tcW w:w="1134" w:type="dxa"/>
          </w:tcPr>
          <w:p w:rsidR="002819BA" w:rsidRPr="001B4907" w14:paraId="20548DD5" w14:textId="77777777">
            <w:pPr>
              <w:spacing w:after="0"/>
              <w:jc w:val="center"/>
            </w:pPr>
            <w:r w:rsidRPr="001B4907">
              <w:rPr>
                <w:sz w:val="18"/>
              </w:rPr>
              <w:t>P11/P12/P13</w:t>
            </w:r>
          </w:p>
        </w:tc>
        <w:tc>
          <w:tcPr>
            <w:tcW w:w="710" w:type="dxa"/>
          </w:tcPr>
          <w:p w:rsidR="002819BA" w:rsidRPr="001B4907" w14:paraId="66D1F021" w14:textId="77777777">
            <w:pPr>
              <w:spacing w:after="0"/>
              <w:jc w:val="center"/>
            </w:pPr>
            <w:r w:rsidRPr="001B4907">
              <w:rPr>
                <w:sz w:val="18"/>
              </w:rPr>
              <w:t>gab.</w:t>
            </w:r>
          </w:p>
        </w:tc>
        <w:tc>
          <w:tcPr>
            <w:tcW w:w="794" w:type="dxa"/>
          </w:tcPr>
          <w:p w:rsidR="002819BA" w:rsidRPr="001B4907" w14:paraId="1EF61455" w14:textId="78CE1809">
            <w:pPr>
              <w:spacing w:after="0"/>
              <w:jc w:val="center"/>
            </w:pPr>
            <w:r>
              <w:rPr>
                <w:sz w:val="18"/>
              </w:rPr>
              <w:t>20</w:t>
            </w:r>
          </w:p>
        </w:tc>
        <w:tc>
          <w:tcPr>
            <w:tcW w:w="1247" w:type="dxa"/>
          </w:tcPr>
          <w:p w:rsidR="002819BA" w:rsidRPr="001B4907" w14:paraId="6176BB65" w14:textId="77777777">
            <w:pPr>
              <w:spacing w:after="0"/>
              <w:jc w:val="center"/>
            </w:pPr>
            <w:r w:rsidRPr="001B4907">
              <w:rPr>
                <w:sz w:val="18"/>
              </w:rPr>
              <w:t>03.05.2027.–11.06.2027.</w:t>
            </w:r>
          </w:p>
        </w:tc>
      </w:tr>
      <w:tr w14:paraId="0B6853BE" w14:textId="77777777" w:rsidTr="002957E9">
        <w:tblPrEx>
          <w:tblW w:w="0" w:type="auto"/>
          <w:jc w:val="center"/>
          <w:tblLayout w:type="fixed"/>
          <w:tblLook w:val="04A0"/>
        </w:tblPrEx>
        <w:trPr>
          <w:gridAfter w:val="1"/>
          <w:wAfter w:w="12" w:type="dxa"/>
          <w:jc w:val="center"/>
        </w:trPr>
        <w:tc>
          <w:tcPr>
            <w:tcW w:w="624" w:type="dxa"/>
          </w:tcPr>
          <w:p w:rsidR="002819BA" w:rsidRPr="001B4907" w14:paraId="53EF390B" w14:textId="77777777">
            <w:pPr>
              <w:spacing w:after="0"/>
              <w:jc w:val="center"/>
            </w:pPr>
            <w:r w:rsidRPr="001B4907">
              <w:rPr>
                <w:sz w:val="18"/>
              </w:rPr>
              <w:t>3.4</w:t>
            </w:r>
          </w:p>
        </w:tc>
        <w:tc>
          <w:tcPr>
            <w:tcW w:w="1814" w:type="dxa"/>
          </w:tcPr>
          <w:p w:rsidR="002819BA" w:rsidRPr="001B4907" w14:paraId="1B6C4C71" w14:textId="77777777">
            <w:pPr>
              <w:spacing w:after="0"/>
            </w:pPr>
            <w:r w:rsidRPr="001B4907">
              <w:rPr>
                <w:sz w:val="18"/>
              </w:rPr>
              <w:t xml:space="preserve">Viola </w:t>
            </w:r>
            <w:r w:rsidRPr="001B4907">
              <w:rPr>
                <w:sz w:val="18"/>
              </w:rPr>
              <w:t>wittrockiana</w:t>
            </w:r>
          </w:p>
        </w:tc>
        <w:tc>
          <w:tcPr>
            <w:tcW w:w="1814" w:type="dxa"/>
          </w:tcPr>
          <w:p w:rsidR="002819BA" w:rsidRPr="001B4907" w14:paraId="24BD3EAE" w14:textId="77777777">
            <w:pPr>
              <w:spacing w:after="0"/>
            </w:pPr>
            <w:r w:rsidRPr="001B4907">
              <w:rPr>
                <w:sz w:val="18"/>
              </w:rPr>
              <w:t>Lielziedu krokotās (krāsainas)</w:t>
            </w:r>
          </w:p>
        </w:tc>
        <w:tc>
          <w:tcPr>
            <w:tcW w:w="1701" w:type="dxa"/>
          </w:tcPr>
          <w:p w:rsidR="002819BA" w:rsidRPr="001B4907" w14:paraId="0B1A5276" w14:textId="77777777">
            <w:pPr>
              <w:spacing w:after="0"/>
            </w:pPr>
            <w:r w:rsidRPr="001B4907">
              <w:rPr>
                <w:sz w:val="18"/>
              </w:rPr>
              <w:t>Atraitnītes</w:t>
            </w:r>
          </w:p>
        </w:tc>
        <w:tc>
          <w:tcPr>
            <w:tcW w:w="1134" w:type="dxa"/>
          </w:tcPr>
          <w:p w:rsidR="002819BA" w:rsidRPr="001B4907" w14:paraId="0BDA23A8" w14:textId="77777777">
            <w:pPr>
              <w:spacing w:after="0"/>
              <w:jc w:val="center"/>
            </w:pPr>
            <w:r w:rsidRPr="001B4907">
              <w:rPr>
                <w:sz w:val="18"/>
              </w:rPr>
              <w:t>P11/P12/P13</w:t>
            </w:r>
          </w:p>
        </w:tc>
        <w:tc>
          <w:tcPr>
            <w:tcW w:w="710" w:type="dxa"/>
          </w:tcPr>
          <w:p w:rsidR="002819BA" w:rsidRPr="001B4907" w14:paraId="4A968CA4" w14:textId="77777777">
            <w:pPr>
              <w:spacing w:after="0"/>
              <w:jc w:val="center"/>
            </w:pPr>
            <w:r w:rsidRPr="001B4907">
              <w:rPr>
                <w:sz w:val="18"/>
              </w:rPr>
              <w:t>gab.</w:t>
            </w:r>
          </w:p>
        </w:tc>
        <w:tc>
          <w:tcPr>
            <w:tcW w:w="794" w:type="dxa"/>
          </w:tcPr>
          <w:p w:rsidR="002819BA" w:rsidRPr="001B4907" w14:paraId="0C9E5AA7" w14:textId="795C28FA">
            <w:pPr>
              <w:spacing w:after="0"/>
              <w:jc w:val="center"/>
            </w:pPr>
            <w:r>
              <w:rPr>
                <w:sz w:val="18"/>
              </w:rPr>
              <w:t>4</w:t>
            </w:r>
            <w:r w:rsidRPr="001B4907" w:rsidR="000618FA">
              <w:rPr>
                <w:sz w:val="18"/>
              </w:rPr>
              <w:t>0</w:t>
            </w:r>
          </w:p>
        </w:tc>
        <w:tc>
          <w:tcPr>
            <w:tcW w:w="1247" w:type="dxa"/>
          </w:tcPr>
          <w:p w:rsidR="002819BA" w:rsidRPr="001B4907" w14:paraId="320881CD" w14:textId="77777777">
            <w:pPr>
              <w:spacing w:after="0"/>
              <w:jc w:val="center"/>
            </w:pPr>
            <w:r w:rsidRPr="001B4907">
              <w:rPr>
                <w:sz w:val="18"/>
              </w:rPr>
              <w:t>15.03.2027.–09.04.2027.</w:t>
            </w:r>
          </w:p>
        </w:tc>
      </w:tr>
      <w:tr w14:paraId="002AC739"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3C615154" w14:textId="77777777">
            <w:pPr>
              <w:spacing w:after="0"/>
              <w:jc w:val="center"/>
            </w:pPr>
            <w:r w:rsidRPr="001B4907">
              <w:rPr>
                <w:b/>
                <w:sz w:val="18"/>
              </w:rPr>
              <w:t>Kopā 3. piegādes vietā</w:t>
            </w:r>
          </w:p>
        </w:tc>
        <w:tc>
          <w:tcPr>
            <w:tcW w:w="794" w:type="dxa"/>
          </w:tcPr>
          <w:p w:rsidR="002819BA" w:rsidRPr="001B4907" w14:paraId="7C79CAEB" w14:textId="6CE7E67C">
            <w:pPr>
              <w:spacing w:after="0"/>
              <w:jc w:val="center"/>
            </w:pPr>
            <w:r>
              <w:rPr>
                <w:b/>
                <w:sz w:val="18"/>
              </w:rPr>
              <w:t>120</w:t>
            </w:r>
          </w:p>
        </w:tc>
        <w:tc>
          <w:tcPr>
            <w:tcW w:w="1247" w:type="dxa"/>
          </w:tcPr>
          <w:p w:rsidR="002819BA" w:rsidRPr="001B4907" w14:paraId="676A9D8B" w14:textId="77777777">
            <w:pPr>
              <w:spacing w:after="0"/>
              <w:jc w:val="center"/>
            </w:pPr>
          </w:p>
        </w:tc>
      </w:tr>
      <w:tr w14:paraId="4A32AE38"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04299480" w14:textId="77777777">
            <w:pPr>
              <w:spacing w:after="0"/>
              <w:jc w:val="center"/>
            </w:pPr>
            <w:r w:rsidRPr="001B4907">
              <w:rPr>
                <w:b/>
                <w:sz w:val="18"/>
              </w:rPr>
              <w:t>4. Piegāde Vecsaules pagasta nodaļai, adrese: „Pagastmāja”, Vecsaule, Vecsaules pagasts, Bauskas novads</w:t>
            </w:r>
          </w:p>
        </w:tc>
      </w:tr>
      <w:tr w14:paraId="250775CB" w14:textId="77777777" w:rsidTr="002957E9">
        <w:tblPrEx>
          <w:tblW w:w="0" w:type="auto"/>
          <w:jc w:val="center"/>
          <w:tblLayout w:type="fixed"/>
          <w:tblLook w:val="04A0"/>
        </w:tblPrEx>
        <w:trPr>
          <w:gridAfter w:val="1"/>
          <w:wAfter w:w="12" w:type="dxa"/>
          <w:jc w:val="center"/>
        </w:trPr>
        <w:tc>
          <w:tcPr>
            <w:tcW w:w="624" w:type="dxa"/>
          </w:tcPr>
          <w:p w:rsidR="002819BA" w:rsidRPr="001B4907" w14:paraId="155279A4" w14:textId="77777777">
            <w:pPr>
              <w:spacing w:after="0"/>
              <w:jc w:val="center"/>
            </w:pPr>
            <w:r w:rsidRPr="001B4907">
              <w:rPr>
                <w:sz w:val="18"/>
              </w:rPr>
              <w:t>4.1</w:t>
            </w:r>
          </w:p>
        </w:tc>
        <w:tc>
          <w:tcPr>
            <w:tcW w:w="1814" w:type="dxa"/>
          </w:tcPr>
          <w:p w:rsidR="002819BA" w:rsidRPr="001B4907" w14:paraId="18114D5D" w14:textId="77777777">
            <w:pPr>
              <w:spacing w:after="0"/>
            </w:pPr>
            <w:r w:rsidRPr="001B4907">
              <w:rPr>
                <w:sz w:val="18"/>
              </w:rPr>
              <w:t>Bacopa</w:t>
            </w:r>
            <w:r w:rsidRPr="001B4907">
              <w:rPr>
                <w:sz w:val="18"/>
              </w:rPr>
              <w:t xml:space="preserve"> </w:t>
            </w:r>
            <w:r w:rsidRPr="001B4907">
              <w:rPr>
                <w:sz w:val="18"/>
              </w:rPr>
              <w:t>scopia</w:t>
            </w:r>
            <w:r w:rsidRPr="001B4907">
              <w:rPr>
                <w:sz w:val="18"/>
              </w:rPr>
              <w:t xml:space="preserve"> </w:t>
            </w:r>
            <w:r w:rsidRPr="001B4907">
              <w:rPr>
                <w:sz w:val="18"/>
              </w:rPr>
              <w:t>gulliver</w:t>
            </w:r>
          </w:p>
        </w:tc>
        <w:tc>
          <w:tcPr>
            <w:tcW w:w="1814" w:type="dxa"/>
          </w:tcPr>
          <w:p w:rsidR="002819BA" w:rsidRPr="001B4907" w14:paraId="6AD1B8E2" w14:textId="77777777">
            <w:pPr>
              <w:spacing w:after="0"/>
            </w:pPr>
            <w:r w:rsidRPr="001B4907">
              <w:rPr>
                <w:sz w:val="18"/>
              </w:rPr>
              <w:t>Compact</w:t>
            </w:r>
            <w:r w:rsidRPr="001B4907">
              <w:rPr>
                <w:sz w:val="18"/>
              </w:rPr>
              <w:t xml:space="preserve"> </w:t>
            </w:r>
            <w:r w:rsidRPr="001B4907">
              <w:rPr>
                <w:sz w:val="18"/>
              </w:rPr>
              <w:t>purple</w:t>
            </w:r>
          </w:p>
        </w:tc>
        <w:tc>
          <w:tcPr>
            <w:tcW w:w="1701" w:type="dxa"/>
          </w:tcPr>
          <w:p w:rsidR="002819BA" w:rsidRPr="001B4907" w14:paraId="0AAE969D" w14:textId="77777777">
            <w:pPr>
              <w:spacing w:after="0"/>
            </w:pPr>
            <w:r w:rsidRPr="001B4907">
              <w:rPr>
                <w:sz w:val="18"/>
              </w:rPr>
              <w:t>Bakopa</w:t>
            </w:r>
          </w:p>
        </w:tc>
        <w:tc>
          <w:tcPr>
            <w:tcW w:w="1134" w:type="dxa"/>
          </w:tcPr>
          <w:p w:rsidR="002819BA" w:rsidRPr="001B4907" w14:paraId="66D4B6B6" w14:textId="77777777">
            <w:pPr>
              <w:spacing w:after="0"/>
              <w:jc w:val="center"/>
            </w:pPr>
            <w:r w:rsidRPr="001B4907">
              <w:rPr>
                <w:sz w:val="18"/>
              </w:rPr>
              <w:t>P11/P12/P13</w:t>
            </w:r>
          </w:p>
        </w:tc>
        <w:tc>
          <w:tcPr>
            <w:tcW w:w="710" w:type="dxa"/>
          </w:tcPr>
          <w:p w:rsidR="002819BA" w:rsidRPr="001B4907" w14:paraId="09724E5F" w14:textId="77777777">
            <w:pPr>
              <w:spacing w:after="0"/>
              <w:jc w:val="center"/>
            </w:pPr>
            <w:r w:rsidRPr="001B4907">
              <w:rPr>
                <w:sz w:val="18"/>
              </w:rPr>
              <w:t>gab.</w:t>
            </w:r>
          </w:p>
        </w:tc>
        <w:tc>
          <w:tcPr>
            <w:tcW w:w="794" w:type="dxa"/>
          </w:tcPr>
          <w:p w:rsidR="002819BA" w:rsidRPr="001B4907" w14:paraId="0135355C" w14:textId="77777777">
            <w:pPr>
              <w:spacing w:after="0"/>
              <w:jc w:val="center"/>
            </w:pPr>
            <w:r w:rsidRPr="001B4907">
              <w:rPr>
                <w:sz w:val="18"/>
              </w:rPr>
              <w:t>6</w:t>
            </w:r>
          </w:p>
        </w:tc>
        <w:tc>
          <w:tcPr>
            <w:tcW w:w="1247" w:type="dxa"/>
          </w:tcPr>
          <w:p w:rsidR="002819BA" w:rsidRPr="001B4907" w14:paraId="714CA94A" w14:textId="77777777">
            <w:pPr>
              <w:spacing w:after="0"/>
              <w:jc w:val="center"/>
            </w:pPr>
            <w:r w:rsidRPr="001B4907">
              <w:rPr>
                <w:sz w:val="18"/>
              </w:rPr>
              <w:t>03.05.2027.–11.06.2027.</w:t>
            </w:r>
          </w:p>
        </w:tc>
      </w:tr>
      <w:tr w14:paraId="7C050625" w14:textId="77777777" w:rsidTr="002957E9">
        <w:tblPrEx>
          <w:tblW w:w="0" w:type="auto"/>
          <w:jc w:val="center"/>
          <w:tblLayout w:type="fixed"/>
          <w:tblLook w:val="04A0"/>
        </w:tblPrEx>
        <w:trPr>
          <w:gridAfter w:val="1"/>
          <w:wAfter w:w="12" w:type="dxa"/>
          <w:jc w:val="center"/>
        </w:trPr>
        <w:tc>
          <w:tcPr>
            <w:tcW w:w="624" w:type="dxa"/>
          </w:tcPr>
          <w:p w:rsidR="002819BA" w:rsidRPr="001B4907" w14:paraId="2A3EC025" w14:textId="77777777">
            <w:pPr>
              <w:spacing w:after="0"/>
              <w:jc w:val="center"/>
            </w:pPr>
            <w:r w:rsidRPr="001B4907">
              <w:rPr>
                <w:sz w:val="18"/>
              </w:rPr>
              <w:t>4.2</w:t>
            </w:r>
          </w:p>
        </w:tc>
        <w:tc>
          <w:tcPr>
            <w:tcW w:w="1814" w:type="dxa"/>
          </w:tcPr>
          <w:p w:rsidR="002819BA" w:rsidRPr="001B4907" w14:paraId="445E0549" w14:textId="77777777">
            <w:pPr>
              <w:spacing w:after="0"/>
            </w:pPr>
            <w:r w:rsidRPr="001B4907">
              <w:rPr>
                <w:sz w:val="18"/>
              </w:rPr>
              <w:t>Begonia</w:t>
            </w:r>
            <w:r w:rsidRPr="001B4907">
              <w:rPr>
                <w:sz w:val="18"/>
              </w:rPr>
              <w:t xml:space="preserve"> </w:t>
            </w:r>
            <w:r w:rsidRPr="001B4907">
              <w:rPr>
                <w:sz w:val="18"/>
              </w:rPr>
              <w:t>elatior</w:t>
            </w:r>
          </w:p>
        </w:tc>
        <w:tc>
          <w:tcPr>
            <w:tcW w:w="1814" w:type="dxa"/>
          </w:tcPr>
          <w:p w:rsidR="002819BA" w:rsidRPr="001B4907" w14:paraId="65FDA40C" w14:textId="77777777">
            <w:pPr>
              <w:spacing w:after="0"/>
            </w:pPr>
            <w:r w:rsidRPr="001B4907">
              <w:rPr>
                <w:sz w:val="18"/>
              </w:rPr>
              <w:t>Betulia</w:t>
            </w:r>
          </w:p>
        </w:tc>
        <w:tc>
          <w:tcPr>
            <w:tcW w:w="1701" w:type="dxa"/>
          </w:tcPr>
          <w:p w:rsidR="002819BA" w:rsidRPr="001B4907" w14:paraId="4E8B5B17" w14:textId="77777777">
            <w:pPr>
              <w:spacing w:after="0"/>
            </w:pPr>
            <w:r w:rsidRPr="001B4907">
              <w:rPr>
                <w:sz w:val="18"/>
              </w:rPr>
              <w:t>Leduspuķe</w:t>
            </w:r>
          </w:p>
        </w:tc>
        <w:tc>
          <w:tcPr>
            <w:tcW w:w="1134" w:type="dxa"/>
          </w:tcPr>
          <w:p w:rsidR="002819BA" w:rsidRPr="001B4907" w14:paraId="53326F6D" w14:textId="77777777">
            <w:pPr>
              <w:spacing w:after="0"/>
              <w:jc w:val="center"/>
            </w:pPr>
            <w:r w:rsidRPr="001B4907">
              <w:rPr>
                <w:sz w:val="18"/>
              </w:rPr>
              <w:t>P11/P12/P13</w:t>
            </w:r>
          </w:p>
        </w:tc>
        <w:tc>
          <w:tcPr>
            <w:tcW w:w="710" w:type="dxa"/>
          </w:tcPr>
          <w:p w:rsidR="002819BA" w:rsidRPr="001B4907" w14:paraId="50E97BEB" w14:textId="77777777">
            <w:pPr>
              <w:spacing w:after="0"/>
              <w:jc w:val="center"/>
            </w:pPr>
            <w:r w:rsidRPr="001B4907">
              <w:rPr>
                <w:sz w:val="18"/>
              </w:rPr>
              <w:t>gab.</w:t>
            </w:r>
          </w:p>
        </w:tc>
        <w:tc>
          <w:tcPr>
            <w:tcW w:w="794" w:type="dxa"/>
          </w:tcPr>
          <w:p w:rsidR="002819BA" w:rsidRPr="001B4907" w14:paraId="2843BF9D" w14:textId="77777777">
            <w:pPr>
              <w:spacing w:after="0"/>
              <w:jc w:val="center"/>
            </w:pPr>
            <w:r w:rsidRPr="001B4907">
              <w:rPr>
                <w:sz w:val="18"/>
              </w:rPr>
              <w:t>65</w:t>
            </w:r>
          </w:p>
        </w:tc>
        <w:tc>
          <w:tcPr>
            <w:tcW w:w="1247" w:type="dxa"/>
          </w:tcPr>
          <w:p w:rsidR="002819BA" w:rsidRPr="001B4907" w14:paraId="4A1AAA53" w14:textId="77777777">
            <w:pPr>
              <w:spacing w:after="0"/>
              <w:jc w:val="center"/>
            </w:pPr>
            <w:r w:rsidRPr="001B4907">
              <w:rPr>
                <w:sz w:val="18"/>
              </w:rPr>
              <w:t>03.05.2027.–11.06.2027.</w:t>
            </w:r>
          </w:p>
        </w:tc>
      </w:tr>
      <w:tr w14:paraId="65C689FC" w14:textId="77777777" w:rsidTr="002957E9">
        <w:tblPrEx>
          <w:tblW w:w="0" w:type="auto"/>
          <w:jc w:val="center"/>
          <w:tblLayout w:type="fixed"/>
          <w:tblLook w:val="04A0"/>
        </w:tblPrEx>
        <w:trPr>
          <w:gridAfter w:val="1"/>
          <w:wAfter w:w="12" w:type="dxa"/>
          <w:jc w:val="center"/>
        </w:trPr>
        <w:tc>
          <w:tcPr>
            <w:tcW w:w="624" w:type="dxa"/>
          </w:tcPr>
          <w:p w:rsidR="002819BA" w:rsidRPr="001B4907" w14:paraId="67C9AB08" w14:textId="77777777">
            <w:pPr>
              <w:spacing w:after="0"/>
              <w:jc w:val="center"/>
            </w:pPr>
            <w:r w:rsidRPr="001B4907">
              <w:rPr>
                <w:sz w:val="18"/>
              </w:rPr>
              <w:t>4.3</w:t>
            </w:r>
          </w:p>
        </w:tc>
        <w:tc>
          <w:tcPr>
            <w:tcW w:w="1814" w:type="dxa"/>
          </w:tcPr>
          <w:p w:rsidR="002819BA" w:rsidRPr="001B4907" w14:paraId="3EB339D5" w14:textId="77777777">
            <w:pPr>
              <w:spacing w:after="0"/>
            </w:pPr>
            <w:r w:rsidRPr="001B4907">
              <w:rPr>
                <w:sz w:val="18"/>
              </w:rPr>
              <w:t>Begonia</w:t>
            </w:r>
            <w:r w:rsidRPr="001B4907">
              <w:rPr>
                <w:sz w:val="18"/>
              </w:rPr>
              <w:t xml:space="preserve"> </w:t>
            </w:r>
            <w:r w:rsidRPr="001B4907">
              <w:rPr>
                <w:sz w:val="18"/>
              </w:rPr>
              <w:t>hybrida</w:t>
            </w:r>
          </w:p>
        </w:tc>
        <w:tc>
          <w:tcPr>
            <w:tcW w:w="1814" w:type="dxa"/>
          </w:tcPr>
          <w:p w:rsidR="002819BA" w:rsidRPr="001B4907" w14:paraId="7CBE77BE" w14:textId="77777777">
            <w:pPr>
              <w:spacing w:after="0"/>
            </w:pPr>
            <w:r w:rsidRPr="001B4907">
              <w:rPr>
                <w:sz w:val="18"/>
              </w:rPr>
              <w:t>Dragon</w:t>
            </w:r>
            <w:r w:rsidRPr="001B4907">
              <w:rPr>
                <w:sz w:val="18"/>
              </w:rPr>
              <w:t xml:space="preserve"> </w:t>
            </w:r>
            <w:r w:rsidRPr="001B4907">
              <w:rPr>
                <w:sz w:val="18"/>
              </w:rPr>
              <w:t>Wing</w:t>
            </w:r>
            <w:r w:rsidRPr="001B4907">
              <w:rPr>
                <w:sz w:val="18"/>
              </w:rPr>
              <w:t xml:space="preserve"> Pink</w:t>
            </w:r>
          </w:p>
        </w:tc>
        <w:tc>
          <w:tcPr>
            <w:tcW w:w="1701" w:type="dxa"/>
          </w:tcPr>
          <w:p w:rsidR="002819BA" w:rsidRPr="001B4907" w14:paraId="3204AC49" w14:textId="77777777">
            <w:pPr>
              <w:spacing w:after="0"/>
            </w:pPr>
            <w:r w:rsidRPr="001B4907">
              <w:rPr>
                <w:sz w:val="18"/>
              </w:rPr>
              <w:t>Lielā begonija</w:t>
            </w:r>
          </w:p>
        </w:tc>
        <w:tc>
          <w:tcPr>
            <w:tcW w:w="1134" w:type="dxa"/>
          </w:tcPr>
          <w:p w:rsidR="002819BA" w:rsidRPr="001B4907" w14:paraId="78523486" w14:textId="77777777">
            <w:pPr>
              <w:spacing w:after="0"/>
              <w:jc w:val="center"/>
            </w:pPr>
            <w:r w:rsidRPr="001B4907">
              <w:rPr>
                <w:sz w:val="18"/>
              </w:rPr>
              <w:t>P11/P12/P13</w:t>
            </w:r>
          </w:p>
        </w:tc>
        <w:tc>
          <w:tcPr>
            <w:tcW w:w="710" w:type="dxa"/>
          </w:tcPr>
          <w:p w:rsidR="002819BA" w:rsidRPr="001B4907" w14:paraId="04B5E7E1" w14:textId="77777777">
            <w:pPr>
              <w:spacing w:after="0"/>
              <w:jc w:val="center"/>
            </w:pPr>
            <w:r w:rsidRPr="001B4907">
              <w:rPr>
                <w:sz w:val="18"/>
              </w:rPr>
              <w:t>gab.</w:t>
            </w:r>
          </w:p>
        </w:tc>
        <w:tc>
          <w:tcPr>
            <w:tcW w:w="794" w:type="dxa"/>
          </w:tcPr>
          <w:p w:rsidR="002819BA" w:rsidRPr="001B4907" w14:paraId="518D4521" w14:textId="77777777">
            <w:pPr>
              <w:spacing w:after="0"/>
              <w:jc w:val="center"/>
            </w:pPr>
            <w:r w:rsidRPr="001B4907">
              <w:rPr>
                <w:sz w:val="18"/>
              </w:rPr>
              <w:t>6</w:t>
            </w:r>
          </w:p>
        </w:tc>
        <w:tc>
          <w:tcPr>
            <w:tcW w:w="1247" w:type="dxa"/>
          </w:tcPr>
          <w:p w:rsidR="002819BA" w:rsidRPr="001B4907" w14:paraId="33A1EB24" w14:textId="77777777">
            <w:pPr>
              <w:spacing w:after="0"/>
              <w:jc w:val="center"/>
            </w:pPr>
            <w:r w:rsidRPr="001B4907">
              <w:rPr>
                <w:sz w:val="18"/>
              </w:rPr>
              <w:t>03.05.2027.–11.06.2027.</w:t>
            </w:r>
          </w:p>
        </w:tc>
      </w:tr>
      <w:tr w14:paraId="17D381F7" w14:textId="77777777" w:rsidTr="002957E9">
        <w:tblPrEx>
          <w:tblW w:w="0" w:type="auto"/>
          <w:jc w:val="center"/>
          <w:tblLayout w:type="fixed"/>
          <w:tblLook w:val="04A0"/>
        </w:tblPrEx>
        <w:trPr>
          <w:gridAfter w:val="1"/>
          <w:wAfter w:w="12" w:type="dxa"/>
          <w:jc w:val="center"/>
        </w:trPr>
        <w:tc>
          <w:tcPr>
            <w:tcW w:w="624" w:type="dxa"/>
          </w:tcPr>
          <w:p w:rsidR="002819BA" w:rsidRPr="001B4907" w14:paraId="0CA87472" w14:textId="77777777">
            <w:pPr>
              <w:spacing w:after="0"/>
              <w:jc w:val="center"/>
            </w:pPr>
            <w:r w:rsidRPr="001B4907">
              <w:rPr>
                <w:sz w:val="18"/>
              </w:rPr>
              <w:t>4.4</w:t>
            </w:r>
          </w:p>
        </w:tc>
        <w:tc>
          <w:tcPr>
            <w:tcW w:w="1814" w:type="dxa"/>
          </w:tcPr>
          <w:p w:rsidR="002819BA" w:rsidRPr="001B4907" w14:paraId="35880278" w14:textId="77777777">
            <w:pPr>
              <w:spacing w:after="0"/>
            </w:pPr>
            <w:r w:rsidRPr="001B4907">
              <w:rPr>
                <w:sz w:val="18"/>
              </w:rPr>
              <w:t>Begonia</w:t>
            </w:r>
            <w:r w:rsidRPr="001B4907">
              <w:rPr>
                <w:sz w:val="18"/>
              </w:rPr>
              <w:t xml:space="preserve"> </w:t>
            </w:r>
            <w:r w:rsidRPr="001B4907">
              <w:rPr>
                <w:sz w:val="18"/>
              </w:rPr>
              <w:t>Sunbereo</w:t>
            </w:r>
          </w:p>
        </w:tc>
        <w:tc>
          <w:tcPr>
            <w:tcW w:w="1814" w:type="dxa"/>
          </w:tcPr>
          <w:p w:rsidR="002819BA" w:rsidRPr="001B4907" w14:paraId="3DD39341" w14:textId="77777777">
            <w:pPr>
              <w:spacing w:after="0"/>
            </w:pPr>
            <w:r w:rsidRPr="001B4907">
              <w:rPr>
                <w:sz w:val="18"/>
              </w:rPr>
              <w:t>Bicolor</w:t>
            </w:r>
          </w:p>
        </w:tc>
        <w:tc>
          <w:tcPr>
            <w:tcW w:w="1701" w:type="dxa"/>
          </w:tcPr>
          <w:p w:rsidR="002819BA" w:rsidRPr="001B4907" w14:paraId="78C50066" w14:textId="77777777">
            <w:pPr>
              <w:spacing w:after="0"/>
            </w:pPr>
            <w:r w:rsidRPr="001B4907">
              <w:rPr>
                <w:sz w:val="18"/>
              </w:rPr>
              <w:t>Solēnija</w:t>
            </w:r>
          </w:p>
        </w:tc>
        <w:tc>
          <w:tcPr>
            <w:tcW w:w="1134" w:type="dxa"/>
          </w:tcPr>
          <w:p w:rsidR="002819BA" w:rsidRPr="001B4907" w14:paraId="38AD3673" w14:textId="77777777">
            <w:pPr>
              <w:spacing w:after="0"/>
              <w:jc w:val="center"/>
            </w:pPr>
            <w:r w:rsidRPr="001B4907">
              <w:rPr>
                <w:sz w:val="18"/>
              </w:rPr>
              <w:t>P11/P12/P13</w:t>
            </w:r>
          </w:p>
        </w:tc>
        <w:tc>
          <w:tcPr>
            <w:tcW w:w="710" w:type="dxa"/>
          </w:tcPr>
          <w:p w:rsidR="002819BA" w:rsidRPr="001B4907" w14:paraId="680EBB1B" w14:textId="77777777">
            <w:pPr>
              <w:spacing w:after="0"/>
              <w:jc w:val="center"/>
            </w:pPr>
            <w:r w:rsidRPr="001B4907">
              <w:rPr>
                <w:sz w:val="18"/>
              </w:rPr>
              <w:t>gab.</w:t>
            </w:r>
          </w:p>
        </w:tc>
        <w:tc>
          <w:tcPr>
            <w:tcW w:w="794" w:type="dxa"/>
          </w:tcPr>
          <w:p w:rsidR="002819BA" w:rsidRPr="001B4907" w14:paraId="182CF924" w14:textId="77777777">
            <w:pPr>
              <w:spacing w:after="0"/>
              <w:jc w:val="center"/>
            </w:pPr>
            <w:r w:rsidRPr="001B4907">
              <w:rPr>
                <w:sz w:val="18"/>
              </w:rPr>
              <w:t>20</w:t>
            </w:r>
          </w:p>
        </w:tc>
        <w:tc>
          <w:tcPr>
            <w:tcW w:w="1247" w:type="dxa"/>
          </w:tcPr>
          <w:p w:rsidR="002819BA" w:rsidRPr="001B4907" w14:paraId="105E9700" w14:textId="77777777">
            <w:pPr>
              <w:spacing w:after="0"/>
              <w:jc w:val="center"/>
            </w:pPr>
            <w:r w:rsidRPr="001B4907">
              <w:rPr>
                <w:sz w:val="18"/>
              </w:rPr>
              <w:t>03.05.2027.–11.06.2027.</w:t>
            </w:r>
          </w:p>
        </w:tc>
      </w:tr>
      <w:tr w14:paraId="75C535C2" w14:textId="77777777" w:rsidTr="002957E9">
        <w:tblPrEx>
          <w:tblW w:w="0" w:type="auto"/>
          <w:jc w:val="center"/>
          <w:tblLayout w:type="fixed"/>
          <w:tblLook w:val="04A0"/>
        </w:tblPrEx>
        <w:trPr>
          <w:gridAfter w:val="1"/>
          <w:wAfter w:w="12" w:type="dxa"/>
          <w:jc w:val="center"/>
        </w:trPr>
        <w:tc>
          <w:tcPr>
            <w:tcW w:w="624" w:type="dxa"/>
          </w:tcPr>
          <w:p w:rsidR="002819BA" w:rsidRPr="001B4907" w14:paraId="282DA597" w14:textId="77777777">
            <w:pPr>
              <w:spacing w:after="0"/>
              <w:jc w:val="center"/>
            </w:pPr>
            <w:r w:rsidRPr="001B4907">
              <w:rPr>
                <w:sz w:val="18"/>
              </w:rPr>
              <w:t>4.5</w:t>
            </w:r>
          </w:p>
        </w:tc>
        <w:tc>
          <w:tcPr>
            <w:tcW w:w="1814" w:type="dxa"/>
          </w:tcPr>
          <w:p w:rsidR="002819BA" w:rsidRPr="001B4907" w14:paraId="7A3668EB" w14:textId="77777777">
            <w:pPr>
              <w:spacing w:after="0"/>
            </w:pPr>
            <w:r w:rsidRPr="001B4907">
              <w:rPr>
                <w:sz w:val="18"/>
              </w:rPr>
              <w:t>Calibrachoa</w:t>
            </w:r>
          </w:p>
        </w:tc>
        <w:tc>
          <w:tcPr>
            <w:tcW w:w="1814" w:type="dxa"/>
          </w:tcPr>
          <w:p w:rsidR="002819BA" w:rsidRPr="001B4907" w14:paraId="14640220" w14:textId="77777777">
            <w:pPr>
              <w:spacing w:after="0"/>
            </w:pPr>
            <w:r w:rsidRPr="001B4907">
              <w:rPr>
                <w:sz w:val="18"/>
              </w:rPr>
              <w:t>Calita</w:t>
            </w:r>
            <w:r w:rsidRPr="001B4907">
              <w:rPr>
                <w:sz w:val="18"/>
              </w:rPr>
              <w:t xml:space="preserve"> </w:t>
            </w:r>
            <w:r w:rsidRPr="001B4907">
              <w:rPr>
                <w:sz w:val="18"/>
              </w:rPr>
              <w:t>Double</w:t>
            </w:r>
            <w:r w:rsidRPr="001B4907">
              <w:rPr>
                <w:sz w:val="18"/>
              </w:rPr>
              <w:t xml:space="preserve"> </w:t>
            </w:r>
            <w:r w:rsidRPr="001B4907">
              <w:rPr>
                <w:sz w:val="18"/>
              </w:rPr>
              <w:t>White</w:t>
            </w:r>
            <w:r w:rsidRPr="001B4907">
              <w:rPr>
                <w:sz w:val="18"/>
              </w:rPr>
              <w:t>/ mix</w:t>
            </w:r>
          </w:p>
        </w:tc>
        <w:tc>
          <w:tcPr>
            <w:tcW w:w="1701" w:type="dxa"/>
          </w:tcPr>
          <w:p w:rsidR="002819BA" w:rsidRPr="001B4907" w14:paraId="5BB237C0" w14:textId="77777777">
            <w:pPr>
              <w:spacing w:after="0"/>
            </w:pPr>
            <w:r w:rsidRPr="001B4907">
              <w:rPr>
                <w:sz w:val="18"/>
              </w:rPr>
              <w:t>Kalibrahoja</w:t>
            </w:r>
          </w:p>
        </w:tc>
        <w:tc>
          <w:tcPr>
            <w:tcW w:w="1134" w:type="dxa"/>
          </w:tcPr>
          <w:p w:rsidR="002819BA" w:rsidRPr="001B4907" w14:paraId="5F11AE72" w14:textId="77777777">
            <w:pPr>
              <w:spacing w:after="0"/>
              <w:jc w:val="center"/>
            </w:pPr>
            <w:r w:rsidRPr="001B4907">
              <w:rPr>
                <w:sz w:val="18"/>
              </w:rPr>
              <w:t>P11/P12/P13</w:t>
            </w:r>
          </w:p>
        </w:tc>
        <w:tc>
          <w:tcPr>
            <w:tcW w:w="710" w:type="dxa"/>
          </w:tcPr>
          <w:p w:rsidR="002819BA" w:rsidRPr="001B4907" w14:paraId="445E2242" w14:textId="77777777">
            <w:pPr>
              <w:spacing w:after="0"/>
              <w:jc w:val="center"/>
            </w:pPr>
            <w:r w:rsidRPr="001B4907">
              <w:rPr>
                <w:sz w:val="18"/>
              </w:rPr>
              <w:t>gab.</w:t>
            </w:r>
          </w:p>
        </w:tc>
        <w:tc>
          <w:tcPr>
            <w:tcW w:w="794" w:type="dxa"/>
          </w:tcPr>
          <w:p w:rsidR="002819BA" w:rsidRPr="001B4907" w14:paraId="6A550575" w14:textId="77777777">
            <w:pPr>
              <w:spacing w:after="0"/>
              <w:jc w:val="center"/>
            </w:pPr>
            <w:r w:rsidRPr="001B4907">
              <w:rPr>
                <w:sz w:val="18"/>
              </w:rPr>
              <w:t>35</w:t>
            </w:r>
          </w:p>
        </w:tc>
        <w:tc>
          <w:tcPr>
            <w:tcW w:w="1247" w:type="dxa"/>
          </w:tcPr>
          <w:p w:rsidR="002819BA" w:rsidRPr="001B4907" w14:paraId="5ABF3E48" w14:textId="77777777">
            <w:pPr>
              <w:spacing w:after="0"/>
              <w:jc w:val="center"/>
            </w:pPr>
            <w:r w:rsidRPr="001B4907">
              <w:rPr>
                <w:sz w:val="18"/>
              </w:rPr>
              <w:t>03.05.2027.–11.06.2027.</w:t>
            </w:r>
          </w:p>
        </w:tc>
      </w:tr>
      <w:tr w14:paraId="1D6451C1" w14:textId="77777777" w:rsidTr="002957E9">
        <w:tblPrEx>
          <w:tblW w:w="0" w:type="auto"/>
          <w:jc w:val="center"/>
          <w:tblLayout w:type="fixed"/>
          <w:tblLook w:val="04A0"/>
        </w:tblPrEx>
        <w:trPr>
          <w:gridAfter w:val="1"/>
          <w:wAfter w:w="12" w:type="dxa"/>
          <w:jc w:val="center"/>
        </w:trPr>
        <w:tc>
          <w:tcPr>
            <w:tcW w:w="624" w:type="dxa"/>
          </w:tcPr>
          <w:p w:rsidR="002819BA" w:rsidRPr="001B4907" w14:paraId="29AC3902" w14:textId="77777777">
            <w:pPr>
              <w:spacing w:after="0"/>
              <w:jc w:val="center"/>
            </w:pPr>
            <w:r w:rsidRPr="001B4907">
              <w:rPr>
                <w:sz w:val="18"/>
              </w:rPr>
              <w:t>4.6</w:t>
            </w:r>
          </w:p>
        </w:tc>
        <w:tc>
          <w:tcPr>
            <w:tcW w:w="1814" w:type="dxa"/>
          </w:tcPr>
          <w:p w:rsidR="002819BA" w:rsidRPr="001B4907" w14:paraId="4F13B9FF" w14:textId="77777777">
            <w:pPr>
              <w:spacing w:after="0"/>
            </w:pPr>
            <w:r w:rsidRPr="001B4907">
              <w:rPr>
                <w:sz w:val="18"/>
              </w:rPr>
              <w:t>Canna</w:t>
            </w:r>
            <w:r w:rsidRPr="001B4907">
              <w:rPr>
                <w:sz w:val="18"/>
              </w:rPr>
              <w:t xml:space="preserve"> </w:t>
            </w:r>
            <w:r w:rsidRPr="001B4907">
              <w:rPr>
                <w:sz w:val="18"/>
              </w:rPr>
              <w:t>indica</w:t>
            </w:r>
          </w:p>
        </w:tc>
        <w:tc>
          <w:tcPr>
            <w:tcW w:w="1814" w:type="dxa"/>
          </w:tcPr>
          <w:p w:rsidR="002819BA" w:rsidRPr="001B4907" w14:paraId="42D35549" w14:textId="77777777">
            <w:pPr>
              <w:spacing w:after="0"/>
            </w:pPr>
            <w:r w:rsidRPr="001B4907">
              <w:rPr>
                <w:sz w:val="18"/>
              </w:rPr>
              <w:t>—</w:t>
            </w:r>
          </w:p>
        </w:tc>
        <w:tc>
          <w:tcPr>
            <w:tcW w:w="1701" w:type="dxa"/>
          </w:tcPr>
          <w:p w:rsidR="002819BA" w:rsidRPr="001B4907" w14:paraId="407BAFB4" w14:textId="235C9345">
            <w:pPr>
              <w:spacing w:after="0"/>
            </w:pPr>
            <w:r w:rsidRPr="001B4907">
              <w:rPr>
                <w:sz w:val="18"/>
              </w:rPr>
              <w:t>Kannas</w:t>
            </w:r>
            <w:r w:rsidRPr="001B4907" w:rsidR="00BE6255">
              <w:rPr>
                <w:sz w:val="18"/>
              </w:rPr>
              <w:t xml:space="preserve"> </w:t>
            </w:r>
            <w:r w:rsidRPr="001B4907">
              <w:rPr>
                <w:sz w:val="18"/>
              </w:rPr>
              <w:t>(</w:t>
            </w:r>
            <w:r w:rsidRPr="001B4907">
              <w:rPr>
                <w:sz w:val="18"/>
              </w:rPr>
              <w:t>bordo</w:t>
            </w:r>
            <w:r w:rsidRPr="001B4907">
              <w:rPr>
                <w:sz w:val="18"/>
              </w:rPr>
              <w:t>)</w:t>
            </w:r>
          </w:p>
        </w:tc>
        <w:tc>
          <w:tcPr>
            <w:tcW w:w="1134" w:type="dxa"/>
          </w:tcPr>
          <w:p w:rsidR="002819BA" w:rsidRPr="001B4907" w14:paraId="64107297" w14:textId="77777777">
            <w:pPr>
              <w:spacing w:after="0"/>
              <w:jc w:val="center"/>
            </w:pPr>
            <w:r w:rsidRPr="001B4907">
              <w:rPr>
                <w:sz w:val="18"/>
              </w:rPr>
              <w:t>P11/P12/P13</w:t>
            </w:r>
          </w:p>
        </w:tc>
        <w:tc>
          <w:tcPr>
            <w:tcW w:w="710" w:type="dxa"/>
          </w:tcPr>
          <w:p w:rsidR="002819BA" w:rsidRPr="001B4907" w14:paraId="660901C4" w14:textId="77777777">
            <w:pPr>
              <w:spacing w:after="0"/>
              <w:jc w:val="center"/>
            </w:pPr>
            <w:r w:rsidRPr="001B4907">
              <w:rPr>
                <w:sz w:val="18"/>
              </w:rPr>
              <w:t>gab.</w:t>
            </w:r>
          </w:p>
        </w:tc>
        <w:tc>
          <w:tcPr>
            <w:tcW w:w="794" w:type="dxa"/>
          </w:tcPr>
          <w:p w:rsidR="002819BA" w:rsidRPr="001B4907" w14:paraId="0295A029" w14:textId="77777777">
            <w:pPr>
              <w:spacing w:after="0"/>
              <w:jc w:val="center"/>
            </w:pPr>
            <w:r w:rsidRPr="001B4907">
              <w:rPr>
                <w:sz w:val="18"/>
              </w:rPr>
              <w:t>12</w:t>
            </w:r>
          </w:p>
        </w:tc>
        <w:tc>
          <w:tcPr>
            <w:tcW w:w="1247" w:type="dxa"/>
          </w:tcPr>
          <w:p w:rsidR="002819BA" w:rsidRPr="001B4907" w14:paraId="412E0436" w14:textId="77777777">
            <w:pPr>
              <w:spacing w:after="0"/>
              <w:jc w:val="center"/>
            </w:pPr>
            <w:r w:rsidRPr="001B4907">
              <w:rPr>
                <w:sz w:val="18"/>
              </w:rPr>
              <w:t>03.05.2027.–11.06.2027.</w:t>
            </w:r>
          </w:p>
        </w:tc>
      </w:tr>
      <w:tr w14:paraId="05C0D9B6" w14:textId="77777777" w:rsidTr="002957E9">
        <w:tblPrEx>
          <w:tblW w:w="0" w:type="auto"/>
          <w:jc w:val="center"/>
          <w:tblLayout w:type="fixed"/>
          <w:tblLook w:val="04A0"/>
        </w:tblPrEx>
        <w:trPr>
          <w:gridAfter w:val="1"/>
          <w:wAfter w:w="12" w:type="dxa"/>
          <w:jc w:val="center"/>
        </w:trPr>
        <w:tc>
          <w:tcPr>
            <w:tcW w:w="624" w:type="dxa"/>
          </w:tcPr>
          <w:p w:rsidR="002819BA" w:rsidRPr="001B4907" w14:paraId="2CA12431" w14:textId="77777777">
            <w:pPr>
              <w:spacing w:after="0"/>
              <w:jc w:val="center"/>
            </w:pPr>
            <w:r w:rsidRPr="001B4907">
              <w:rPr>
                <w:sz w:val="18"/>
              </w:rPr>
              <w:t>4.7</w:t>
            </w:r>
          </w:p>
        </w:tc>
        <w:tc>
          <w:tcPr>
            <w:tcW w:w="1814" w:type="dxa"/>
          </w:tcPr>
          <w:p w:rsidR="002819BA" w:rsidRPr="001B4907" w14:paraId="3CF645CA" w14:textId="77777777">
            <w:pPr>
              <w:spacing w:after="0"/>
            </w:pPr>
            <w:r w:rsidRPr="001B4907">
              <w:rPr>
                <w:sz w:val="18"/>
              </w:rPr>
              <w:t>Dichondra</w:t>
            </w:r>
            <w:r w:rsidRPr="001B4907">
              <w:rPr>
                <w:sz w:val="18"/>
              </w:rPr>
              <w:t xml:space="preserve"> </w:t>
            </w:r>
            <w:r w:rsidRPr="001B4907">
              <w:rPr>
                <w:sz w:val="18"/>
              </w:rPr>
              <w:t>argentea</w:t>
            </w:r>
          </w:p>
        </w:tc>
        <w:tc>
          <w:tcPr>
            <w:tcW w:w="1814" w:type="dxa"/>
          </w:tcPr>
          <w:p w:rsidR="002819BA" w:rsidRPr="001B4907" w14:paraId="4EE035FE" w14:textId="77777777">
            <w:pPr>
              <w:spacing w:after="0"/>
            </w:pPr>
            <w:r w:rsidRPr="001B4907">
              <w:rPr>
                <w:sz w:val="18"/>
              </w:rPr>
              <w:t>Silver</w:t>
            </w:r>
            <w:r w:rsidRPr="001B4907">
              <w:rPr>
                <w:sz w:val="18"/>
              </w:rPr>
              <w:t xml:space="preserve"> </w:t>
            </w:r>
            <w:r w:rsidRPr="001B4907">
              <w:rPr>
                <w:sz w:val="18"/>
              </w:rPr>
              <w:t>falls</w:t>
            </w:r>
          </w:p>
        </w:tc>
        <w:tc>
          <w:tcPr>
            <w:tcW w:w="1701" w:type="dxa"/>
          </w:tcPr>
          <w:p w:rsidR="002819BA" w:rsidRPr="001B4907" w14:paraId="0A84226D" w14:textId="77777777">
            <w:pPr>
              <w:spacing w:after="0"/>
            </w:pPr>
            <w:r w:rsidRPr="001B4907">
              <w:rPr>
                <w:sz w:val="18"/>
              </w:rPr>
              <w:t>Dihondra</w:t>
            </w:r>
          </w:p>
        </w:tc>
        <w:tc>
          <w:tcPr>
            <w:tcW w:w="1134" w:type="dxa"/>
          </w:tcPr>
          <w:p w:rsidR="002819BA" w:rsidRPr="001B4907" w14:paraId="0A295836" w14:textId="77777777">
            <w:pPr>
              <w:spacing w:after="0"/>
              <w:jc w:val="center"/>
            </w:pPr>
            <w:r w:rsidRPr="001B4907">
              <w:rPr>
                <w:sz w:val="18"/>
              </w:rPr>
              <w:t>P11/P12/P13</w:t>
            </w:r>
          </w:p>
        </w:tc>
        <w:tc>
          <w:tcPr>
            <w:tcW w:w="710" w:type="dxa"/>
          </w:tcPr>
          <w:p w:rsidR="002819BA" w:rsidRPr="001B4907" w14:paraId="6F29D453" w14:textId="77777777">
            <w:pPr>
              <w:spacing w:after="0"/>
              <w:jc w:val="center"/>
            </w:pPr>
            <w:r w:rsidRPr="001B4907">
              <w:rPr>
                <w:sz w:val="18"/>
              </w:rPr>
              <w:t>gab.</w:t>
            </w:r>
          </w:p>
        </w:tc>
        <w:tc>
          <w:tcPr>
            <w:tcW w:w="794" w:type="dxa"/>
          </w:tcPr>
          <w:p w:rsidR="002819BA" w:rsidRPr="001B4907" w14:paraId="32C363A6" w14:textId="77777777">
            <w:pPr>
              <w:spacing w:after="0"/>
              <w:jc w:val="center"/>
            </w:pPr>
            <w:r w:rsidRPr="001B4907">
              <w:rPr>
                <w:sz w:val="18"/>
              </w:rPr>
              <w:t>12</w:t>
            </w:r>
          </w:p>
        </w:tc>
        <w:tc>
          <w:tcPr>
            <w:tcW w:w="1247" w:type="dxa"/>
          </w:tcPr>
          <w:p w:rsidR="002819BA" w:rsidRPr="001B4907" w14:paraId="0CD29593" w14:textId="77777777">
            <w:pPr>
              <w:spacing w:after="0"/>
              <w:jc w:val="center"/>
            </w:pPr>
            <w:r w:rsidRPr="001B4907">
              <w:rPr>
                <w:sz w:val="18"/>
              </w:rPr>
              <w:t>03.05.2027.–11.06.2027.</w:t>
            </w:r>
          </w:p>
        </w:tc>
      </w:tr>
      <w:tr w14:paraId="645C1FC0" w14:textId="77777777" w:rsidTr="002957E9">
        <w:tblPrEx>
          <w:tblW w:w="0" w:type="auto"/>
          <w:jc w:val="center"/>
          <w:tblLayout w:type="fixed"/>
          <w:tblLook w:val="04A0"/>
        </w:tblPrEx>
        <w:trPr>
          <w:gridAfter w:val="1"/>
          <w:wAfter w:w="12" w:type="dxa"/>
          <w:jc w:val="center"/>
        </w:trPr>
        <w:tc>
          <w:tcPr>
            <w:tcW w:w="624" w:type="dxa"/>
          </w:tcPr>
          <w:p w:rsidR="002819BA" w:rsidRPr="001B4907" w14:paraId="526CBC29" w14:textId="77777777">
            <w:pPr>
              <w:spacing w:after="0"/>
              <w:jc w:val="center"/>
            </w:pPr>
            <w:r w:rsidRPr="001B4907">
              <w:rPr>
                <w:sz w:val="18"/>
              </w:rPr>
              <w:t>4.8</w:t>
            </w:r>
          </w:p>
        </w:tc>
        <w:tc>
          <w:tcPr>
            <w:tcW w:w="1814" w:type="dxa"/>
          </w:tcPr>
          <w:p w:rsidR="002819BA" w:rsidRPr="001B4907" w14:paraId="307B4EB5" w14:textId="77777777">
            <w:pPr>
              <w:spacing w:after="0"/>
            </w:pPr>
            <w:r w:rsidRPr="001B4907">
              <w:rPr>
                <w:sz w:val="18"/>
              </w:rPr>
              <w:t xml:space="preserve">Gaura </w:t>
            </w:r>
            <w:r w:rsidRPr="001B4907">
              <w:rPr>
                <w:sz w:val="18"/>
              </w:rPr>
              <w:t>lindheimeri</w:t>
            </w:r>
          </w:p>
        </w:tc>
        <w:tc>
          <w:tcPr>
            <w:tcW w:w="1814" w:type="dxa"/>
          </w:tcPr>
          <w:p w:rsidR="002819BA" w:rsidRPr="001B4907" w14:paraId="0587391E" w14:textId="77777777">
            <w:pPr>
              <w:spacing w:after="0"/>
            </w:pPr>
            <w:r w:rsidRPr="001B4907">
              <w:rPr>
                <w:sz w:val="18"/>
              </w:rPr>
              <w:t>Gambit</w:t>
            </w:r>
            <w:r w:rsidRPr="001B4907">
              <w:rPr>
                <w:sz w:val="18"/>
              </w:rPr>
              <w:t xml:space="preserve"> </w:t>
            </w:r>
            <w:r w:rsidRPr="001B4907">
              <w:rPr>
                <w:sz w:val="18"/>
              </w:rPr>
              <w:t>White</w:t>
            </w:r>
          </w:p>
        </w:tc>
        <w:tc>
          <w:tcPr>
            <w:tcW w:w="1701" w:type="dxa"/>
          </w:tcPr>
          <w:p w:rsidR="002819BA" w:rsidRPr="001B4907" w14:paraId="2FA6F2B1" w14:textId="77777777">
            <w:pPr>
              <w:spacing w:after="0"/>
            </w:pPr>
            <w:r w:rsidRPr="001B4907">
              <w:rPr>
                <w:sz w:val="18"/>
              </w:rPr>
              <w:t>Lindheimera</w:t>
            </w:r>
            <w:r w:rsidRPr="001B4907">
              <w:rPr>
                <w:sz w:val="18"/>
              </w:rPr>
              <w:t xml:space="preserve"> gaura</w:t>
            </w:r>
          </w:p>
        </w:tc>
        <w:tc>
          <w:tcPr>
            <w:tcW w:w="1134" w:type="dxa"/>
          </w:tcPr>
          <w:p w:rsidR="002819BA" w:rsidRPr="001B4907" w14:paraId="32B92C05" w14:textId="77777777">
            <w:pPr>
              <w:spacing w:after="0"/>
              <w:jc w:val="center"/>
            </w:pPr>
            <w:r w:rsidRPr="001B4907">
              <w:rPr>
                <w:sz w:val="18"/>
              </w:rPr>
              <w:t>P11/P12/P13</w:t>
            </w:r>
          </w:p>
        </w:tc>
        <w:tc>
          <w:tcPr>
            <w:tcW w:w="710" w:type="dxa"/>
          </w:tcPr>
          <w:p w:rsidR="002819BA" w:rsidRPr="001B4907" w14:paraId="04DA8CBE" w14:textId="77777777">
            <w:pPr>
              <w:spacing w:after="0"/>
              <w:jc w:val="center"/>
            </w:pPr>
            <w:r w:rsidRPr="001B4907">
              <w:rPr>
                <w:sz w:val="18"/>
              </w:rPr>
              <w:t>gab.</w:t>
            </w:r>
          </w:p>
        </w:tc>
        <w:tc>
          <w:tcPr>
            <w:tcW w:w="794" w:type="dxa"/>
          </w:tcPr>
          <w:p w:rsidR="002819BA" w:rsidRPr="001B4907" w14:paraId="4F560F18" w14:textId="77777777">
            <w:pPr>
              <w:spacing w:after="0"/>
              <w:jc w:val="center"/>
            </w:pPr>
            <w:r w:rsidRPr="001B4907">
              <w:rPr>
                <w:sz w:val="18"/>
              </w:rPr>
              <w:t>10</w:t>
            </w:r>
          </w:p>
        </w:tc>
        <w:tc>
          <w:tcPr>
            <w:tcW w:w="1247" w:type="dxa"/>
          </w:tcPr>
          <w:p w:rsidR="002819BA" w:rsidRPr="001B4907" w14:paraId="338DDCCB" w14:textId="77777777">
            <w:pPr>
              <w:spacing w:after="0"/>
              <w:jc w:val="center"/>
            </w:pPr>
            <w:r w:rsidRPr="001B4907">
              <w:rPr>
                <w:sz w:val="18"/>
              </w:rPr>
              <w:t>03.05.2027.–11.06.2027.</w:t>
            </w:r>
          </w:p>
        </w:tc>
      </w:tr>
      <w:tr w14:paraId="3C73EBA9" w14:textId="77777777" w:rsidTr="002957E9">
        <w:tblPrEx>
          <w:tblW w:w="0" w:type="auto"/>
          <w:jc w:val="center"/>
          <w:tblLayout w:type="fixed"/>
          <w:tblLook w:val="04A0"/>
        </w:tblPrEx>
        <w:trPr>
          <w:gridAfter w:val="1"/>
          <w:wAfter w:w="12" w:type="dxa"/>
          <w:jc w:val="center"/>
        </w:trPr>
        <w:tc>
          <w:tcPr>
            <w:tcW w:w="624" w:type="dxa"/>
          </w:tcPr>
          <w:p w:rsidR="002819BA" w:rsidRPr="001B4907" w14:paraId="3D3AF7F2" w14:textId="77777777">
            <w:pPr>
              <w:spacing w:after="0"/>
              <w:jc w:val="center"/>
            </w:pPr>
            <w:r w:rsidRPr="001B4907">
              <w:rPr>
                <w:sz w:val="18"/>
              </w:rPr>
              <w:t>4.9</w:t>
            </w:r>
          </w:p>
        </w:tc>
        <w:tc>
          <w:tcPr>
            <w:tcW w:w="1814" w:type="dxa"/>
          </w:tcPr>
          <w:p w:rsidR="002819BA" w:rsidRPr="001B4907" w14:paraId="1A46C7AC" w14:textId="77777777">
            <w:pPr>
              <w:spacing w:after="0"/>
            </w:pPr>
            <w:r w:rsidRPr="001B4907">
              <w:rPr>
                <w:sz w:val="18"/>
              </w:rPr>
              <w:t>Glechoma</w:t>
            </w:r>
            <w:r w:rsidRPr="001B4907">
              <w:rPr>
                <w:sz w:val="18"/>
              </w:rPr>
              <w:t xml:space="preserve"> </w:t>
            </w:r>
            <w:r w:rsidRPr="001B4907">
              <w:rPr>
                <w:sz w:val="18"/>
              </w:rPr>
              <w:t>hederacea</w:t>
            </w:r>
          </w:p>
        </w:tc>
        <w:tc>
          <w:tcPr>
            <w:tcW w:w="1814" w:type="dxa"/>
          </w:tcPr>
          <w:p w:rsidR="002819BA" w:rsidRPr="001B4907" w14:paraId="2866D346" w14:textId="77777777">
            <w:pPr>
              <w:spacing w:after="0"/>
            </w:pPr>
            <w:r w:rsidRPr="001B4907">
              <w:rPr>
                <w:sz w:val="18"/>
              </w:rPr>
              <w:t>'</w:t>
            </w:r>
            <w:r w:rsidRPr="001B4907">
              <w:rPr>
                <w:sz w:val="18"/>
              </w:rPr>
              <w:t>Variegata</w:t>
            </w:r>
            <w:r w:rsidRPr="001B4907">
              <w:rPr>
                <w:sz w:val="18"/>
              </w:rPr>
              <w:t>'</w:t>
            </w:r>
          </w:p>
        </w:tc>
        <w:tc>
          <w:tcPr>
            <w:tcW w:w="1701" w:type="dxa"/>
          </w:tcPr>
          <w:p w:rsidR="002819BA" w:rsidRPr="001B4907" w14:paraId="0BC3EA57" w14:textId="77777777">
            <w:pPr>
              <w:spacing w:after="0"/>
            </w:pPr>
            <w:r w:rsidRPr="001B4907">
              <w:rPr>
                <w:sz w:val="18"/>
              </w:rPr>
              <w:t>Efeju sētložņa</w:t>
            </w:r>
          </w:p>
        </w:tc>
        <w:tc>
          <w:tcPr>
            <w:tcW w:w="1134" w:type="dxa"/>
          </w:tcPr>
          <w:p w:rsidR="002819BA" w:rsidRPr="001B4907" w14:paraId="7601D123" w14:textId="77777777">
            <w:pPr>
              <w:spacing w:after="0"/>
              <w:jc w:val="center"/>
            </w:pPr>
            <w:r w:rsidRPr="001B4907">
              <w:rPr>
                <w:sz w:val="18"/>
              </w:rPr>
              <w:t>P11/P12/P13</w:t>
            </w:r>
          </w:p>
        </w:tc>
        <w:tc>
          <w:tcPr>
            <w:tcW w:w="710" w:type="dxa"/>
          </w:tcPr>
          <w:p w:rsidR="002819BA" w:rsidRPr="001B4907" w14:paraId="3EC11B22" w14:textId="77777777">
            <w:pPr>
              <w:spacing w:after="0"/>
              <w:jc w:val="center"/>
            </w:pPr>
            <w:r w:rsidRPr="001B4907">
              <w:rPr>
                <w:sz w:val="18"/>
              </w:rPr>
              <w:t>gab.</w:t>
            </w:r>
          </w:p>
        </w:tc>
        <w:tc>
          <w:tcPr>
            <w:tcW w:w="794" w:type="dxa"/>
          </w:tcPr>
          <w:p w:rsidR="002819BA" w:rsidRPr="001B4907" w14:paraId="113AC517" w14:textId="77777777">
            <w:pPr>
              <w:spacing w:after="0"/>
              <w:jc w:val="center"/>
            </w:pPr>
            <w:r w:rsidRPr="001B4907">
              <w:rPr>
                <w:sz w:val="18"/>
              </w:rPr>
              <w:t>5</w:t>
            </w:r>
          </w:p>
        </w:tc>
        <w:tc>
          <w:tcPr>
            <w:tcW w:w="1247" w:type="dxa"/>
          </w:tcPr>
          <w:p w:rsidR="002819BA" w:rsidRPr="001B4907" w14:paraId="16A7BFC0" w14:textId="77777777">
            <w:pPr>
              <w:spacing w:after="0"/>
              <w:jc w:val="center"/>
            </w:pPr>
            <w:r w:rsidRPr="001B4907">
              <w:rPr>
                <w:sz w:val="18"/>
              </w:rPr>
              <w:t>03.05.2027.–11.06.2027.</w:t>
            </w:r>
          </w:p>
        </w:tc>
      </w:tr>
      <w:tr w14:paraId="2961AABC" w14:textId="77777777" w:rsidTr="002957E9">
        <w:tblPrEx>
          <w:tblW w:w="0" w:type="auto"/>
          <w:jc w:val="center"/>
          <w:tblLayout w:type="fixed"/>
          <w:tblLook w:val="04A0"/>
        </w:tblPrEx>
        <w:trPr>
          <w:gridAfter w:val="1"/>
          <w:wAfter w:w="12" w:type="dxa"/>
          <w:jc w:val="center"/>
        </w:trPr>
        <w:tc>
          <w:tcPr>
            <w:tcW w:w="624" w:type="dxa"/>
          </w:tcPr>
          <w:p w:rsidR="002819BA" w:rsidRPr="001B4907" w14:paraId="4624941A" w14:textId="77777777">
            <w:pPr>
              <w:spacing w:after="0"/>
              <w:jc w:val="center"/>
            </w:pPr>
            <w:r w:rsidRPr="001B4907">
              <w:rPr>
                <w:sz w:val="18"/>
              </w:rPr>
              <w:t>4.10</w:t>
            </w:r>
          </w:p>
        </w:tc>
        <w:tc>
          <w:tcPr>
            <w:tcW w:w="1814" w:type="dxa"/>
          </w:tcPr>
          <w:p w:rsidR="002819BA" w:rsidRPr="001B4907" w14:paraId="04527DE5" w14:textId="77777777">
            <w:pPr>
              <w:spacing w:after="0"/>
            </w:pPr>
            <w:r w:rsidRPr="001B4907">
              <w:rPr>
                <w:sz w:val="18"/>
              </w:rPr>
              <w:t>Ipomoea</w:t>
            </w:r>
            <w:r w:rsidRPr="001B4907">
              <w:rPr>
                <w:sz w:val="18"/>
              </w:rPr>
              <w:t xml:space="preserve"> </w:t>
            </w:r>
            <w:r w:rsidRPr="001B4907">
              <w:rPr>
                <w:sz w:val="18"/>
              </w:rPr>
              <w:t>batatas</w:t>
            </w:r>
          </w:p>
        </w:tc>
        <w:tc>
          <w:tcPr>
            <w:tcW w:w="1814" w:type="dxa"/>
          </w:tcPr>
          <w:p w:rsidR="002819BA" w:rsidRPr="001B4907" w14:paraId="6BB46280" w14:textId="77777777">
            <w:pPr>
              <w:spacing w:after="0"/>
            </w:pPr>
            <w:r w:rsidRPr="001B4907">
              <w:rPr>
                <w:sz w:val="18"/>
              </w:rPr>
              <w:t>'</w:t>
            </w:r>
            <w:r w:rsidRPr="001B4907">
              <w:rPr>
                <w:sz w:val="18"/>
              </w:rPr>
              <w:t>Bright</w:t>
            </w:r>
            <w:r w:rsidRPr="001B4907">
              <w:rPr>
                <w:sz w:val="18"/>
              </w:rPr>
              <w:t xml:space="preserve"> </w:t>
            </w:r>
            <w:r w:rsidRPr="001B4907">
              <w:rPr>
                <w:sz w:val="18"/>
              </w:rPr>
              <w:t>Ideas</w:t>
            </w:r>
            <w:r w:rsidRPr="001B4907">
              <w:rPr>
                <w:sz w:val="18"/>
              </w:rPr>
              <w:t xml:space="preserve"> </w:t>
            </w:r>
            <w:r w:rsidRPr="001B4907">
              <w:rPr>
                <w:sz w:val="18"/>
              </w:rPr>
              <w:t>Lime</w:t>
            </w:r>
            <w:r w:rsidRPr="001B4907">
              <w:rPr>
                <w:sz w:val="18"/>
              </w:rPr>
              <w:t>'</w:t>
            </w:r>
          </w:p>
        </w:tc>
        <w:tc>
          <w:tcPr>
            <w:tcW w:w="1701" w:type="dxa"/>
          </w:tcPr>
          <w:p w:rsidR="002819BA" w:rsidRPr="001B4907" w14:paraId="0233BE11" w14:textId="77777777">
            <w:pPr>
              <w:spacing w:after="0"/>
            </w:pPr>
            <w:r w:rsidRPr="001B4907">
              <w:rPr>
                <w:sz w:val="18"/>
              </w:rPr>
              <w:t>Batātu</w:t>
            </w:r>
            <w:r w:rsidRPr="001B4907">
              <w:rPr>
                <w:sz w:val="18"/>
              </w:rPr>
              <w:t xml:space="preserve"> </w:t>
            </w:r>
            <w:r w:rsidRPr="001B4907">
              <w:rPr>
                <w:sz w:val="18"/>
              </w:rPr>
              <w:t>ipomeja</w:t>
            </w:r>
          </w:p>
        </w:tc>
        <w:tc>
          <w:tcPr>
            <w:tcW w:w="1134" w:type="dxa"/>
          </w:tcPr>
          <w:p w:rsidR="002819BA" w:rsidRPr="001B4907" w14:paraId="160F4581" w14:textId="77777777">
            <w:pPr>
              <w:spacing w:after="0"/>
              <w:jc w:val="center"/>
            </w:pPr>
            <w:r w:rsidRPr="001B4907">
              <w:rPr>
                <w:sz w:val="18"/>
              </w:rPr>
              <w:t>P11/P12/P13</w:t>
            </w:r>
          </w:p>
        </w:tc>
        <w:tc>
          <w:tcPr>
            <w:tcW w:w="710" w:type="dxa"/>
          </w:tcPr>
          <w:p w:rsidR="002819BA" w:rsidRPr="001B4907" w14:paraId="62EA2999" w14:textId="77777777">
            <w:pPr>
              <w:spacing w:after="0"/>
              <w:jc w:val="center"/>
            </w:pPr>
            <w:r w:rsidRPr="001B4907">
              <w:rPr>
                <w:sz w:val="18"/>
              </w:rPr>
              <w:t>gab.</w:t>
            </w:r>
          </w:p>
        </w:tc>
        <w:tc>
          <w:tcPr>
            <w:tcW w:w="794" w:type="dxa"/>
          </w:tcPr>
          <w:p w:rsidR="002819BA" w:rsidRPr="001B4907" w14:paraId="4C4ACB37" w14:textId="77777777">
            <w:pPr>
              <w:spacing w:after="0"/>
              <w:jc w:val="center"/>
            </w:pPr>
            <w:r w:rsidRPr="001B4907">
              <w:rPr>
                <w:sz w:val="18"/>
              </w:rPr>
              <w:t>18</w:t>
            </w:r>
          </w:p>
        </w:tc>
        <w:tc>
          <w:tcPr>
            <w:tcW w:w="1247" w:type="dxa"/>
          </w:tcPr>
          <w:p w:rsidR="002819BA" w:rsidRPr="001B4907" w14:paraId="6C62E7C0" w14:textId="77777777">
            <w:pPr>
              <w:spacing w:after="0"/>
              <w:jc w:val="center"/>
            </w:pPr>
            <w:r w:rsidRPr="001B4907">
              <w:rPr>
                <w:sz w:val="18"/>
              </w:rPr>
              <w:t>03.05.2027.–11.06.2027.</w:t>
            </w:r>
          </w:p>
        </w:tc>
      </w:tr>
      <w:tr w14:paraId="31875302" w14:textId="77777777" w:rsidTr="002957E9">
        <w:tblPrEx>
          <w:tblW w:w="0" w:type="auto"/>
          <w:jc w:val="center"/>
          <w:tblLayout w:type="fixed"/>
          <w:tblLook w:val="04A0"/>
        </w:tblPrEx>
        <w:trPr>
          <w:gridAfter w:val="1"/>
          <w:wAfter w:w="12" w:type="dxa"/>
          <w:jc w:val="center"/>
        </w:trPr>
        <w:tc>
          <w:tcPr>
            <w:tcW w:w="624" w:type="dxa"/>
          </w:tcPr>
          <w:p w:rsidR="002819BA" w:rsidRPr="001B4907" w14:paraId="22DFBD0C" w14:textId="77777777">
            <w:pPr>
              <w:spacing w:after="0"/>
              <w:jc w:val="center"/>
            </w:pPr>
            <w:r w:rsidRPr="001B4907">
              <w:rPr>
                <w:sz w:val="18"/>
              </w:rPr>
              <w:t>4.11</w:t>
            </w:r>
          </w:p>
        </w:tc>
        <w:tc>
          <w:tcPr>
            <w:tcW w:w="1814" w:type="dxa"/>
          </w:tcPr>
          <w:p w:rsidR="002819BA" w:rsidRPr="001B4907" w14:paraId="7C644B86" w14:textId="77777777">
            <w:pPr>
              <w:spacing w:after="0"/>
            </w:pPr>
            <w:r w:rsidRPr="001B4907">
              <w:rPr>
                <w:sz w:val="18"/>
              </w:rPr>
              <w:t>Jacobaea</w:t>
            </w:r>
            <w:r w:rsidRPr="001B4907">
              <w:rPr>
                <w:sz w:val="18"/>
              </w:rPr>
              <w:t xml:space="preserve"> </w:t>
            </w:r>
            <w:r w:rsidRPr="001B4907">
              <w:rPr>
                <w:sz w:val="18"/>
              </w:rPr>
              <w:t>maritima</w:t>
            </w:r>
          </w:p>
        </w:tc>
        <w:tc>
          <w:tcPr>
            <w:tcW w:w="1814" w:type="dxa"/>
          </w:tcPr>
          <w:p w:rsidR="002819BA" w:rsidRPr="001B4907" w14:paraId="2EB24F8A" w14:textId="77777777">
            <w:pPr>
              <w:spacing w:after="0"/>
            </w:pPr>
            <w:r w:rsidRPr="001B4907">
              <w:rPr>
                <w:sz w:val="18"/>
              </w:rPr>
              <w:t>Dusty</w:t>
            </w:r>
            <w:r w:rsidRPr="001B4907">
              <w:rPr>
                <w:sz w:val="18"/>
              </w:rPr>
              <w:t xml:space="preserve"> Miller</w:t>
            </w:r>
          </w:p>
        </w:tc>
        <w:tc>
          <w:tcPr>
            <w:tcW w:w="1701" w:type="dxa"/>
          </w:tcPr>
          <w:p w:rsidR="002819BA" w:rsidRPr="001B4907" w14:paraId="09A21E5A" w14:textId="77777777">
            <w:pPr>
              <w:spacing w:after="0"/>
            </w:pPr>
            <w:r w:rsidRPr="001B4907">
              <w:rPr>
                <w:sz w:val="18"/>
              </w:rPr>
              <w:t>Krustaines</w:t>
            </w:r>
          </w:p>
        </w:tc>
        <w:tc>
          <w:tcPr>
            <w:tcW w:w="1134" w:type="dxa"/>
          </w:tcPr>
          <w:p w:rsidR="002819BA" w:rsidRPr="001B4907" w14:paraId="2B732588" w14:textId="77777777">
            <w:pPr>
              <w:spacing w:after="0"/>
              <w:jc w:val="center"/>
            </w:pPr>
            <w:r w:rsidRPr="001B4907">
              <w:rPr>
                <w:sz w:val="18"/>
              </w:rPr>
              <w:t>P11/P12/P13</w:t>
            </w:r>
          </w:p>
        </w:tc>
        <w:tc>
          <w:tcPr>
            <w:tcW w:w="710" w:type="dxa"/>
          </w:tcPr>
          <w:p w:rsidR="002819BA" w:rsidRPr="001B4907" w14:paraId="7B73AD24" w14:textId="77777777">
            <w:pPr>
              <w:spacing w:after="0"/>
              <w:jc w:val="center"/>
            </w:pPr>
            <w:r w:rsidRPr="001B4907">
              <w:rPr>
                <w:sz w:val="18"/>
              </w:rPr>
              <w:t>gab.</w:t>
            </w:r>
          </w:p>
        </w:tc>
        <w:tc>
          <w:tcPr>
            <w:tcW w:w="794" w:type="dxa"/>
          </w:tcPr>
          <w:p w:rsidR="002819BA" w:rsidRPr="001B4907" w14:paraId="1FC63D02" w14:textId="77777777">
            <w:pPr>
              <w:spacing w:after="0"/>
              <w:jc w:val="center"/>
            </w:pPr>
            <w:r w:rsidRPr="001B4907">
              <w:rPr>
                <w:sz w:val="18"/>
              </w:rPr>
              <w:t>27</w:t>
            </w:r>
          </w:p>
        </w:tc>
        <w:tc>
          <w:tcPr>
            <w:tcW w:w="1247" w:type="dxa"/>
          </w:tcPr>
          <w:p w:rsidR="002819BA" w:rsidRPr="001B4907" w14:paraId="131F442E" w14:textId="77777777">
            <w:pPr>
              <w:spacing w:after="0"/>
              <w:jc w:val="center"/>
            </w:pPr>
            <w:r w:rsidRPr="001B4907">
              <w:rPr>
                <w:sz w:val="18"/>
              </w:rPr>
              <w:t>03.05.2027.–11.06.2027.</w:t>
            </w:r>
          </w:p>
        </w:tc>
      </w:tr>
      <w:tr w14:paraId="0EE90795" w14:textId="77777777" w:rsidTr="002957E9">
        <w:tblPrEx>
          <w:tblW w:w="0" w:type="auto"/>
          <w:jc w:val="center"/>
          <w:tblLayout w:type="fixed"/>
          <w:tblLook w:val="04A0"/>
        </w:tblPrEx>
        <w:trPr>
          <w:gridAfter w:val="1"/>
          <w:wAfter w:w="12" w:type="dxa"/>
          <w:jc w:val="center"/>
        </w:trPr>
        <w:tc>
          <w:tcPr>
            <w:tcW w:w="624" w:type="dxa"/>
          </w:tcPr>
          <w:p w:rsidR="002819BA" w:rsidRPr="001B4907" w14:paraId="2F883358" w14:textId="77777777">
            <w:pPr>
              <w:spacing w:after="0"/>
              <w:jc w:val="center"/>
            </w:pPr>
            <w:r w:rsidRPr="001B4907">
              <w:rPr>
                <w:sz w:val="18"/>
              </w:rPr>
              <w:t>4.12</w:t>
            </w:r>
          </w:p>
        </w:tc>
        <w:tc>
          <w:tcPr>
            <w:tcW w:w="1814" w:type="dxa"/>
          </w:tcPr>
          <w:p w:rsidR="002819BA" w:rsidRPr="001B4907" w14:paraId="1726729D" w14:textId="77777777">
            <w:pPr>
              <w:spacing w:after="0"/>
            </w:pPr>
            <w:r w:rsidRPr="001B4907">
              <w:rPr>
                <w:sz w:val="18"/>
              </w:rPr>
              <w:t>Lantana</w:t>
            </w:r>
            <w:r w:rsidRPr="001B4907">
              <w:rPr>
                <w:sz w:val="18"/>
              </w:rPr>
              <w:t xml:space="preserve"> </w:t>
            </w:r>
            <w:r w:rsidRPr="001B4907">
              <w:rPr>
                <w:sz w:val="18"/>
              </w:rPr>
              <w:t>camara</w:t>
            </w:r>
          </w:p>
        </w:tc>
        <w:tc>
          <w:tcPr>
            <w:tcW w:w="1814" w:type="dxa"/>
          </w:tcPr>
          <w:p w:rsidR="002819BA" w:rsidRPr="001B4907" w14:paraId="3907BAFD" w14:textId="77777777">
            <w:pPr>
              <w:spacing w:after="0"/>
            </w:pPr>
            <w:r w:rsidRPr="001B4907">
              <w:rPr>
                <w:sz w:val="18"/>
              </w:rPr>
              <w:t xml:space="preserve">Evita </w:t>
            </w:r>
            <w:r w:rsidRPr="001B4907">
              <w:rPr>
                <w:sz w:val="18"/>
              </w:rPr>
              <w:t>Rose</w:t>
            </w:r>
          </w:p>
        </w:tc>
        <w:tc>
          <w:tcPr>
            <w:tcW w:w="1701" w:type="dxa"/>
          </w:tcPr>
          <w:p w:rsidR="002819BA" w:rsidRPr="001B4907" w14:paraId="789D6076" w14:textId="77777777">
            <w:pPr>
              <w:spacing w:after="0"/>
            </w:pPr>
            <w:r w:rsidRPr="001B4907">
              <w:rPr>
                <w:sz w:val="18"/>
              </w:rPr>
              <w:t>Lantāna</w:t>
            </w:r>
          </w:p>
        </w:tc>
        <w:tc>
          <w:tcPr>
            <w:tcW w:w="1134" w:type="dxa"/>
          </w:tcPr>
          <w:p w:rsidR="002819BA" w:rsidRPr="001B4907" w14:paraId="488A85EE" w14:textId="77777777">
            <w:pPr>
              <w:spacing w:after="0"/>
              <w:jc w:val="center"/>
            </w:pPr>
            <w:r w:rsidRPr="001B4907">
              <w:rPr>
                <w:sz w:val="18"/>
              </w:rPr>
              <w:t>P11/P12/P13</w:t>
            </w:r>
          </w:p>
        </w:tc>
        <w:tc>
          <w:tcPr>
            <w:tcW w:w="710" w:type="dxa"/>
          </w:tcPr>
          <w:p w:rsidR="002819BA" w:rsidRPr="001B4907" w14:paraId="0540C711" w14:textId="77777777">
            <w:pPr>
              <w:spacing w:after="0"/>
              <w:jc w:val="center"/>
            </w:pPr>
            <w:r w:rsidRPr="001B4907">
              <w:rPr>
                <w:sz w:val="18"/>
              </w:rPr>
              <w:t>gab.</w:t>
            </w:r>
          </w:p>
        </w:tc>
        <w:tc>
          <w:tcPr>
            <w:tcW w:w="794" w:type="dxa"/>
          </w:tcPr>
          <w:p w:rsidR="002819BA" w:rsidRPr="001B4907" w14:paraId="21219538" w14:textId="77777777">
            <w:pPr>
              <w:spacing w:after="0"/>
              <w:jc w:val="center"/>
            </w:pPr>
            <w:r w:rsidRPr="001B4907">
              <w:rPr>
                <w:sz w:val="18"/>
              </w:rPr>
              <w:t>24</w:t>
            </w:r>
          </w:p>
        </w:tc>
        <w:tc>
          <w:tcPr>
            <w:tcW w:w="1247" w:type="dxa"/>
          </w:tcPr>
          <w:p w:rsidR="002819BA" w:rsidRPr="001B4907" w14:paraId="2066481B" w14:textId="77777777">
            <w:pPr>
              <w:spacing w:after="0"/>
              <w:jc w:val="center"/>
            </w:pPr>
            <w:r w:rsidRPr="001B4907">
              <w:rPr>
                <w:sz w:val="18"/>
              </w:rPr>
              <w:t>03.05.2027.–11.06.2027.</w:t>
            </w:r>
          </w:p>
        </w:tc>
      </w:tr>
      <w:tr w14:paraId="461ADC39" w14:textId="77777777" w:rsidTr="002957E9">
        <w:tblPrEx>
          <w:tblW w:w="0" w:type="auto"/>
          <w:jc w:val="center"/>
          <w:tblLayout w:type="fixed"/>
          <w:tblLook w:val="04A0"/>
        </w:tblPrEx>
        <w:trPr>
          <w:gridAfter w:val="1"/>
          <w:wAfter w:w="12" w:type="dxa"/>
          <w:jc w:val="center"/>
        </w:trPr>
        <w:tc>
          <w:tcPr>
            <w:tcW w:w="624" w:type="dxa"/>
          </w:tcPr>
          <w:p w:rsidR="002819BA" w:rsidRPr="001B4907" w14:paraId="1CD49574" w14:textId="77777777">
            <w:pPr>
              <w:spacing w:after="0"/>
              <w:jc w:val="center"/>
            </w:pPr>
            <w:r w:rsidRPr="001B4907">
              <w:rPr>
                <w:sz w:val="18"/>
              </w:rPr>
              <w:t>4.13</w:t>
            </w:r>
          </w:p>
        </w:tc>
        <w:tc>
          <w:tcPr>
            <w:tcW w:w="1814" w:type="dxa"/>
          </w:tcPr>
          <w:p w:rsidR="002819BA" w:rsidRPr="001B4907" w14:paraId="22765111" w14:textId="77777777">
            <w:pPr>
              <w:spacing w:after="0"/>
            </w:pPr>
            <w:r w:rsidRPr="001B4907">
              <w:rPr>
                <w:sz w:val="18"/>
              </w:rPr>
              <w:t>Lobelia</w:t>
            </w:r>
          </w:p>
        </w:tc>
        <w:tc>
          <w:tcPr>
            <w:tcW w:w="1814" w:type="dxa"/>
          </w:tcPr>
          <w:p w:rsidR="002819BA" w:rsidRPr="001B4907" w14:paraId="3010CF6B" w14:textId="77777777">
            <w:pPr>
              <w:spacing w:after="0"/>
            </w:pPr>
            <w:r w:rsidRPr="001B4907">
              <w:rPr>
                <w:sz w:val="18"/>
              </w:rPr>
              <w:t>Lucia</w:t>
            </w:r>
            <w:r w:rsidRPr="001B4907">
              <w:rPr>
                <w:sz w:val="18"/>
              </w:rPr>
              <w:t xml:space="preserve"> Dark </w:t>
            </w:r>
            <w:r w:rsidRPr="001B4907">
              <w:rPr>
                <w:sz w:val="18"/>
              </w:rPr>
              <w:t>Blue</w:t>
            </w:r>
          </w:p>
        </w:tc>
        <w:tc>
          <w:tcPr>
            <w:tcW w:w="1701" w:type="dxa"/>
          </w:tcPr>
          <w:p w:rsidR="002819BA" w:rsidRPr="001B4907" w14:paraId="0FF21856" w14:textId="77777777">
            <w:pPr>
              <w:spacing w:after="0"/>
            </w:pPr>
            <w:r w:rsidRPr="001B4907">
              <w:rPr>
                <w:sz w:val="18"/>
              </w:rPr>
              <w:t>Lobēlija</w:t>
            </w:r>
          </w:p>
        </w:tc>
        <w:tc>
          <w:tcPr>
            <w:tcW w:w="1134" w:type="dxa"/>
          </w:tcPr>
          <w:p w:rsidR="002819BA" w:rsidRPr="001B4907" w14:paraId="559C5443" w14:textId="77777777">
            <w:pPr>
              <w:spacing w:after="0"/>
              <w:jc w:val="center"/>
            </w:pPr>
            <w:r w:rsidRPr="001B4907">
              <w:rPr>
                <w:sz w:val="18"/>
              </w:rPr>
              <w:t>P11/P12/P13</w:t>
            </w:r>
          </w:p>
        </w:tc>
        <w:tc>
          <w:tcPr>
            <w:tcW w:w="710" w:type="dxa"/>
          </w:tcPr>
          <w:p w:rsidR="002819BA" w:rsidRPr="001B4907" w14:paraId="695970F1" w14:textId="77777777">
            <w:pPr>
              <w:spacing w:after="0"/>
              <w:jc w:val="center"/>
            </w:pPr>
            <w:r w:rsidRPr="001B4907">
              <w:rPr>
                <w:sz w:val="18"/>
              </w:rPr>
              <w:t>gab.</w:t>
            </w:r>
          </w:p>
        </w:tc>
        <w:tc>
          <w:tcPr>
            <w:tcW w:w="794" w:type="dxa"/>
          </w:tcPr>
          <w:p w:rsidR="002819BA" w:rsidRPr="001B4907" w14:paraId="274ECF41" w14:textId="77777777">
            <w:pPr>
              <w:spacing w:after="0"/>
              <w:jc w:val="center"/>
            </w:pPr>
            <w:r w:rsidRPr="001B4907">
              <w:rPr>
                <w:sz w:val="18"/>
              </w:rPr>
              <w:t>8</w:t>
            </w:r>
          </w:p>
        </w:tc>
        <w:tc>
          <w:tcPr>
            <w:tcW w:w="1247" w:type="dxa"/>
          </w:tcPr>
          <w:p w:rsidR="002819BA" w:rsidRPr="001B4907" w14:paraId="1571B434" w14:textId="77777777">
            <w:pPr>
              <w:spacing w:after="0"/>
              <w:jc w:val="center"/>
            </w:pPr>
            <w:r w:rsidRPr="001B4907">
              <w:rPr>
                <w:sz w:val="18"/>
              </w:rPr>
              <w:t>03.05.2027.–11.06.2027.</w:t>
            </w:r>
          </w:p>
        </w:tc>
      </w:tr>
      <w:tr w14:paraId="51CEED55" w14:textId="77777777" w:rsidTr="002957E9">
        <w:tblPrEx>
          <w:tblW w:w="0" w:type="auto"/>
          <w:jc w:val="center"/>
          <w:tblLayout w:type="fixed"/>
          <w:tblLook w:val="04A0"/>
        </w:tblPrEx>
        <w:trPr>
          <w:gridAfter w:val="1"/>
          <w:wAfter w:w="12" w:type="dxa"/>
          <w:jc w:val="center"/>
        </w:trPr>
        <w:tc>
          <w:tcPr>
            <w:tcW w:w="624" w:type="dxa"/>
          </w:tcPr>
          <w:p w:rsidR="002819BA" w:rsidRPr="001B4907" w14:paraId="0F7F4C6E" w14:textId="77777777">
            <w:pPr>
              <w:spacing w:after="0"/>
              <w:jc w:val="center"/>
            </w:pPr>
            <w:r w:rsidRPr="001B4907">
              <w:rPr>
                <w:sz w:val="18"/>
              </w:rPr>
              <w:t>4.14</w:t>
            </w:r>
          </w:p>
        </w:tc>
        <w:tc>
          <w:tcPr>
            <w:tcW w:w="1814" w:type="dxa"/>
          </w:tcPr>
          <w:p w:rsidR="002819BA" w:rsidRPr="001B4907" w14:paraId="21A3C3A5" w14:textId="77777777">
            <w:pPr>
              <w:spacing w:after="0"/>
            </w:pPr>
            <w:r w:rsidRPr="001B4907">
              <w:rPr>
                <w:sz w:val="18"/>
              </w:rPr>
              <w:t>Lysimachia</w:t>
            </w:r>
            <w:r w:rsidRPr="001B4907">
              <w:rPr>
                <w:sz w:val="18"/>
              </w:rPr>
              <w:t xml:space="preserve"> </w:t>
            </w:r>
            <w:r w:rsidRPr="001B4907">
              <w:rPr>
                <w:sz w:val="18"/>
              </w:rPr>
              <w:t>nummularia</w:t>
            </w:r>
          </w:p>
        </w:tc>
        <w:tc>
          <w:tcPr>
            <w:tcW w:w="1814" w:type="dxa"/>
          </w:tcPr>
          <w:p w:rsidR="002819BA" w:rsidRPr="001B4907" w14:paraId="229566D0" w14:textId="77777777">
            <w:pPr>
              <w:spacing w:after="0"/>
            </w:pPr>
            <w:r w:rsidRPr="001B4907">
              <w:rPr>
                <w:sz w:val="18"/>
              </w:rPr>
              <w:t>'</w:t>
            </w:r>
            <w:r w:rsidRPr="001B4907">
              <w:rPr>
                <w:sz w:val="18"/>
              </w:rPr>
              <w:t>Goldilocks</w:t>
            </w:r>
            <w:r w:rsidRPr="001B4907">
              <w:rPr>
                <w:sz w:val="18"/>
              </w:rPr>
              <w:t>'</w:t>
            </w:r>
          </w:p>
        </w:tc>
        <w:tc>
          <w:tcPr>
            <w:tcW w:w="1701" w:type="dxa"/>
          </w:tcPr>
          <w:p w:rsidR="002819BA" w:rsidRPr="001B4907" w14:paraId="5895F32E" w14:textId="77777777">
            <w:pPr>
              <w:spacing w:after="0"/>
            </w:pPr>
            <w:r w:rsidRPr="001B4907">
              <w:rPr>
                <w:sz w:val="18"/>
              </w:rPr>
              <w:t>Pļavu zeltene</w:t>
            </w:r>
          </w:p>
        </w:tc>
        <w:tc>
          <w:tcPr>
            <w:tcW w:w="1134" w:type="dxa"/>
          </w:tcPr>
          <w:p w:rsidR="002819BA" w:rsidRPr="001B4907" w14:paraId="0B9F1FB4" w14:textId="77777777">
            <w:pPr>
              <w:spacing w:after="0"/>
              <w:jc w:val="center"/>
            </w:pPr>
            <w:r w:rsidRPr="001B4907">
              <w:rPr>
                <w:sz w:val="18"/>
              </w:rPr>
              <w:t>P11/P12/P13</w:t>
            </w:r>
          </w:p>
        </w:tc>
        <w:tc>
          <w:tcPr>
            <w:tcW w:w="710" w:type="dxa"/>
          </w:tcPr>
          <w:p w:rsidR="002819BA" w:rsidRPr="001B4907" w14:paraId="728FF6C2" w14:textId="77777777">
            <w:pPr>
              <w:spacing w:after="0"/>
              <w:jc w:val="center"/>
            </w:pPr>
            <w:r w:rsidRPr="001B4907">
              <w:rPr>
                <w:sz w:val="18"/>
              </w:rPr>
              <w:t>gab.</w:t>
            </w:r>
          </w:p>
        </w:tc>
        <w:tc>
          <w:tcPr>
            <w:tcW w:w="794" w:type="dxa"/>
          </w:tcPr>
          <w:p w:rsidR="002819BA" w:rsidRPr="001B4907" w14:paraId="17FA5D6D" w14:textId="77777777">
            <w:pPr>
              <w:spacing w:after="0"/>
              <w:jc w:val="center"/>
            </w:pPr>
            <w:r w:rsidRPr="001B4907">
              <w:rPr>
                <w:sz w:val="18"/>
              </w:rPr>
              <w:t>3</w:t>
            </w:r>
          </w:p>
        </w:tc>
        <w:tc>
          <w:tcPr>
            <w:tcW w:w="1247" w:type="dxa"/>
          </w:tcPr>
          <w:p w:rsidR="002819BA" w:rsidRPr="001B4907" w14:paraId="7ADED644" w14:textId="77777777">
            <w:pPr>
              <w:spacing w:after="0"/>
              <w:jc w:val="center"/>
            </w:pPr>
            <w:r w:rsidRPr="001B4907">
              <w:rPr>
                <w:sz w:val="18"/>
              </w:rPr>
              <w:t>03.05.2027.–11.06.2027.</w:t>
            </w:r>
          </w:p>
        </w:tc>
      </w:tr>
      <w:tr w14:paraId="3439955A" w14:textId="77777777" w:rsidTr="002957E9">
        <w:tblPrEx>
          <w:tblW w:w="0" w:type="auto"/>
          <w:jc w:val="center"/>
          <w:tblLayout w:type="fixed"/>
          <w:tblLook w:val="04A0"/>
        </w:tblPrEx>
        <w:trPr>
          <w:gridAfter w:val="1"/>
          <w:wAfter w:w="12" w:type="dxa"/>
          <w:jc w:val="center"/>
        </w:trPr>
        <w:tc>
          <w:tcPr>
            <w:tcW w:w="624" w:type="dxa"/>
          </w:tcPr>
          <w:p w:rsidR="002819BA" w:rsidRPr="001B4907" w14:paraId="0A73AED3" w14:textId="77777777">
            <w:pPr>
              <w:spacing w:after="0"/>
              <w:jc w:val="center"/>
            </w:pPr>
            <w:r w:rsidRPr="001B4907">
              <w:rPr>
                <w:sz w:val="18"/>
              </w:rPr>
              <w:t>4.15</w:t>
            </w:r>
          </w:p>
        </w:tc>
        <w:tc>
          <w:tcPr>
            <w:tcW w:w="1814" w:type="dxa"/>
          </w:tcPr>
          <w:p w:rsidR="002819BA" w:rsidRPr="001B4907" w14:paraId="13067912" w14:textId="77777777">
            <w:pPr>
              <w:spacing w:after="0"/>
            </w:pPr>
            <w:r w:rsidRPr="001B4907">
              <w:rPr>
                <w:sz w:val="18"/>
              </w:rPr>
              <w:t>Pelargonium</w:t>
            </w:r>
            <w:r w:rsidRPr="001B4907">
              <w:rPr>
                <w:sz w:val="18"/>
              </w:rPr>
              <w:t xml:space="preserve"> </w:t>
            </w:r>
            <w:r w:rsidRPr="001B4907">
              <w:rPr>
                <w:sz w:val="18"/>
              </w:rPr>
              <w:t>peltatum</w:t>
            </w:r>
          </w:p>
        </w:tc>
        <w:tc>
          <w:tcPr>
            <w:tcW w:w="1814" w:type="dxa"/>
          </w:tcPr>
          <w:p w:rsidR="002819BA" w:rsidRPr="001B4907" w14:paraId="7A5F65A7" w14:textId="77777777">
            <w:pPr>
              <w:spacing w:after="0"/>
            </w:pPr>
            <w:r w:rsidRPr="001B4907">
              <w:rPr>
                <w:sz w:val="18"/>
              </w:rPr>
              <w:t>Grandeur</w:t>
            </w:r>
            <w:r w:rsidRPr="001B4907">
              <w:rPr>
                <w:sz w:val="18"/>
              </w:rPr>
              <w:t xml:space="preserve"> </w:t>
            </w:r>
            <w:r w:rsidRPr="001B4907">
              <w:rPr>
                <w:sz w:val="18"/>
              </w:rPr>
              <w:t>Ivy</w:t>
            </w:r>
            <w:r w:rsidRPr="001B4907">
              <w:rPr>
                <w:sz w:val="18"/>
              </w:rPr>
              <w:t xml:space="preserve"> Pink</w:t>
            </w:r>
          </w:p>
        </w:tc>
        <w:tc>
          <w:tcPr>
            <w:tcW w:w="1701" w:type="dxa"/>
          </w:tcPr>
          <w:p w:rsidR="002819BA" w:rsidRPr="001B4907" w14:paraId="38CBA7C3" w14:textId="77777777">
            <w:pPr>
              <w:spacing w:after="0"/>
            </w:pPr>
            <w:r w:rsidRPr="001B4907">
              <w:rPr>
                <w:sz w:val="18"/>
              </w:rPr>
              <w:t>Vairogveida</w:t>
            </w:r>
            <w:r w:rsidRPr="001B4907">
              <w:rPr>
                <w:sz w:val="18"/>
              </w:rPr>
              <w:t xml:space="preserve"> pelargonija</w:t>
            </w:r>
          </w:p>
        </w:tc>
        <w:tc>
          <w:tcPr>
            <w:tcW w:w="1134" w:type="dxa"/>
          </w:tcPr>
          <w:p w:rsidR="002819BA" w:rsidRPr="001B4907" w14:paraId="77EFB37C" w14:textId="77777777">
            <w:pPr>
              <w:spacing w:after="0"/>
              <w:jc w:val="center"/>
            </w:pPr>
            <w:r w:rsidRPr="001B4907">
              <w:rPr>
                <w:sz w:val="18"/>
              </w:rPr>
              <w:t>P11/P12/P13</w:t>
            </w:r>
          </w:p>
        </w:tc>
        <w:tc>
          <w:tcPr>
            <w:tcW w:w="710" w:type="dxa"/>
          </w:tcPr>
          <w:p w:rsidR="002819BA" w:rsidRPr="001B4907" w14:paraId="41C59F79" w14:textId="77777777">
            <w:pPr>
              <w:spacing w:after="0"/>
              <w:jc w:val="center"/>
            </w:pPr>
            <w:r w:rsidRPr="001B4907">
              <w:rPr>
                <w:sz w:val="18"/>
              </w:rPr>
              <w:t>gab.</w:t>
            </w:r>
          </w:p>
        </w:tc>
        <w:tc>
          <w:tcPr>
            <w:tcW w:w="794" w:type="dxa"/>
          </w:tcPr>
          <w:p w:rsidR="002819BA" w:rsidRPr="001B4907" w14:paraId="5583AF82" w14:textId="77777777">
            <w:pPr>
              <w:spacing w:after="0"/>
              <w:jc w:val="center"/>
            </w:pPr>
            <w:r w:rsidRPr="001B4907">
              <w:rPr>
                <w:sz w:val="18"/>
              </w:rPr>
              <w:t>9</w:t>
            </w:r>
          </w:p>
        </w:tc>
        <w:tc>
          <w:tcPr>
            <w:tcW w:w="1247" w:type="dxa"/>
          </w:tcPr>
          <w:p w:rsidR="002819BA" w:rsidRPr="001B4907" w14:paraId="37F1042A" w14:textId="77777777">
            <w:pPr>
              <w:spacing w:after="0"/>
              <w:jc w:val="center"/>
            </w:pPr>
            <w:r w:rsidRPr="001B4907">
              <w:rPr>
                <w:sz w:val="18"/>
              </w:rPr>
              <w:t>03.05.2027.–11.06.2027.</w:t>
            </w:r>
          </w:p>
        </w:tc>
      </w:tr>
      <w:tr w14:paraId="580FBDDA" w14:textId="77777777" w:rsidTr="002957E9">
        <w:tblPrEx>
          <w:tblW w:w="0" w:type="auto"/>
          <w:jc w:val="center"/>
          <w:tblLayout w:type="fixed"/>
          <w:tblLook w:val="04A0"/>
        </w:tblPrEx>
        <w:trPr>
          <w:gridAfter w:val="1"/>
          <w:wAfter w:w="12" w:type="dxa"/>
          <w:jc w:val="center"/>
        </w:trPr>
        <w:tc>
          <w:tcPr>
            <w:tcW w:w="624" w:type="dxa"/>
          </w:tcPr>
          <w:p w:rsidR="002819BA" w:rsidRPr="001B4907" w14:paraId="20236C39" w14:textId="77777777">
            <w:pPr>
              <w:spacing w:after="0"/>
              <w:jc w:val="center"/>
            </w:pPr>
            <w:r w:rsidRPr="001B4907">
              <w:rPr>
                <w:sz w:val="18"/>
              </w:rPr>
              <w:t>4.16</w:t>
            </w:r>
          </w:p>
        </w:tc>
        <w:tc>
          <w:tcPr>
            <w:tcW w:w="1814" w:type="dxa"/>
          </w:tcPr>
          <w:p w:rsidR="002819BA" w:rsidRPr="001B4907" w14:paraId="09FB87F9" w14:textId="77777777">
            <w:pPr>
              <w:spacing w:after="0"/>
            </w:pPr>
            <w:r w:rsidRPr="001B4907">
              <w:rPr>
                <w:sz w:val="18"/>
              </w:rPr>
              <w:t>Pelargonium</w:t>
            </w:r>
            <w:r w:rsidRPr="001B4907">
              <w:rPr>
                <w:sz w:val="18"/>
              </w:rPr>
              <w:t xml:space="preserve"> </w:t>
            </w:r>
            <w:r w:rsidRPr="001B4907">
              <w:rPr>
                <w:sz w:val="18"/>
              </w:rPr>
              <w:t>zonale</w:t>
            </w:r>
          </w:p>
        </w:tc>
        <w:tc>
          <w:tcPr>
            <w:tcW w:w="1814" w:type="dxa"/>
          </w:tcPr>
          <w:p w:rsidR="002819BA" w:rsidRPr="001B4907" w14:paraId="119C16F4" w14:textId="77777777">
            <w:pPr>
              <w:spacing w:after="0"/>
            </w:pPr>
            <w:r w:rsidRPr="001B4907">
              <w:rPr>
                <w:sz w:val="18"/>
              </w:rPr>
              <w:t>Greta</w:t>
            </w:r>
          </w:p>
        </w:tc>
        <w:tc>
          <w:tcPr>
            <w:tcW w:w="1701" w:type="dxa"/>
          </w:tcPr>
          <w:p w:rsidR="002819BA" w:rsidRPr="001B4907" w14:paraId="2C294AA9" w14:textId="77777777">
            <w:pPr>
              <w:spacing w:after="0"/>
            </w:pPr>
            <w:r w:rsidRPr="001B4907">
              <w:rPr>
                <w:sz w:val="18"/>
              </w:rPr>
              <w:t>Pelargonija zonālā</w:t>
            </w:r>
          </w:p>
        </w:tc>
        <w:tc>
          <w:tcPr>
            <w:tcW w:w="1134" w:type="dxa"/>
          </w:tcPr>
          <w:p w:rsidR="002819BA" w:rsidRPr="001B4907" w14:paraId="4721FBD4" w14:textId="77777777">
            <w:pPr>
              <w:spacing w:after="0"/>
              <w:jc w:val="center"/>
            </w:pPr>
            <w:r w:rsidRPr="001B4907">
              <w:rPr>
                <w:sz w:val="18"/>
              </w:rPr>
              <w:t>P11/P12/P13</w:t>
            </w:r>
          </w:p>
        </w:tc>
        <w:tc>
          <w:tcPr>
            <w:tcW w:w="710" w:type="dxa"/>
          </w:tcPr>
          <w:p w:rsidR="002819BA" w:rsidRPr="001B4907" w14:paraId="7DC6C3F6" w14:textId="77777777">
            <w:pPr>
              <w:spacing w:after="0"/>
              <w:jc w:val="center"/>
            </w:pPr>
            <w:r w:rsidRPr="001B4907">
              <w:rPr>
                <w:sz w:val="18"/>
              </w:rPr>
              <w:t>gab.</w:t>
            </w:r>
          </w:p>
        </w:tc>
        <w:tc>
          <w:tcPr>
            <w:tcW w:w="794" w:type="dxa"/>
          </w:tcPr>
          <w:p w:rsidR="002819BA" w:rsidRPr="001B4907" w14:paraId="4D58AD4D" w14:textId="77777777">
            <w:pPr>
              <w:spacing w:after="0"/>
              <w:jc w:val="center"/>
            </w:pPr>
            <w:r w:rsidRPr="001B4907">
              <w:rPr>
                <w:sz w:val="18"/>
              </w:rPr>
              <w:t>12</w:t>
            </w:r>
          </w:p>
        </w:tc>
        <w:tc>
          <w:tcPr>
            <w:tcW w:w="1247" w:type="dxa"/>
          </w:tcPr>
          <w:p w:rsidR="002819BA" w:rsidRPr="001B4907" w14:paraId="5DFD4367" w14:textId="77777777">
            <w:pPr>
              <w:spacing w:after="0"/>
              <w:jc w:val="center"/>
            </w:pPr>
            <w:r w:rsidRPr="001B4907">
              <w:rPr>
                <w:sz w:val="18"/>
              </w:rPr>
              <w:t>03.05.2027.–11.06.2027.</w:t>
            </w:r>
          </w:p>
        </w:tc>
      </w:tr>
      <w:tr w14:paraId="0F6144B1" w14:textId="77777777" w:rsidTr="002957E9">
        <w:tblPrEx>
          <w:tblW w:w="0" w:type="auto"/>
          <w:jc w:val="center"/>
          <w:tblLayout w:type="fixed"/>
          <w:tblLook w:val="04A0"/>
        </w:tblPrEx>
        <w:trPr>
          <w:gridAfter w:val="1"/>
          <w:wAfter w:w="12" w:type="dxa"/>
          <w:jc w:val="center"/>
        </w:trPr>
        <w:tc>
          <w:tcPr>
            <w:tcW w:w="624" w:type="dxa"/>
          </w:tcPr>
          <w:p w:rsidR="002819BA" w:rsidRPr="001B4907" w14:paraId="6EF34290" w14:textId="77777777">
            <w:pPr>
              <w:spacing w:after="0"/>
              <w:jc w:val="center"/>
            </w:pPr>
            <w:r w:rsidRPr="001B4907">
              <w:rPr>
                <w:sz w:val="18"/>
              </w:rPr>
              <w:t>4.17</w:t>
            </w:r>
          </w:p>
        </w:tc>
        <w:tc>
          <w:tcPr>
            <w:tcW w:w="1814" w:type="dxa"/>
          </w:tcPr>
          <w:p w:rsidR="002819BA" w:rsidRPr="001B4907" w14:paraId="054D7D83" w14:textId="77777777">
            <w:pPr>
              <w:spacing w:after="0"/>
            </w:pPr>
            <w:r w:rsidRPr="001B4907">
              <w:rPr>
                <w:sz w:val="18"/>
              </w:rPr>
              <w:t>Pennisetum</w:t>
            </w:r>
          </w:p>
        </w:tc>
        <w:tc>
          <w:tcPr>
            <w:tcW w:w="1814" w:type="dxa"/>
          </w:tcPr>
          <w:p w:rsidR="002819BA" w:rsidRPr="001B4907" w14:paraId="08D4ACFC" w14:textId="77777777">
            <w:pPr>
              <w:spacing w:after="0"/>
            </w:pPr>
            <w:r w:rsidRPr="001B4907">
              <w:rPr>
                <w:sz w:val="18"/>
              </w:rPr>
              <w:t>Vertigo</w:t>
            </w:r>
          </w:p>
        </w:tc>
        <w:tc>
          <w:tcPr>
            <w:tcW w:w="1701" w:type="dxa"/>
          </w:tcPr>
          <w:p w:rsidR="002819BA" w:rsidRPr="001B4907" w14:paraId="61FD0155" w14:textId="77777777">
            <w:pPr>
              <w:spacing w:after="0"/>
            </w:pPr>
            <w:r w:rsidRPr="001B4907">
              <w:rPr>
                <w:sz w:val="18"/>
              </w:rPr>
              <w:t>Sarzāle</w:t>
            </w:r>
          </w:p>
        </w:tc>
        <w:tc>
          <w:tcPr>
            <w:tcW w:w="1134" w:type="dxa"/>
          </w:tcPr>
          <w:p w:rsidR="002819BA" w:rsidRPr="001B4907" w14:paraId="42290627" w14:textId="77777777">
            <w:pPr>
              <w:spacing w:after="0"/>
              <w:jc w:val="center"/>
            </w:pPr>
            <w:r w:rsidRPr="001B4907">
              <w:rPr>
                <w:sz w:val="18"/>
              </w:rPr>
              <w:t>P11/P12/P13</w:t>
            </w:r>
          </w:p>
        </w:tc>
        <w:tc>
          <w:tcPr>
            <w:tcW w:w="710" w:type="dxa"/>
          </w:tcPr>
          <w:p w:rsidR="002819BA" w:rsidRPr="001B4907" w14:paraId="3ADDCBB4" w14:textId="77777777">
            <w:pPr>
              <w:spacing w:after="0"/>
              <w:jc w:val="center"/>
            </w:pPr>
            <w:r w:rsidRPr="001B4907">
              <w:rPr>
                <w:sz w:val="18"/>
              </w:rPr>
              <w:t>gab.</w:t>
            </w:r>
          </w:p>
        </w:tc>
        <w:tc>
          <w:tcPr>
            <w:tcW w:w="794" w:type="dxa"/>
          </w:tcPr>
          <w:p w:rsidR="002819BA" w:rsidRPr="001B4907" w14:paraId="69DC8172" w14:textId="77777777">
            <w:pPr>
              <w:spacing w:after="0"/>
              <w:jc w:val="center"/>
            </w:pPr>
            <w:r w:rsidRPr="001B4907">
              <w:rPr>
                <w:sz w:val="18"/>
              </w:rPr>
              <w:t>9</w:t>
            </w:r>
          </w:p>
        </w:tc>
        <w:tc>
          <w:tcPr>
            <w:tcW w:w="1247" w:type="dxa"/>
          </w:tcPr>
          <w:p w:rsidR="002819BA" w:rsidRPr="001B4907" w14:paraId="4B5ED013" w14:textId="77777777">
            <w:pPr>
              <w:spacing w:after="0"/>
              <w:jc w:val="center"/>
            </w:pPr>
            <w:r w:rsidRPr="001B4907">
              <w:rPr>
                <w:sz w:val="18"/>
              </w:rPr>
              <w:t>03.05.2027.–11.06.2027.</w:t>
            </w:r>
          </w:p>
        </w:tc>
      </w:tr>
      <w:tr w14:paraId="4E4C6F83" w14:textId="77777777" w:rsidTr="002957E9">
        <w:tblPrEx>
          <w:tblW w:w="0" w:type="auto"/>
          <w:jc w:val="center"/>
          <w:tblLayout w:type="fixed"/>
          <w:tblLook w:val="04A0"/>
        </w:tblPrEx>
        <w:trPr>
          <w:gridAfter w:val="1"/>
          <w:wAfter w:w="12" w:type="dxa"/>
          <w:jc w:val="center"/>
        </w:trPr>
        <w:tc>
          <w:tcPr>
            <w:tcW w:w="624" w:type="dxa"/>
          </w:tcPr>
          <w:p w:rsidR="002819BA" w:rsidRPr="001B4907" w14:paraId="21950156" w14:textId="77777777">
            <w:pPr>
              <w:spacing w:after="0"/>
              <w:jc w:val="center"/>
            </w:pPr>
            <w:r w:rsidRPr="001B4907">
              <w:rPr>
                <w:sz w:val="18"/>
              </w:rPr>
              <w:t>4.18</w:t>
            </w:r>
          </w:p>
        </w:tc>
        <w:tc>
          <w:tcPr>
            <w:tcW w:w="1814" w:type="dxa"/>
          </w:tcPr>
          <w:p w:rsidR="002819BA" w:rsidRPr="001B4907" w14:paraId="6C60FB35"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5F921E95" w14:textId="77777777">
            <w:pPr>
              <w:spacing w:after="0"/>
            </w:pPr>
            <w:r w:rsidRPr="001B4907">
              <w:rPr>
                <w:sz w:val="18"/>
              </w:rPr>
              <w:t>'</w:t>
            </w:r>
            <w:r w:rsidRPr="001B4907">
              <w:rPr>
                <w:sz w:val="18"/>
              </w:rPr>
              <w:t>TrioMio</w:t>
            </w:r>
            <w:r w:rsidRPr="001B4907">
              <w:rPr>
                <w:sz w:val="18"/>
              </w:rPr>
              <w:t xml:space="preserve"> Vista Bella Vista'</w:t>
            </w:r>
          </w:p>
        </w:tc>
        <w:tc>
          <w:tcPr>
            <w:tcW w:w="1701" w:type="dxa"/>
          </w:tcPr>
          <w:p w:rsidR="002819BA" w:rsidRPr="001B4907" w14:paraId="03AC1D90" w14:textId="77777777">
            <w:pPr>
              <w:spacing w:after="0"/>
            </w:pPr>
            <w:r w:rsidRPr="001B4907">
              <w:rPr>
                <w:sz w:val="18"/>
              </w:rPr>
              <w:t>Petūnija vista</w:t>
            </w:r>
          </w:p>
        </w:tc>
        <w:tc>
          <w:tcPr>
            <w:tcW w:w="1134" w:type="dxa"/>
          </w:tcPr>
          <w:p w:rsidR="002819BA" w:rsidRPr="001B4907" w14:paraId="7CF6D235" w14:textId="77777777">
            <w:pPr>
              <w:spacing w:after="0"/>
              <w:jc w:val="center"/>
            </w:pPr>
            <w:r w:rsidRPr="001B4907">
              <w:rPr>
                <w:sz w:val="18"/>
              </w:rPr>
              <w:t>P11/P12/P13</w:t>
            </w:r>
          </w:p>
        </w:tc>
        <w:tc>
          <w:tcPr>
            <w:tcW w:w="710" w:type="dxa"/>
          </w:tcPr>
          <w:p w:rsidR="002819BA" w:rsidRPr="001B4907" w14:paraId="23EB4499" w14:textId="77777777">
            <w:pPr>
              <w:spacing w:after="0"/>
              <w:jc w:val="center"/>
            </w:pPr>
            <w:r w:rsidRPr="001B4907">
              <w:rPr>
                <w:sz w:val="18"/>
              </w:rPr>
              <w:t>gab.</w:t>
            </w:r>
          </w:p>
        </w:tc>
        <w:tc>
          <w:tcPr>
            <w:tcW w:w="794" w:type="dxa"/>
          </w:tcPr>
          <w:p w:rsidR="002819BA" w:rsidRPr="001B4907" w14:paraId="13B3797A" w14:textId="77777777">
            <w:pPr>
              <w:spacing w:after="0"/>
              <w:jc w:val="center"/>
            </w:pPr>
            <w:r w:rsidRPr="001B4907">
              <w:rPr>
                <w:sz w:val="18"/>
              </w:rPr>
              <w:t>10</w:t>
            </w:r>
          </w:p>
        </w:tc>
        <w:tc>
          <w:tcPr>
            <w:tcW w:w="1247" w:type="dxa"/>
          </w:tcPr>
          <w:p w:rsidR="002819BA" w:rsidRPr="001B4907" w14:paraId="6747F344" w14:textId="77777777">
            <w:pPr>
              <w:spacing w:after="0"/>
              <w:jc w:val="center"/>
            </w:pPr>
            <w:r w:rsidRPr="001B4907">
              <w:rPr>
                <w:sz w:val="18"/>
              </w:rPr>
              <w:t>03.05.2027.–11.06.2027.</w:t>
            </w:r>
          </w:p>
        </w:tc>
      </w:tr>
      <w:tr w14:paraId="5D752BB6" w14:textId="77777777" w:rsidTr="002957E9">
        <w:tblPrEx>
          <w:tblW w:w="0" w:type="auto"/>
          <w:jc w:val="center"/>
          <w:tblLayout w:type="fixed"/>
          <w:tblLook w:val="04A0"/>
        </w:tblPrEx>
        <w:trPr>
          <w:gridAfter w:val="1"/>
          <w:wAfter w:w="12" w:type="dxa"/>
          <w:jc w:val="center"/>
        </w:trPr>
        <w:tc>
          <w:tcPr>
            <w:tcW w:w="624" w:type="dxa"/>
          </w:tcPr>
          <w:p w:rsidR="002819BA" w:rsidRPr="001B4907" w14:paraId="655EDF70" w14:textId="77777777">
            <w:pPr>
              <w:spacing w:after="0"/>
              <w:jc w:val="center"/>
            </w:pPr>
            <w:r w:rsidRPr="001B4907">
              <w:rPr>
                <w:sz w:val="18"/>
              </w:rPr>
              <w:t>4.19</w:t>
            </w:r>
          </w:p>
        </w:tc>
        <w:tc>
          <w:tcPr>
            <w:tcW w:w="1814" w:type="dxa"/>
          </w:tcPr>
          <w:p w:rsidR="002819BA" w:rsidRPr="001B4907" w14:paraId="03AEA648"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5E2DBC6C" w14:textId="2ED5601E">
            <w:pPr>
              <w:spacing w:after="0"/>
            </w:pPr>
            <w:r w:rsidRPr="001B4907">
              <w:rPr>
                <w:sz w:val="18"/>
              </w:rPr>
              <w:t>Mini Vista-dažād</w:t>
            </w:r>
            <w:r w:rsidRPr="001B4907" w:rsidR="00BE6255">
              <w:rPr>
                <w:sz w:val="18"/>
              </w:rPr>
              <w:t>ās</w:t>
            </w:r>
            <w:r w:rsidRPr="001B4907">
              <w:rPr>
                <w:sz w:val="18"/>
              </w:rPr>
              <w:t xml:space="preserve"> krās</w:t>
            </w:r>
            <w:r w:rsidRPr="001B4907" w:rsidR="00BE6255">
              <w:rPr>
                <w:sz w:val="18"/>
              </w:rPr>
              <w:t>ās</w:t>
            </w:r>
          </w:p>
        </w:tc>
        <w:tc>
          <w:tcPr>
            <w:tcW w:w="1701" w:type="dxa"/>
          </w:tcPr>
          <w:p w:rsidR="002819BA" w:rsidRPr="001B4907" w14:paraId="1BA251C7" w14:textId="3B4B636D">
            <w:pPr>
              <w:spacing w:after="0"/>
            </w:pPr>
            <w:r w:rsidRPr="001B4907">
              <w:rPr>
                <w:sz w:val="18"/>
              </w:rPr>
              <w:t>P</w:t>
            </w:r>
            <w:r w:rsidRPr="001B4907" w:rsidR="000618FA">
              <w:rPr>
                <w:sz w:val="18"/>
              </w:rPr>
              <w:t>etūnija mini vista</w:t>
            </w:r>
          </w:p>
        </w:tc>
        <w:tc>
          <w:tcPr>
            <w:tcW w:w="1134" w:type="dxa"/>
          </w:tcPr>
          <w:p w:rsidR="002819BA" w:rsidRPr="001B4907" w14:paraId="3D281144" w14:textId="77777777">
            <w:pPr>
              <w:spacing w:after="0"/>
              <w:jc w:val="center"/>
            </w:pPr>
            <w:r w:rsidRPr="001B4907">
              <w:rPr>
                <w:sz w:val="18"/>
              </w:rPr>
              <w:t>P11/P12/P13</w:t>
            </w:r>
          </w:p>
        </w:tc>
        <w:tc>
          <w:tcPr>
            <w:tcW w:w="710" w:type="dxa"/>
          </w:tcPr>
          <w:p w:rsidR="002819BA" w:rsidRPr="001B4907" w14:paraId="452B2C9A" w14:textId="77777777">
            <w:pPr>
              <w:spacing w:after="0"/>
              <w:jc w:val="center"/>
            </w:pPr>
            <w:r w:rsidRPr="001B4907">
              <w:rPr>
                <w:sz w:val="18"/>
              </w:rPr>
              <w:t>gab.</w:t>
            </w:r>
          </w:p>
        </w:tc>
        <w:tc>
          <w:tcPr>
            <w:tcW w:w="794" w:type="dxa"/>
          </w:tcPr>
          <w:p w:rsidR="002819BA" w:rsidRPr="001B4907" w14:paraId="245AF40D" w14:textId="77777777">
            <w:pPr>
              <w:spacing w:after="0"/>
              <w:jc w:val="center"/>
            </w:pPr>
            <w:r w:rsidRPr="001B4907">
              <w:rPr>
                <w:sz w:val="18"/>
              </w:rPr>
              <w:t>20</w:t>
            </w:r>
          </w:p>
        </w:tc>
        <w:tc>
          <w:tcPr>
            <w:tcW w:w="1247" w:type="dxa"/>
          </w:tcPr>
          <w:p w:rsidR="002819BA" w:rsidRPr="001B4907" w14:paraId="505163F9" w14:textId="77777777">
            <w:pPr>
              <w:spacing w:after="0"/>
              <w:jc w:val="center"/>
            </w:pPr>
            <w:r w:rsidRPr="001B4907">
              <w:rPr>
                <w:sz w:val="18"/>
              </w:rPr>
              <w:t>03.05.2027.–11.06.2027.</w:t>
            </w:r>
          </w:p>
        </w:tc>
      </w:tr>
      <w:tr w14:paraId="34F26B9B" w14:textId="77777777" w:rsidTr="002957E9">
        <w:tblPrEx>
          <w:tblW w:w="0" w:type="auto"/>
          <w:jc w:val="center"/>
          <w:tblLayout w:type="fixed"/>
          <w:tblLook w:val="04A0"/>
        </w:tblPrEx>
        <w:trPr>
          <w:gridAfter w:val="1"/>
          <w:wAfter w:w="12" w:type="dxa"/>
          <w:jc w:val="center"/>
        </w:trPr>
        <w:tc>
          <w:tcPr>
            <w:tcW w:w="624" w:type="dxa"/>
          </w:tcPr>
          <w:p w:rsidR="002819BA" w:rsidRPr="001B4907" w14:paraId="731AC04D" w14:textId="77777777">
            <w:pPr>
              <w:spacing w:after="0"/>
              <w:jc w:val="center"/>
            </w:pPr>
            <w:r w:rsidRPr="001B4907">
              <w:rPr>
                <w:sz w:val="18"/>
              </w:rPr>
              <w:t>4.20</w:t>
            </w:r>
          </w:p>
        </w:tc>
        <w:tc>
          <w:tcPr>
            <w:tcW w:w="1814" w:type="dxa"/>
          </w:tcPr>
          <w:p w:rsidR="002819BA" w:rsidRPr="001B4907" w14:paraId="64504C59" w14:textId="77777777">
            <w:pPr>
              <w:spacing w:after="0"/>
            </w:pPr>
            <w:r w:rsidRPr="001B4907">
              <w:rPr>
                <w:sz w:val="18"/>
              </w:rPr>
              <w:t>Petunia</w:t>
            </w:r>
            <w:r w:rsidRPr="001B4907">
              <w:rPr>
                <w:sz w:val="18"/>
              </w:rPr>
              <w:t xml:space="preserve"> </w:t>
            </w:r>
            <w:r w:rsidRPr="001B4907">
              <w:rPr>
                <w:sz w:val="18"/>
              </w:rPr>
              <w:t>hybrida</w:t>
            </w:r>
          </w:p>
        </w:tc>
        <w:tc>
          <w:tcPr>
            <w:tcW w:w="1814" w:type="dxa"/>
          </w:tcPr>
          <w:p w:rsidR="002819BA" w:rsidRPr="001B4907" w14:paraId="778DCE44" w14:textId="77777777">
            <w:pPr>
              <w:spacing w:after="0"/>
            </w:pPr>
            <w:r w:rsidRPr="001B4907">
              <w:rPr>
                <w:sz w:val="18"/>
              </w:rPr>
              <w:t>'</w:t>
            </w:r>
            <w:r w:rsidRPr="001B4907">
              <w:rPr>
                <w:sz w:val="18"/>
              </w:rPr>
              <w:t>Ray</w:t>
            </w:r>
            <w:r w:rsidRPr="001B4907">
              <w:rPr>
                <w:sz w:val="18"/>
              </w:rPr>
              <w:t xml:space="preserve"> </w:t>
            </w:r>
            <w:r w:rsidRPr="001B4907">
              <w:rPr>
                <w:sz w:val="18"/>
              </w:rPr>
              <w:t>Sunshine</w:t>
            </w:r>
            <w:r w:rsidRPr="001B4907">
              <w:rPr>
                <w:sz w:val="18"/>
              </w:rPr>
              <w:t xml:space="preserve"> IMRR'</w:t>
            </w:r>
          </w:p>
        </w:tc>
        <w:tc>
          <w:tcPr>
            <w:tcW w:w="1701" w:type="dxa"/>
          </w:tcPr>
          <w:p w:rsidR="002819BA" w:rsidRPr="001B4907" w14:paraId="162F020A" w14:textId="77777777">
            <w:pPr>
              <w:spacing w:after="0"/>
            </w:pPr>
            <w:r w:rsidRPr="001B4907">
              <w:rPr>
                <w:sz w:val="18"/>
              </w:rPr>
              <w:t>Hibrīdā petūnija</w:t>
            </w:r>
          </w:p>
        </w:tc>
        <w:tc>
          <w:tcPr>
            <w:tcW w:w="1134" w:type="dxa"/>
          </w:tcPr>
          <w:p w:rsidR="002819BA" w:rsidRPr="001B4907" w14:paraId="246DEC83" w14:textId="77777777">
            <w:pPr>
              <w:spacing w:after="0"/>
              <w:jc w:val="center"/>
            </w:pPr>
            <w:r w:rsidRPr="001B4907">
              <w:rPr>
                <w:sz w:val="18"/>
              </w:rPr>
              <w:t>P11/P12/P1</w:t>
            </w:r>
            <w:r w:rsidRPr="001B4907">
              <w:rPr>
                <w:sz w:val="18"/>
              </w:rPr>
              <w:t>3</w:t>
            </w:r>
          </w:p>
        </w:tc>
        <w:tc>
          <w:tcPr>
            <w:tcW w:w="710" w:type="dxa"/>
          </w:tcPr>
          <w:p w:rsidR="002819BA" w:rsidRPr="001B4907" w14:paraId="28171DE1" w14:textId="77777777">
            <w:pPr>
              <w:spacing w:after="0"/>
              <w:jc w:val="center"/>
            </w:pPr>
            <w:r w:rsidRPr="001B4907">
              <w:rPr>
                <w:sz w:val="18"/>
              </w:rPr>
              <w:t>gab.</w:t>
            </w:r>
          </w:p>
        </w:tc>
        <w:tc>
          <w:tcPr>
            <w:tcW w:w="794" w:type="dxa"/>
          </w:tcPr>
          <w:p w:rsidR="002819BA" w:rsidRPr="001B4907" w14:paraId="19E214BC" w14:textId="77777777">
            <w:pPr>
              <w:spacing w:after="0"/>
              <w:jc w:val="center"/>
            </w:pPr>
            <w:r w:rsidRPr="001B4907">
              <w:rPr>
                <w:sz w:val="18"/>
              </w:rPr>
              <w:t>10</w:t>
            </w:r>
          </w:p>
        </w:tc>
        <w:tc>
          <w:tcPr>
            <w:tcW w:w="1247" w:type="dxa"/>
          </w:tcPr>
          <w:p w:rsidR="002819BA" w:rsidRPr="001B4907" w14:paraId="11423B87" w14:textId="77777777">
            <w:pPr>
              <w:spacing w:after="0"/>
              <w:jc w:val="center"/>
            </w:pPr>
            <w:r w:rsidRPr="001B4907">
              <w:rPr>
                <w:sz w:val="18"/>
              </w:rPr>
              <w:t>03.05.2027.–</w:t>
            </w:r>
            <w:r w:rsidRPr="001B4907">
              <w:rPr>
                <w:sz w:val="18"/>
              </w:rPr>
              <w:t>11.06.2027.</w:t>
            </w:r>
          </w:p>
        </w:tc>
      </w:tr>
      <w:tr w14:paraId="117EF75E" w14:textId="77777777" w:rsidTr="002957E9">
        <w:tblPrEx>
          <w:tblW w:w="0" w:type="auto"/>
          <w:jc w:val="center"/>
          <w:tblLayout w:type="fixed"/>
          <w:tblLook w:val="04A0"/>
        </w:tblPrEx>
        <w:trPr>
          <w:gridAfter w:val="1"/>
          <w:wAfter w:w="12" w:type="dxa"/>
          <w:jc w:val="center"/>
        </w:trPr>
        <w:tc>
          <w:tcPr>
            <w:tcW w:w="624" w:type="dxa"/>
          </w:tcPr>
          <w:p w:rsidR="002819BA" w:rsidRPr="001B4907" w14:paraId="5316F0AD" w14:textId="77777777">
            <w:pPr>
              <w:spacing w:after="0"/>
              <w:jc w:val="center"/>
            </w:pPr>
            <w:r w:rsidRPr="001B4907">
              <w:rPr>
                <w:sz w:val="18"/>
              </w:rPr>
              <w:t>4.21</w:t>
            </w:r>
          </w:p>
        </w:tc>
        <w:tc>
          <w:tcPr>
            <w:tcW w:w="1814" w:type="dxa"/>
          </w:tcPr>
          <w:p w:rsidR="002819BA" w:rsidRPr="001B4907" w14:paraId="321BEEBF" w14:textId="77777777">
            <w:pPr>
              <w:spacing w:after="0"/>
            </w:pPr>
            <w:r w:rsidRPr="001B4907">
              <w:rPr>
                <w:sz w:val="18"/>
              </w:rPr>
              <w:t>Petunia</w:t>
            </w:r>
            <w:r w:rsidRPr="001B4907">
              <w:rPr>
                <w:sz w:val="18"/>
              </w:rPr>
              <w:t xml:space="preserve"> </w:t>
            </w:r>
            <w:r w:rsidRPr="001B4907">
              <w:rPr>
                <w:sz w:val="18"/>
              </w:rPr>
              <w:t>hybrida</w:t>
            </w:r>
            <w:r w:rsidRPr="001B4907">
              <w:rPr>
                <w:sz w:val="18"/>
              </w:rPr>
              <w:t xml:space="preserve"> </w:t>
            </w:r>
            <w:r w:rsidRPr="001B4907">
              <w:rPr>
                <w:sz w:val="18"/>
              </w:rPr>
              <w:t>pendula</w:t>
            </w:r>
          </w:p>
        </w:tc>
        <w:tc>
          <w:tcPr>
            <w:tcW w:w="1814" w:type="dxa"/>
          </w:tcPr>
          <w:p w:rsidR="002819BA" w:rsidRPr="001B4907" w14:paraId="74A2DD51" w14:textId="77777777">
            <w:pPr>
              <w:spacing w:after="0"/>
            </w:pPr>
            <w:r w:rsidRPr="001B4907">
              <w:rPr>
                <w:sz w:val="18"/>
              </w:rPr>
              <w:t>Nokarenās (krāsainas)</w:t>
            </w:r>
          </w:p>
        </w:tc>
        <w:tc>
          <w:tcPr>
            <w:tcW w:w="1701" w:type="dxa"/>
          </w:tcPr>
          <w:p w:rsidR="002819BA" w:rsidRPr="001B4907" w14:paraId="271154A7" w14:textId="77777777">
            <w:pPr>
              <w:spacing w:after="0"/>
            </w:pPr>
            <w:r w:rsidRPr="001B4907">
              <w:rPr>
                <w:sz w:val="18"/>
              </w:rPr>
              <w:t>Petūnijas</w:t>
            </w:r>
          </w:p>
        </w:tc>
        <w:tc>
          <w:tcPr>
            <w:tcW w:w="1134" w:type="dxa"/>
          </w:tcPr>
          <w:p w:rsidR="002819BA" w:rsidRPr="001B4907" w14:paraId="5EE9579E" w14:textId="77777777">
            <w:pPr>
              <w:spacing w:after="0"/>
              <w:jc w:val="center"/>
            </w:pPr>
            <w:r w:rsidRPr="001B4907">
              <w:rPr>
                <w:sz w:val="18"/>
              </w:rPr>
              <w:t>P11/P12/P13</w:t>
            </w:r>
          </w:p>
        </w:tc>
        <w:tc>
          <w:tcPr>
            <w:tcW w:w="710" w:type="dxa"/>
          </w:tcPr>
          <w:p w:rsidR="002819BA" w:rsidRPr="001B4907" w14:paraId="38D33725" w14:textId="77777777">
            <w:pPr>
              <w:spacing w:after="0"/>
              <w:jc w:val="center"/>
            </w:pPr>
            <w:r w:rsidRPr="001B4907">
              <w:rPr>
                <w:sz w:val="18"/>
              </w:rPr>
              <w:t>gab.</w:t>
            </w:r>
          </w:p>
        </w:tc>
        <w:tc>
          <w:tcPr>
            <w:tcW w:w="794" w:type="dxa"/>
          </w:tcPr>
          <w:p w:rsidR="002819BA" w:rsidRPr="001B4907" w14:paraId="19F74BC1" w14:textId="77777777">
            <w:pPr>
              <w:spacing w:after="0"/>
              <w:jc w:val="center"/>
            </w:pPr>
            <w:r w:rsidRPr="001B4907">
              <w:rPr>
                <w:sz w:val="18"/>
              </w:rPr>
              <w:t>28</w:t>
            </w:r>
          </w:p>
        </w:tc>
        <w:tc>
          <w:tcPr>
            <w:tcW w:w="1247" w:type="dxa"/>
          </w:tcPr>
          <w:p w:rsidR="002819BA" w:rsidRPr="001B4907" w14:paraId="3F21DF44" w14:textId="77777777">
            <w:pPr>
              <w:spacing w:after="0"/>
              <w:jc w:val="center"/>
            </w:pPr>
            <w:r w:rsidRPr="001B4907">
              <w:rPr>
                <w:sz w:val="18"/>
              </w:rPr>
              <w:t>03.05.2027.–11.06.2027.</w:t>
            </w:r>
          </w:p>
        </w:tc>
      </w:tr>
      <w:tr w14:paraId="63470CD3" w14:textId="77777777" w:rsidTr="002957E9">
        <w:tblPrEx>
          <w:tblW w:w="0" w:type="auto"/>
          <w:jc w:val="center"/>
          <w:tblLayout w:type="fixed"/>
          <w:tblLook w:val="04A0"/>
        </w:tblPrEx>
        <w:trPr>
          <w:gridAfter w:val="1"/>
          <w:wAfter w:w="12" w:type="dxa"/>
          <w:jc w:val="center"/>
        </w:trPr>
        <w:tc>
          <w:tcPr>
            <w:tcW w:w="624" w:type="dxa"/>
          </w:tcPr>
          <w:p w:rsidR="002819BA" w:rsidRPr="001B4907" w14:paraId="4EE48573" w14:textId="77777777">
            <w:pPr>
              <w:spacing w:after="0"/>
              <w:jc w:val="center"/>
            </w:pPr>
            <w:r w:rsidRPr="001B4907">
              <w:rPr>
                <w:sz w:val="18"/>
              </w:rPr>
              <w:t>4.22</w:t>
            </w:r>
          </w:p>
        </w:tc>
        <w:tc>
          <w:tcPr>
            <w:tcW w:w="1814" w:type="dxa"/>
          </w:tcPr>
          <w:p w:rsidR="002819BA" w:rsidRPr="001B4907" w14:paraId="2FE05E60" w14:textId="77777777">
            <w:pPr>
              <w:spacing w:after="0"/>
            </w:pPr>
            <w:r w:rsidRPr="001B4907">
              <w:rPr>
                <w:sz w:val="18"/>
              </w:rPr>
              <w:t>Salvia</w:t>
            </w:r>
            <w:r w:rsidRPr="001B4907">
              <w:rPr>
                <w:sz w:val="18"/>
              </w:rPr>
              <w:t xml:space="preserve"> </w:t>
            </w:r>
            <w:r w:rsidRPr="001B4907">
              <w:rPr>
                <w:sz w:val="18"/>
              </w:rPr>
              <w:t>splendens</w:t>
            </w:r>
          </w:p>
        </w:tc>
        <w:tc>
          <w:tcPr>
            <w:tcW w:w="1814" w:type="dxa"/>
          </w:tcPr>
          <w:p w:rsidR="002819BA" w:rsidRPr="001B4907" w14:paraId="4D915B4C" w14:textId="77777777">
            <w:pPr>
              <w:spacing w:after="0"/>
            </w:pPr>
            <w:r w:rsidRPr="001B4907">
              <w:rPr>
                <w:sz w:val="18"/>
              </w:rPr>
              <w:t>Vista Red</w:t>
            </w:r>
          </w:p>
        </w:tc>
        <w:tc>
          <w:tcPr>
            <w:tcW w:w="1701" w:type="dxa"/>
          </w:tcPr>
          <w:p w:rsidR="002819BA" w:rsidRPr="001B4907" w14:paraId="5C6844F4" w14:textId="77777777">
            <w:pPr>
              <w:spacing w:after="0"/>
            </w:pPr>
            <w:r w:rsidRPr="001B4907">
              <w:rPr>
                <w:sz w:val="18"/>
              </w:rPr>
              <w:t>Spilgtā salvija</w:t>
            </w:r>
          </w:p>
        </w:tc>
        <w:tc>
          <w:tcPr>
            <w:tcW w:w="1134" w:type="dxa"/>
          </w:tcPr>
          <w:p w:rsidR="002819BA" w:rsidRPr="001B4907" w14:paraId="272A3662" w14:textId="77777777">
            <w:pPr>
              <w:spacing w:after="0"/>
              <w:jc w:val="center"/>
            </w:pPr>
            <w:r w:rsidRPr="001B4907">
              <w:rPr>
                <w:sz w:val="18"/>
              </w:rPr>
              <w:t>P11/P12/P13</w:t>
            </w:r>
          </w:p>
        </w:tc>
        <w:tc>
          <w:tcPr>
            <w:tcW w:w="710" w:type="dxa"/>
          </w:tcPr>
          <w:p w:rsidR="002819BA" w:rsidRPr="001B4907" w14:paraId="19751D1A" w14:textId="77777777">
            <w:pPr>
              <w:spacing w:after="0"/>
              <w:jc w:val="center"/>
            </w:pPr>
            <w:r w:rsidRPr="001B4907">
              <w:rPr>
                <w:sz w:val="18"/>
              </w:rPr>
              <w:t>gab.</w:t>
            </w:r>
          </w:p>
        </w:tc>
        <w:tc>
          <w:tcPr>
            <w:tcW w:w="794" w:type="dxa"/>
          </w:tcPr>
          <w:p w:rsidR="002819BA" w:rsidRPr="001B4907" w14:paraId="3CEA3D92" w14:textId="77777777">
            <w:pPr>
              <w:spacing w:after="0"/>
              <w:jc w:val="center"/>
            </w:pPr>
            <w:r w:rsidRPr="001B4907">
              <w:rPr>
                <w:sz w:val="18"/>
              </w:rPr>
              <w:t>25</w:t>
            </w:r>
          </w:p>
        </w:tc>
        <w:tc>
          <w:tcPr>
            <w:tcW w:w="1247" w:type="dxa"/>
          </w:tcPr>
          <w:p w:rsidR="002819BA" w:rsidRPr="001B4907" w14:paraId="0148DCB0" w14:textId="77777777">
            <w:pPr>
              <w:spacing w:after="0"/>
              <w:jc w:val="center"/>
            </w:pPr>
            <w:r w:rsidRPr="001B4907">
              <w:rPr>
                <w:sz w:val="18"/>
              </w:rPr>
              <w:t>03.05.2027.–11.06.2027.</w:t>
            </w:r>
          </w:p>
        </w:tc>
      </w:tr>
      <w:tr w14:paraId="618C4DC4" w14:textId="77777777" w:rsidTr="002957E9">
        <w:tblPrEx>
          <w:tblW w:w="0" w:type="auto"/>
          <w:jc w:val="center"/>
          <w:tblLayout w:type="fixed"/>
          <w:tblLook w:val="04A0"/>
        </w:tblPrEx>
        <w:trPr>
          <w:gridAfter w:val="1"/>
          <w:wAfter w:w="12" w:type="dxa"/>
          <w:jc w:val="center"/>
        </w:trPr>
        <w:tc>
          <w:tcPr>
            <w:tcW w:w="624" w:type="dxa"/>
          </w:tcPr>
          <w:p w:rsidR="002819BA" w:rsidRPr="001B4907" w14:paraId="37C3E008" w14:textId="77777777">
            <w:pPr>
              <w:spacing w:after="0"/>
              <w:jc w:val="center"/>
            </w:pPr>
            <w:r w:rsidRPr="001B4907">
              <w:rPr>
                <w:sz w:val="18"/>
              </w:rPr>
              <w:t>4.23</w:t>
            </w:r>
          </w:p>
        </w:tc>
        <w:tc>
          <w:tcPr>
            <w:tcW w:w="1814" w:type="dxa"/>
          </w:tcPr>
          <w:p w:rsidR="002819BA" w:rsidRPr="001B4907" w14:paraId="70766EFE" w14:textId="77777777">
            <w:pPr>
              <w:spacing w:after="0"/>
            </w:pPr>
            <w:r w:rsidRPr="001B4907">
              <w:rPr>
                <w:sz w:val="18"/>
              </w:rPr>
              <w:t>Sedum</w:t>
            </w:r>
            <w:r w:rsidRPr="001B4907">
              <w:rPr>
                <w:sz w:val="18"/>
              </w:rPr>
              <w:t xml:space="preserve"> </w:t>
            </w:r>
            <w:r w:rsidRPr="001B4907">
              <w:rPr>
                <w:sz w:val="18"/>
              </w:rPr>
              <w:t>mexicanum</w:t>
            </w:r>
          </w:p>
        </w:tc>
        <w:tc>
          <w:tcPr>
            <w:tcW w:w="1814" w:type="dxa"/>
          </w:tcPr>
          <w:p w:rsidR="002819BA" w:rsidRPr="001B4907" w14:paraId="0A8CE92F" w14:textId="77777777">
            <w:pPr>
              <w:spacing w:after="0"/>
            </w:pPr>
            <w:r w:rsidRPr="001B4907">
              <w:rPr>
                <w:sz w:val="18"/>
              </w:rPr>
              <w:t>Lemon</w:t>
            </w:r>
            <w:r w:rsidRPr="001B4907">
              <w:rPr>
                <w:sz w:val="18"/>
              </w:rPr>
              <w:t xml:space="preserve"> </w:t>
            </w:r>
            <w:r w:rsidRPr="001B4907">
              <w:rPr>
                <w:sz w:val="18"/>
              </w:rPr>
              <w:t>Coral</w:t>
            </w:r>
          </w:p>
        </w:tc>
        <w:tc>
          <w:tcPr>
            <w:tcW w:w="1701" w:type="dxa"/>
          </w:tcPr>
          <w:p w:rsidR="002819BA" w:rsidRPr="001B4907" w14:paraId="5ADA5A8F" w14:textId="77777777">
            <w:pPr>
              <w:spacing w:after="0"/>
            </w:pPr>
            <w:r w:rsidRPr="001B4907">
              <w:rPr>
                <w:sz w:val="18"/>
              </w:rPr>
              <w:t>Sedums</w:t>
            </w:r>
          </w:p>
        </w:tc>
        <w:tc>
          <w:tcPr>
            <w:tcW w:w="1134" w:type="dxa"/>
          </w:tcPr>
          <w:p w:rsidR="002819BA" w:rsidRPr="001B4907" w14:paraId="05D0F96B" w14:textId="77777777">
            <w:pPr>
              <w:spacing w:after="0"/>
              <w:jc w:val="center"/>
            </w:pPr>
            <w:r w:rsidRPr="001B4907">
              <w:rPr>
                <w:sz w:val="18"/>
              </w:rPr>
              <w:t>P11/P12/P13</w:t>
            </w:r>
          </w:p>
        </w:tc>
        <w:tc>
          <w:tcPr>
            <w:tcW w:w="710" w:type="dxa"/>
          </w:tcPr>
          <w:p w:rsidR="002819BA" w:rsidRPr="001B4907" w14:paraId="3CFD2CB4" w14:textId="77777777">
            <w:pPr>
              <w:spacing w:after="0"/>
              <w:jc w:val="center"/>
            </w:pPr>
            <w:r w:rsidRPr="001B4907">
              <w:rPr>
                <w:sz w:val="18"/>
              </w:rPr>
              <w:t>gab.</w:t>
            </w:r>
          </w:p>
        </w:tc>
        <w:tc>
          <w:tcPr>
            <w:tcW w:w="794" w:type="dxa"/>
          </w:tcPr>
          <w:p w:rsidR="002819BA" w:rsidRPr="001B4907" w14:paraId="57A8BD05" w14:textId="77777777">
            <w:pPr>
              <w:spacing w:after="0"/>
              <w:jc w:val="center"/>
            </w:pPr>
            <w:r w:rsidRPr="001B4907">
              <w:rPr>
                <w:sz w:val="18"/>
              </w:rPr>
              <w:t>55</w:t>
            </w:r>
          </w:p>
        </w:tc>
        <w:tc>
          <w:tcPr>
            <w:tcW w:w="1247" w:type="dxa"/>
          </w:tcPr>
          <w:p w:rsidR="002819BA" w:rsidRPr="001B4907" w14:paraId="7F685B87" w14:textId="77777777">
            <w:pPr>
              <w:spacing w:after="0"/>
              <w:jc w:val="center"/>
            </w:pPr>
            <w:r w:rsidRPr="001B4907">
              <w:rPr>
                <w:sz w:val="18"/>
              </w:rPr>
              <w:t>03.05.2027.–11.06.2027.</w:t>
            </w:r>
          </w:p>
        </w:tc>
      </w:tr>
      <w:tr w14:paraId="4A768F87" w14:textId="77777777" w:rsidTr="002957E9">
        <w:tblPrEx>
          <w:tblW w:w="0" w:type="auto"/>
          <w:jc w:val="center"/>
          <w:tblLayout w:type="fixed"/>
          <w:tblLook w:val="04A0"/>
        </w:tblPrEx>
        <w:trPr>
          <w:gridAfter w:val="1"/>
          <w:wAfter w:w="12" w:type="dxa"/>
          <w:jc w:val="center"/>
        </w:trPr>
        <w:tc>
          <w:tcPr>
            <w:tcW w:w="624" w:type="dxa"/>
          </w:tcPr>
          <w:p w:rsidR="002819BA" w:rsidRPr="001B4907" w14:paraId="5E903EA1" w14:textId="77777777">
            <w:pPr>
              <w:spacing w:after="0"/>
              <w:jc w:val="center"/>
            </w:pPr>
            <w:r w:rsidRPr="001B4907">
              <w:rPr>
                <w:sz w:val="18"/>
              </w:rPr>
              <w:t>4.24</w:t>
            </w:r>
          </w:p>
        </w:tc>
        <w:tc>
          <w:tcPr>
            <w:tcW w:w="1814" w:type="dxa"/>
          </w:tcPr>
          <w:p w:rsidR="002819BA" w:rsidRPr="001B4907" w14:paraId="5EBF8BF1" w14:textId="77777777">
            <w:pPr>
              <w:spacing w:after="0"/>
            </w:pPr>
            <w:r w:rsidRPr="001B4907">
              <w:rPr>
                <w:sz w:val="18"/>
              </w:rPr>
              <w:t>Senecio</w:t>
            </w:r>
            <w:r w:rsidRPr="001B4907">
              <w:rPr>
                <w:sz w:val="18"/>
              </w:rPr>
              <w:t xml:space="preserve"> </w:t>
            </w:r>
            <w:r w:rsidRPr="001B4907">
              <w:rPr>
                <w:sz w:val="18"/>
              </w:rPr>
              <w:t>cineraria</w:t>
            </w:r>
          </w:p>
        </w:tc>
        <w:tc>
          <w:tcPr>
            <w:tcW w:w="1814" w:type="dxa"/>
          </w:tcPr>
          <w:p w:rsidR="002819BA" w:rsidRPr="001B4907" w14:paraId="75687424" w14:textId="77777777">
            <w:pPr>
              <w:spacing w:after="0"/>
            </w:pPr>
            <w:r w:rsidRPr="001B4907">
              <w:rPr>
                <w:sz w:val="18"/>
              </w:rPr>
              <w:t>Mrozy</w:t>
            </w:r>
          </w:p>
        </w:tc>
        <w:tc>
          <w:tcPr>
            <w:tcW w:w="1701" w:type="dxa"/>
          </w:tcPr>
          <w:p w:rsidR="002819BA" w:rsidRPr="001B4907" w14:paraId="433C6FE1" w14:textId="7DAD76F5">
            <w:pPr>
              <w:spacing w:after="0"/>
            </w:pPr>
            <w:r w:rsidRPr="001B4907">
              <w:rPr>
                <w:sz w:val="18"/>
              </w:rPr>
              <w:t>Sudrablapu</w:t>
            </w:r>
            <w:r w:rsidRPr="001B4907">
              <w:rPr>
                <w:sz w:val="18"/>
              </w:rPr>
              <w:t xml:space="preserve"> </w:t>
            </w:r>
            <w:r w:rsidRPr="001B4907">
              <w:rPr>
                <w:sz w:val="18"/>
              </w:rPr>
              <w:t>c</w:t>
            </w:r>
            <w:r w:rsidRPr="001B4907" w:rsidR="000618FA">
              <w:rPr>
                <w:sz w:val="18"/>
              </w:rPr>
              <w:t>inerānijas</w:t>
            </w:r>
            <w:r w:rsidRPr="001B4907" w:rsidR="000618FA">
              <w:rPr>
                <w:sz w:val="18"/>
              </w:rPr>
              <w:t xml:space="preserve"> </w:t>
            </w:r>
          </w:p>
        </w:tc>
        <w:tc>
          <w:tcPr>
            <w:tcW w:w="1134" w:type="dxa"/>
          </w:tcPr>
          <w:p w:rsidR="002819BA" w:rsidRPr="001B4907" w14:paraId="009CECAC" w14:textId="77777777">
            <w:pPr>
              <w:spacing w:after="0"/>
              <w:jc w:val="center"/>
            </w:pPr>
            <w:r w:rsidRPr="001B4907">
              <w:rPr>
                <w:sz w:val="18"/>
              </w:rPr>
              <w:t>P11/P12/P13</w:t>
            </w:r>
          </w:p>
        </w:tc>
        <w:tc>
          <w:tcPr>
            <w:tcW w:w="710" w:type="dxa"/>
          </w:tcPr>
          <w:p w:rsidR="002819BA" w:rsidRPr="001B4907" w14:paraId="1F304579" w14:textId="77777777">
            <w:pPr>
              <w:spacing w:after="0"/>
              <w:jc w:val="center"/>
            </w:pPr>
            <w:r w:rsidRPr="001B4907">
              <w:rPr>
                <w:sz w:val="18"/>
              </w:rPr>
              <w:t>gab.</w:t>
            </w:r>
          </w:p>
        </w:tc>
        <w:tc>
          <w:tcPr>
            <w:tcW w:w="794" w:type="dxa"/>
          </w:tcPr>
          <w:p w:rsidR="002819BA" w:rsidRPr="001B4907" w14:paraId="19E5F546" w14:textId="77777777">
            <w:pPr>
              <w:spacing w:after="0"/>
              <w:jc w:val="center"/>
            </w:pPr>
            <w:r w:rsidRPr="001B4907">
              <w:rPr>
                <w:sz w:val="18"/>
              </w:rPr>
              <w:t>25</w:t>
            </w:r>
          </w:p>
        </w:tc>
        <w:tc>
          <w:tcPr>
            <w:tcW w:w="1247" w:type="dxa"/>
          </w:tcPr>
          <w:p w:rsidR="002819BA" w:rsidRPr="001B4907" w14:paraId="25FF33E5" w14:textId="77777777">
            <w:pPr>
              <w:spacing w:after="0"/>
              <w:jc w:val="center"/>
            </w:pPr>
            <w:r w:rsidRPr="001B4907">
              <w:rPr>
                <w:sz w:val="18"/>
              </w:rPr>
              <w:t>03.05.2027.–11.06.2027.</w:t>
            </w:r>
          </w:p>
        </w:tc>
      </w:tr>
      <w:tr w14:paraId="5EF889EE" w14:textId="77777777" w:rsidTr="002957E9">
        <w:tblPrEx>
          <w:tblW w:w="0" w:type="auto"/>
          <w:jc w:val="center"/>
          <w:tblLayout w:type="fixed"/>
          <w:tblLook w:val="04A0"/>
        </w:tblPrEx>
        <w:trPr>
          <w:gridAfter w:val="1"/>
          <w:wAfter w:w="12" w:type="dxa"/>
          <w:jc w:val="center"/>
        </w:trPr>
        <w:tc>
          <w:tcPr>
            <w:tcW w:w="624" w:type="dxa"/>
          </w:tcPr>
          <w:p w:rsidR="002819BA" w:rsidRPr="001B4907" w14:paraId="416CFA22" w14:textId="77777777">
            <w:pPr>
              <w:spacing w:after="0"/>
              <w:jc w:val="center"/>
            </w:pPr>
            <w:r w:rsidRPr="001B4907">
              <w:rPr>
                <w:sz w:val="18"/>
              </w:rPr>
              <w:t>4.25</w:t>
            </w:r>
          </w:p>
        </w:tc>
        <w:tc>
          <w:tcPr>
            <w:tcW w:w="1814" w:type="dxa"/>
          </w:tcPr>
          <w:p w:rsidR="002819BA" w:rsidRPr="001B4907" w14:paraId="0CC4C278" w14:textId="77777777">
            <w:pPr>
              <w:spacing w:after="0"/>
            </w:pPr>
            <w:r w:rsidRPr="001B4907">
              <w:rPr>
                <w:sz w:val="18"/>
              </w:rPr>
              <w:t>Thunbergia</w:t>
            </w:r>
            <w:r w:rsidRPr="001B4907">
              <w:rPr>
                <w:sz w:val="18"/>
              </w:rPr>
              <w:t xml:space="preserve"> alata</w:t>
            </w:r>
          </w:p>
        </w:tc>
        <w:tc>
          <w:tcPr>
            <w:tcW w:w="1814" w:type="dxa"/>
          </w:tcPr>
          <w:p w:rsidR="002819BA" w:rsidRPr="001B4907" w14:paraId="73654072" w14:textId="1FF91C90">
            <w:pPr>
              <w:spacing w:after="0"/>
            </w:pPr>
            <w:r w:rsidRPr="001B4907">
              <w:rPr>
                <w:sz w:val="18"/>
              </w:rPr>
              <w:t>Mix</w:t>
            </w:r>
          </w:p>
        </w:tc>
        <w:tc>
          <w:tcPr>
            <w:tcW w:w="1701" w:type="dxa"/>
          </w:tcPr>
          <w:p w:rsidR="002819BA" w:rsidRPr="001B4907" w14:paraId="0E6640DD" w14:textId="77777777">
            <w:pPr>
              <w:spacing w:after="0"/>
            </w:pPr>
            <w:r w:rsidRPr="001B4907">
              <w:rPr>
                <w:sz w:val="18"/>
              </w:rPr>
              <w:t>Tumbergija</w:t>
            </w:r>
            <w:r w:rsidRPr="001B4907">
              <w:rPr>
                <w:sz w:val="18"/>
              </w:rPr>
              <w:t xml:space="preserve"> (baltas)</w:t>
            </w:r>
          </w:p>
        </w:tc>
        <w:tc>
          <w:tcPr>
            <w:tcW w:w="1134" w:type="dxa"/>
          </w:tcPr>
          <w:p w:rsidR="002819BA" w:rsidRPr="001B4907" w14:paraId="03D3240C" w14:textId="77777777">
            <w:pPr>
              <w:spacing w:after="0"/>
              <w:jc w:val="center"/>
            </w:pPr>
            <w:r w:rsidRPr="001B4907">
              <w:rPr>
                <w:sz w:val="18"/>
              </w:rPr>
              <w:t>P11/P12/P13</w:t>
            </w:r>
          </w:p>
        </w:tc>
        <w:tc>
          <w:tcPr>
            <w:tcW w:w="710" w:type="dxa"/>
          </w:tcPr>
          <w:p w:rsidR="002819BA" w:rsidRPr="001B4907" w14:paraId="561A97F5" w14:textId="77777777">
            <w:pPr>
              <w:spacing w:after="0"/>
              <w:jc w:val="center"/>
            </w:pPr>
            <w:r w:rsidRPr="001B4907">
              <w:rPr>
                <w:sz w:val="18"/>
              </w:rPr>
              <w:t>gab.</w:t>
            </w:r>
          </w:p>
        </w:tc>
        <w:tc>
          <w:tcPr>
            <w:tcW w:w="794" w:type="dxa"/>
          </w:tcPr>
          <w:p w:rsidR="002819BA" w:rsidRPr="001B4907" w14:paraId="5544634D" w14:textId="77777777">
            <w:pPr>
              <w:spacing w:after="0"/>
              <w:jc w:val="center"/>
            </w:pPr>
            <w:r w:rsidRPr="001B4907">
              <w:rPr>
                <w:sz w:val="18"/>
              </w:rPr>
              <w:t>8</w:t>
            </w:r>
          </w:p>
        </w:tc>
        <w:tc>
          <w:tcPr>
            <w:tcW w:w="1247" w:type="dxa"/>
          </w:tcPr>
          <w:p w:rsidR="002819BA" w:rsidRPr="001B4907" w14:paraId="3BA25DE2" w14:textId="77777777">
            <w:pPr>
              <w:spacing w:after="0"/>
              <w:jc w:val="center"/>
            </w:pPr>
            <w:r w:rsidRPr="001B4907">
              <w:rPr>
                <w:sz w:val="18"/>
              </w:rPr>
              <w:t>03.05.2027.–11.06.2027.</w:t>
            </w:r>
          </w:p>
        </w:tc>
      </w:tr>
      <w:tr w14:paraId="0CD5CFED" w14:textId="77777777" w:rsidTr="002957E9">
        <w:tblPrEx>
          <w:tblW w:w="0" w:type="auto"/>
          <w:jc w:val="center"/>
          <w:tblLayout w:type="fixed"/>
          <w:tblLook w:val="04A0"/>
        </w:tblPrEx>
        <w:trPr>
          <w:gridAfter w:val="1"/>
          <w:wAfter w:w="12" w:type="dxa"/>
          <w:jc w:val="center"/>
        </w:trPr>
        <w:tc>
          <w:tcPr>
            <w:tcW w:w="624" w:type="dxa"/>
          </w:tcPr>
          <w:p w:rsidR="002819BA" w:rsidRPr="001B4907" w14:paraId="7FD05FB3" w14:textId="77777777">
            <w:pPr>
              <w:spacing w:after="0"/>
              <w:jc w:val="center"/>
            </w:pPr>
            <w:r w:rsidRPr="001B4907">
              <w:rPr>
                <w:sz w:val="18"/>
              </w:rPr>
              <w:t>4.26</w:t>
            </w:r>
          </w:p>
        </w:tc>
        <w:tc>
          <w:tcPr>
            <w:tcW w:w="1814" w:type="dxa"/>
          </w:tcPr>
          <w:p w:rsidR="002819BA" w:rsidRPr="001B4907" w14:paraId="77F459F9" w14:textId="431D3DC4">
            <w:pPr>
              <w:spacing w:after="0"/>
            </w:pPr>
            <w:r w:rsidRPr="001B4907">
              <w:rPr>
                <w:sz w:val="18"/>
              </w:rPr>
              <w:t xml:space="preserve">Verbena </w:t>
            </w:r>
            <w:r w:rsidRPr="001B4907" w:rsidR="00FD7A4D">
              <w:rPr>
                <w:sz w:val="18"/>
              </w:rPr>
              <w:t>b</w:t>
            </w:r>
            <w:r w:rsidRPr="001B4907">
              <w:rPr>
                <w:sz w:val="18"/>
              </w:rPr>
              <w:t>onariensis</w:t>
            </w:r>
          </w:p>
        </w:tc>
        <w:tc>
          <w:tcPr>
            <w:tcW w:w="1814" w:type="dxa"/>
          </w:tcPr>
          <w:p w:rsidR="002819BA" w:rsidRPr="001B4907" w14:paraId="742CA0B6" w14:textId="77777777">
            <w:pPr>
              <w:spacing w:after="0"/>
            </w:pPr>
            <w:r w:rsidRPr="001B4907">
              <w:rPr>
                <w:sz w:val="18"/>
              </w:rPr>
              <w:t>Finesse</w:t>
            </w:r>
          </w:p>
        </w:tc>
        <w:tc>
          <w:tcPr>
            <w:tcW w:w="1701" w:type="dxa"/>
          </w:tcPr>
          <w:p w:rsidR="002819BA" w:rsidRPr="001B4907" w14:paraId="6F1E5EAD" w14:textId="77777777">
            <w:pPr>
              <w:spacing w:after="0"/>
            </w:pPr>
            <w:r w:rsidRPr="001B4907">
              <w:rPr>
                <w:sz w:val="18"/>
              </w:rPr>
              <w:t>Dienvidamerikas verbena</w:t>
            </w:r>
          </w:p>
        </w:tc>
        <w:tc>
          <w:tcPr>
            <w:tcW w:w="1134" w:type="dxa"/>
          </w:tcPr>
          <w:p w:rsidR="002819BA" w:rsidRPr="001B4907" w14:paraId="7B22F6B9" w14:textId="77777777">
            <w:pPr>
              <w:spacing w:after="0"/>
              <w:jc w:val="center"/>
            </w:pPr>
            <w:r w:rsidRPr="001B4907">
              <w:rPr>
                <w:sz w:val="18"/>
              </w:rPr>
              <w:t>P11/P12/P13</w:t>
            </w:r>
          </w:p>
        </w:tc>
        <w:tc>
          <w:tcPr>
            <w:tcW w:w="710" w:type="dxa"/>
          </w:tcPr>
          <w:p w:rsidR="002819BA" w:rsidRPr="001B4907" w14:paraId="07601C5C" w14:textId="77777777">
            <w:pPr>
              <w:spacing w:after="0"/>
              <w:jc w:val="center"/>
            </w:pPr>
            <w:r w:rsidRPr="001B4907">
              <w:rPr>
                <w:sz w:val="18"/>
              </w:rPr>
              <w:t>gab.</w:t>
            </w:r>
          </w:p>
        </w:tc>
        <w:tc>
          <w:tcPr>
            <w:tcW w:w="794" w:type="dxa"/>
          </w:tcPr>
          <w:p w:rsidR="002819BA" w:rsidRPr="001B4907" w14:paraId="0D2CA05C" w14:textId="77777777">
            <w:pPr>
              <w:spacing w:after="0"/>
              <w:jc w:val="center"/>
            </w:pPr>
            <w:r w:rsidRPr="001B4907">
              <w:rPr>
                <w:sz w:val="18"/>
              </w:rPr>
              <w:t>9</w:t>
            </w:r>
          </w:p>
        </w:tc>
        <w:tc>
          <w:tcPr>
            <w:tcW w:w="1247" w:type="dxa"/>
          </w:tcPr>
          <w:p w:rsidR="002819BA" w:rsidRPr="001B4907" w14:paraId="04109FF9" w14:textId="77777777">
            <w:pPr>
              <w:spacing w:after="0"/>
              <w:jc w:val="center"/>
            </w:pPr>
            <w:r w:rsidRPr="001B4907">
              <w:rPr>
                <w:sz w:val="18"/>
              </w:rPr>
              <w:t>03.05.2027.–11.06.2027.</w:t>
            </w:r>
          </w:p>
        </w:tc>
      </w:tr>
      <w:tr w14:paraId="2D0835B0" w14:textId="77777777" w:rsidTr="002957E9">
        <w:tblPrEx>
          <w:tblW w:w="0" w:type="auto"/>
          <w:jc w:val="center"/>
          <w:tblLayout w:type="fixed"/>
          <w:tblLook w:val="04A0"/>
        </w:tblPrEx>
        <w:trPr>
          <w:gridAfter w:val="1"/>
          <w:wAfter w:w="12" w:type="dxa"/>
          <w:jc w:val="center"/>
        </w:trPr>
        <w:tc>
          <w:tcPr>
            <w:tcW w:w="624" w:type="dxa"/>
          </w:tcPr>
          <w:p w:rsidR="002819BA" w:rsidRPr="001B4907" w14:paraId="019680FB" w14:textId="77777777">
            <w:pPr>
              <w:spacing w:after="0"/>
              <w:jc w:val="center"/>
            </w:pPr>
            <w:r w:rsidRPr="001B4907">
              <w:rPr>
                <w:sz w:val="18"/>
              </w:rPr>
              <w:t>4.27</w:t>
            </w:r>
          </w:p>
        </w:tc>
        <w:tc>
          <w:tcPr>
            <w:tcW w:w="1814" w:type="dxa"/>
          </w:tcPr>
          <w:p w:rsidR="002819BA" w:rsidRPr="001B4907" w14:paraId="05DED469" w14:textId="77777777">
            <w:pPr>
              <w:spacing w:after="0"/>
            </w:pPr>
            <w:r w:rsidRPr="001B4907">
              <w:rPr>
                <w:sz w:val="18"/>
              </w:rPr>
              <w:t xml:space="preserve">Verbena </w:t>
            </w:r>
            <w:r w:rsidRPr="001B4907">
              <w:rPr>
                <w:sz w:val="18"/>
              </w:rPr>
              <w:t>hybrida</w:t>
            </w:r>
          </w:p>
        </w:tc>
        <w:tc>
          <w:tcPr>
            <w:tcW w:w="1814" w:type="dxa"/>
          </w:tcPr>
          <w:p w:rsidR="002819BA" w:rsidRPr="001B4907" w14:paraId="50876E9A" w14:textId="77777777">
            <w:pPr>
              <w:spacing w:after="0"/>
            </w:pPr>
            <w:r w:rsidRPr="001B4907">
              <w:rPr>
                <w:sz w:val="18"/>
              </w:rPr>
              <w:t>Lindolena</w:t>
            </w:r>
            <w:r w:rsidRPr="001B4907">
              <w:rPr>
                <w:sz w:val="18"/>
              </w:rPr>
              <w:t xml:space="preserve"> </w:t>
            </w:r>
            <w:r w:rsidRPr="001B4907">
              <w:rPr>
                <w:sz w:val="18"/>
              </w:rPr>
              <w:t>Blue</w:t>
            </w:r>
            <w:r w:rsidRPr="001B4907">
              <w:rPr>
                <w:sz w:val="18"/>
              </w:rPr>
              <w:t xml:space="preserve"> </w:t>
            </w:r>
            <w:r w:rsidRPr="001B4907">
              <w:rPr>
                <w:sz w:val="18"/>
              </w:rPr>
              <w:t>Charme</w:t>
            </w:r>
          </w:p>
        </w:tc>
        <w:tc>
          <w:tcPr>
            <w:tcW w:w="1701" w:type="dxa"/>
          </w:tcPr>
          <w:p w:rsidR="002819BA" w:rsidRPr="001B4907" w14:paraId="76AAE098" w14:textId="77777777">
            <w:pPr>
              <w:spacing w:after="0"/>
            </w:pPr>
            <w:r w:rsidRPr="001B4907">
              <w:rPr>
                <w:sz w:val="18"/>
              </w:rPr>
              <w:t>Hibrīdā verbena</w:t>
            </w:r>
          </w:p>
        </w:tc>
        <w:tc>
          <w:tcPr>
            <w:tcW w:w="1134" w:type="dxa"/>
          </w:tcPr>
          <w:p w:rsidR="002819BA" w:rsidRPr="001B4907" w14:paraId="14770F39" w14:textId="77777777">
            <w:pPr>
              <w:spacing w:after="0"/>
              <w:jc w:val="center"/>
            </w:pPr>
            <w:r w:rsidRPr="001B4907">
              <w:rPr>
                <w:sz w:val="18"/>
              </w:rPr>
              <w:t>P11/P12/P13</w:t>
            </w:r>
          </w:p>
        </w:tc>
        <w:tc>
          <w:tcPr>
            <w:tcW w:w="710" w:type="dxa"/>
          </w:tcPr>
          <w:p w:rsidR="002819BA" w:rsidRPr="001B4907" w14:paraId="368FB5AE" w14:textId="77777777">
            <w:pPr>
              <w:spacing w:after="0"/>
              <w:jc w:val="center"/>
            </w:pPr>
            <w:r w:rsidRPr="001B4907">
              <w:rPr>
                <w:sz w:val="18"/>
              </w:rPr>
              <w:t>gab.</w:t>
            </w:r>
          </w:p>
        </w:tc>
        <w:tc>
          <w:tcPr>
            <w:tcW w:w="794" w:type="dxa"/>
          </w:tcPr>
          <w:p w:rsidR="002819BA" w:rsidRPr="001B4907" w14:paraId="4239A1FD" w14:textId="77777777">
            <w:pPr>
              <w:spacing w:after="0"/>
              <w:jc w:val="center"/>
            </w:pPr>
            <w:r w:rsidRPr="001B4907">
              <w:rPr>
                <w:sz w:val="18"/>
              </w:rPr>
              <w:t>6</w:t>
            </w:r>
          </w:p>
        </w:tc>
        <w:tc>
          <w:tcPr>
            <w:tcW w:w="1247" w:type="dxa"/>
          </w:tcPr>
          <w:p w:rsidR="002819BA" w:rsidRPr="001B4907" w14:paraId="38082F37" w14:textId="77777777">
            <w:pPr>
              <w:spacing w:after="0"/>
              <w:jc w:val="center"/>
            </w:pPr>
            <w:r w:rsidRPr="001B4907">
              <w:rPr>
                <w:sz w:val="18"/>
              </w:rPr>
              <w:t>03.05.2027.–11.06.2027.</w:t>
            </w:r>
          </w:p>
        </w:tc>
      </w:tr>
      <w:tr w14:paraId="6719A8EE" w14:textId="77777777" w:rsidTr="002957E9">
        <w:tblPrEx>
          <w:tblW w:w="0" w:type="auto"/>
          <w:jc w:val="center"/>
          <w:tblLayout w:type="fixed"/>
          <w:tblLook w:val="04A0"/>
        </w:tblPrEx>
        <w:trPr>
          <w:gridAfter w:val="1"/>
          <w:wAfter w:w="12" w:type="dxa"/>
          <w:jc w:val="center"/>
        </w:trPr>
        <w:tc>
          <w:tcPr>
            <w:tcW w:w="624" w:type="dxa"/>
          </w:tcPr>
          <w:p w:rsidR="002819BA" w:rsidRPr="001B4907" w14:paraId="2F005936" w14:textId="77777777">
            <w:pPr>
              <w:spacing w:after="0"/>
              <w:jc w:val="center"/>
            </w:pPr>
            <w:r w:rsidRPr="001B4907">
              <w:rPr>
                <w:sz w:val="18"/>
              </w:rPr>
              <w:t>4.28</w:t>
            </w:r>
          </w:p>
        </w:tc>
        <w:tc>
          <w:tcPr>
            <w:tcW w:w="1814" w:type="dxa"/>
          </w:tcPr>
          <w:p w:rsidR="002819BA" w:rsidRPr="001B4907" w14:paraId="3B6B2FE7" w14:textId="77777777">
            <w:pPr>
              <w:spacing w:after="0"/>
            </w:pPr>
            <w:r w:rsidRPr="001B4907">
              <w:rPr>
                <w:sz w:val="18"/>
              </w:rPr>
              <w:t xml:space="preserve">Viola </w:t>
            </w:r>
            <w:r w:rsidRPr="001B4907">
              <w:rPr>
                <w:sz w:val="18"/>
              </w:rPr>
              <w:t>wittrockiana</w:t>
            </w:r>
          </w:p>
        </w:tc>
        <w:tc>
          <w:tcPr>
            <w:tcW w:w="1814" w:type="dxa"/>
          </w:tcPr>
          <w:p w:rsidR="002819BA" w:rsidRPr="001B4907" w14:paraId="1A198F1B" w14:textId="77777777">
            <w:pPr>
              <w:spacing w:after="0"/>
            </w:pPr>
            <w:r w:rsidRPr="001B4907">
              <w:rPr>
                <w:sz w:val="18"/>
              </w:rPr>
              <w:t>Lielziedu krokotās (krāsainas)</w:t>
            </w:r>
          </w:p>
        </w:tc>
        <w:tc>
          <w:tcPr>
            <w:tcW w:w="1701" w:type="dxa"/>
          </w:tcPr>
          <w:p w:rsidR="002819BA" w:rsidRPr="001B4907" w14:paraId="6193BEA5" w14:textId="77777777">
            <w:pPr>
              <w:spacing w:after="0"/>
            </w:pPr>
            <w:r w:rsidRPr="001B4907">
              <w:rPr>
                <w:sz w:val="18"/>
              </w:rPr>
              <w:t>Atraitnītes</w:t>
            </w:r>
          </w:p>
        </w:tc>
        <w:tc>
          <w:tcPr>
            <w:tcW w:w="1134" w:type="dxa"/>
          </w:tcPr>
          <w:p w:rsidR="002819BA" w:rsidRPr="001B4907" w14:paraId="7C05B6D9" w14:textId="77777777">
            <w:pPr>
              <w:spacing w:after="0"/>
              <w:jc w:val="center"/>
            </w:pPr>
            <w:r w:rsidRPr="001B4907">
              <w:rPr>
                <w:sz w:val="18"/>
              </w:rPr>
              <w:t>P11/P12/P13</w:t>
            </w:r>
          </w:p>
        </w:tc>
        <w:tc>
          <w:tcPr>
            <w:tcW w:w="710" w:type="dxa"/>
          </w:tcPr>
          <w:p w:rsidR="002819BA" w:rsidRPr="001B4907" w14:paraId="0244AD27" w14:textId="77777777">
            <w:pPr>
              <w:spacing w:after="0"/>
              <w:jc w:val="center"/>
            </w:pPr>
            <w:r w:rsidRPr="001B4907">
              <w:rPr>
                <w:sz w:val="18"/>
              </w:rPr>
              <w:t>gab.</w:t>
            </w:r>
          </w:p>
        </w:tc>
        <w:tc>
          <w:tcPr>
            <w:tcW w:w="794" w:type="dxa"/>
          </w:tcPr>
          <w:p w:rsidR="002819BA" w:rsidRPr="001B4907" w14:paraId="1FB370A2" w14:textId="77777777">
            <w:pPr>
              <w:spacing w:after="0"/>
              <w:jc w:val="center"/>
            </w:pPr>
            <w:r w:rsidRPr="001B4907">
              <w:rPr>
                <w:sz w:val="18"/>
              </w:rPr>
              <w:t>60</w:t>
            </w:r>
          </w:p>
        </w:tc>
        <w:tc>
          <w:tcPr>
            <w:tcW w:w="1247" w:type="dxa"/>
          </w:tcPr>
          <w:p w:rsidR="002819BA" w:rsidRPr="001B4907" w14:paraId="41F4CAEC" w14:textId="77777777">
            <w:pPr>
              <w:spacing w:after="0"/>
              <w:jc w:val="center"/>
            </w:pPr>
            <w:r w:rsidRPr="001B4907">
              <w:rPr>
                <w:sz w:val="18"/>
              </w:rPr>
              <w:t>15.03.2027.–09.04.2027.</w:t>
            </w:r>
          </w:p>
        </w:tc>
      </w:tr>
      <w:tr w14:paraId="2BB14B6E"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5E72B390" w14:textId="77777777">
            <w:pPr>
              <w:spacing w:after="0"/>
              <w:jc w:val="center"/>
            </w:pPr>
            <w:r w:rsidRPr="001B4907">
              <w:rPr>
                <w:b/>
                <w:sz w:val="18"/>
              </w:rPr>
              <w:t>Kopā 4. piegādes vietā</w:t>
            </w:r>
          </w:p>
        </w:tc>
        <w:tc>
          <w:tcPr>
            <w:tcW w:w="794" w:type="dxa"/>
          </w:tcPr>
          <w:p w:rsidR="002819BA" w:rsidRPr="001B4907" w14:paraId="715F73E0" w14:textId="77777777">
            <w:pPr>
              <w:spacing w:after="0"/>
              <w:jc w:val="center"/>
            </w:pPr>
            <w:r w:rsidRPr="001B4907">
              <w:rPr>
                <w:b/>
                <w:sz w:val="18"/>
              </w:rPr>
              <w:t>537</w:t>
            </w:r>
          </w:p>
        </w:tc>
        <w:tc>
          <w:tcPr>
            <w:tcW w:w="1247" w:type="dxa"/>
          </w:tcPr>
          <w:p w:rsidR="002819BA" w:rsidRPr="001B4907" w14:paraId="75ED4D09" w14:textId="77777777">
            <w:pPr>
              <w:spacing w:after="0"/>
              <w:jc w:val="center"/>
            </w:pPr>
          </w:p>
        </w:tc>
      </w:tr>
      <w:tr w14:paraId="7560A106"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4BA789DC" w14:textId="77777777">
            <w:pPr>
              <w:spacing w:after="0"/>
              <w:jc w:val="center"/>
            </w:pPr>
            <w:r w:rsidRPr="001B4907">
              <w:rPr>
                <w:b/>
                <w:sz w:val="18"/>
              </w:rPr>
              <w:t>5. Piegāde Brunavas pagasta nodaļai, adrese: „Ērgļi”, Ērgļi, Brunavas pagasts, Bauskas novads</w:t>
            </w:r>
          </w:p>
        </w:tc>
      </w:tr>
      <w:tr w14:paraId="4B1CD3F2" w14:textId="77777777" w:rsidTr="002957E9">
        <w:tblPrEx>
          <w:tblW w:w="0" w:type="auto"/>
          <w:jc w:val="center"/>
          <w:tblLayout w:type="fixed"/>
          <w:tblLook w:val="04A0"/>
        </w:tblPrEx>
        <w:trPr>
          <w:gridAfter w:val="1"/>
          <w:wAfter w:w="12" w:type="dxa"/>
          <w:jc w:val="center"/>
        </w:trPr>
        <w:tc>
          <w:tcPr>
            <w:tcW w:w="624" w:type="dxa"/>
          </w:tcPr>
          <w:p w:rsidR="002819BA" w:rsidRPr="001B4907" w14:paraId="170E56CC" w14:textId="77777777">
            <w:pPr>
              <w:spacing w:after="0"/>
              <w:jc w:val="center"/>
            </w:pPr>
            <w:r w:rsidRPr="001B4907">
              <w:rPr>
                <w:sz w:val="18"/>
              </w:rPr>
              <w:t>5.1</w:t>
            </w:r>
          </w:p>
        </w:tc>
        <w:tc>
          <w:tcPr>
            <w:tcW w:w="1814" w:type="dxa"/>
          </w:tcPr>
          <w:p w:rsidR="002819BA" w:rsidRPr="001B4907" w14:paraId="1C248E14" w14:textId="77777777">
            <w:pPr>
              <w:spacing w:after="0"/>
            </w:pPr>
            <w:r w:rsidRPr="001B4907">
              <w:rPr>
                <w:sz w:val="18"/>
              </w:rPr>
              <w:t>Bacopa</w:t>
            </w:r>
            <w:r w:rsidRPr="001B4907">
              <w:rPr>
                <w:sz w:val="18"/>
              </w:rPr>
              <w:t xml:space="preserve"> </w:t>
            </w:r>
            <w:r w:rsidRPr="001B4907">
              <w:rPr>
                <w:sz w:val="18"/>
              </w:rPr>
              <w:t>scopia</w:t>
            </w:r>
            <w:r w:rsidRPr="001B4907">
              <w:rPr>
                <w:sz w:val="18"/>
              </w:rPr>
              <w:t xml:space="preserve"> </w:t>
            </w:r>
            <w:r w:rsidRPr="001B4907">
              <w:rPr>
                <w:sz w:val="18"/>
              </w:rPr>
              <w:t>gulliver</w:t>
            </w:r>
          </w:p>
        </w:tc>
        <w:tc>
          <w:tcPr>
            <w:tcW w:w="1814" w:type="dxa"/>
          </w:tcPr>
          <w:p w:rsidR="002819BA" w:rsidRPr="001B4907" w14:paraId="416B510F" w14:textId="77777777">
            <w:pPr>
              <w:spacing w:after="0"/>
            </w:pPr>
            <w:r w:rsidRPr="001B4907">
              <w:rPr>
                <w:sz w:val="18"/>
              </w:rPr>
              <w:t>'</w:t>
            </w:r>
            <w:r w:rsidRPr="001B4907">
              <w:rPr>
                <w:sz w:val="18"/>
              </w:rPr>
              <w:t>Dynamic</w:t>
            </w:r>
            <w:r w:rsidRPr="001B4907">
              <w:rPr>
                <w:sz w:val="18"/>
              </w:rPr>
              <w:t xml:space="preserve"> </w:t>
            </w:r>
            <w:r w:rsidRPr="001B4907">
              <w:rPr>
                <w:sz w:val="18"/>
              </w:rPr>
              <w:t>White</w:t>
            </w:r>
            <w:r w:rsidRPr="001B4907">
              <w:rPr>
                <w:sz w:val="18"/>
              </w:rPr>
              <w:t>'</w:t>
            </w:r>
          </w:p>
        </w:tc>
        <w:tc>
          <w:tcPr>
            <w:tcW w:w="1701" w:type="dxa"/>
          </w:tcPr>
          <w:p w:rsidR="002819BA" w:rsidRPr="001B4907" w14:paraId="4D118457" w14:textId="77777777">
            <w:pPr>
              <w:spacing w:after="0"/>
            </w:pPr>
            <w:r w:rsidRPr="001B4907">
              <w:rPr>
                <w:sz w:val="18"/>
              </w:rPr>
              <w:t>Bakopa</w:t>
            </w:r>
          </w:p>
        </w:tc>
        <w:tc>
          <w:tcPr>
            <w:tcW w:w="1134" w:type="dxa"/>
          </w:tcPr>
          <w:p w:rsidR="002819BA" w:rsidRPr="001B4907" w14:paraId="340ED9EB" w14:textId="77777777">
            <w:pPr>
              <w:spacing w:after="0"/>
              <w:jc w:val="center"/>
            </w:pPr>
            <w:r w:rsidRPr="001B4907">
              <w:rPr>
                <w:sz w:val="18"/>
              </w:rPr>
              <w:t>P11/P12/P13</w:t>
            </w:r>
          </w:p>
        </w:tc>
        <w:tc>
          <w:tcPr>
            <w:tcW w:w="710" w:type="dxa"/>
          </w:tcPr>
          <w:p w:rsidR="002819BA" w:rsidRPr="001B4907" w14:paraId="38CADDD2" w14:textId="77777777">
            <w:pPr>
              <w:spacing w:after="0"/>
              <w:jc w:val="center"/>
            </w:pPr>
            <w:r w:rsidRPr="001B4907">
              <w:rPr>
                <w:sz w:val="18"/>
              </w:rPr>
              <w:t>gab.</w:t>
            </w:r>
          </w:p>
        </w:tc>
        <w:tc>
          <w:tcPr>
            <w:tcW w:w="794" w:type="dxa"/>
          </w:tcPr>
          <w:p w:rsidR="002819BA" w:rsidRPr="001B4907" w14:paraId="59AC85C6" w14:textId="77777777">
            <w:pPr>
              <w:spacing w:after="0"/>
              <w:jc w:val="center"/>
            </w:pPr>
            <w:r w:rsidRPr="001B4907">
              <w:rPr>
                <w:sz w:val="18"/>
              </w:rPr>
              <w:t>8</w:t>
            </w:r>
          </w:p>
        </w:tc>
        <w:tc>
          <w:tcPr>
            <w:tcW w:w="1247" w:type="dxa"/>
          </w:tcPr>
          <w:p w:rsidR="002819BA" w:rsidRPr="001B4907" w14:paraId="4A94D785" w14:textId="77777777">
            <w:pPr>
              <w:spacing w:after="0"/>
              <w:jc w:val="center"/>
            </w:pPr>
            <w:r w:rsidRPr="001B4907">
              <w:rPr>
                <w:sz w:val="18"/>
              </w:rPr>
              <w:t>03.05.2027.–11.06.2027.</w:t>
            </w:r>
          </w:p>
        </w:tc>
      </w:tr>
      <w:tr w14:paraId="63EC1D9A" w14:textId="77777777" w:rsidTr="002957E9">
        <w:tblPrEx>
          <w:tblW w:w="0" w:type="auto"/>
          <w:jc w:val="center"/>
          <w:tblLayout w:type="fixed"/>
          <w:tblLook w:val="04A0"/>
        </w:tblPrEx>
        <w:trPr>
          <w:gridAfter w:val="1"/>
          <w:wAfter w:w="12" w:type="dxa"/>
          <w:jc w:val="center"/>
        </w:trPr>
        <w:tc>
          <w:tcPr>
            <w:tcW w:w="624" w:type="dxa"/>
          </w:tcPr>
          <w:p w:rsidR="002819BA" w:rsidRPr="001B4907" w14:paraId="2BFBC175" w14:textId="77777777">
            <w:pPr>
              <w:spacing w:after="0"/>
              <w:jc w:val="center"/>
            </w:pPr>
            <w:r w:rsidRPr="001B4907">
              <w:rPr>
                <w:sz w:val="18"/>
              </w:rPr>
              <w:t>5.2</w:t>
            </w:r>
          </w:p>
        </w:tc>
        <w:tc>
          <w:tcPr>
            <w:tcW w:w="1814" w:type="dxa"/>
          </w:tcPr>
          <w:p w:rsidR="002819BA" w:rsidRPr="001B4907" w14:paraId="74397779" w14:textId="77777777">
            <w:pPr>
              <w:spacing w:after="0"/>
            </w:pPr>
            <w:r w:rsidRPr="001B4907">
              <w:rPr>
                <w:sz w:val="18"/>
              </w:rPr>
              <w:t>Begonia</w:t>
            </w:r>
            <w:r w:rsidRPr="001B4907">
              <w:rPr>
                <w:sz w:val="18"/>
              </w:rPr>
              <w:t xml:space="preserve"> </w:t>
            </w:r>
            <w:r w:rsidRPr="001B4907">
              <w:rPr>
                <w:sz w:val="18"/>
              </w:rPr>
              <w:t>Sunbereo</w:t>
            </w:r>
          </w:p>
        </w:tc>
        <w:tc>
          <w:tcPr>
            <w:tcW w:w="1814" w:type="dxa"/>
          </w:tcPr>
          <w:p w:rsidR="002819BA" w:rsidRPr="001B4907" w14:paraId="5BA95238" w14:textId="77777777">
            <w:pPr>
              <w:spacing w:after="0"/>
            </w:pPr>
            <w:r w:rsidRPr="001B4907">
              <w:rPr>
                <w:sz w:val="18"/>
              </w:rPr>
              <w:t>'</w:t>
            </w:r>
            <w:r w:rsidRPr="001B4907">
              <w:rPr>
                <w:sz w:val="18"/>
              </w:rPr>
              <w:t>Bicolor</w:t>
            </w:r>
            <w:r w:rsidRPr="001B4907">
              <w:rPr>
                <w:sz w:val="18"/>
              </w:rPr>
              <w:t>'</w:t>
            </w:r>
          </w:p>
        </w:tc>
        <w:tc>
          <w:tcPr>
            <w:tcW w:w="1701" w:type="dxa"/>
          </w:tcPr>
          <w:p w:rsidR="002819BA" w:rsidRPr="001B4907" w14:paraId="09C41287" w14:textId="77777777">
            <w:pPr>
              <w:spacing w:after="0"/>
            </w:pPr>
            <w:r w:rsidRPr="001B4907">
              <w:rPr>
                <w:sz w:val="18"/>
              </w:rPr>
              <w:t>Solēnija</w:t>
            </w:r>
          </w:p>
        </w:tc>
        <w:tc>
          <w:tcPr>
            <w:tcW w:w="1134" w:type="dxa"/>
          </w:tcPr>
          <w:p w:rsidR="002819BA" w:rsidRPr="001B4907" w14:paraId="420772E6" w14:textId="77777777">
            <w:pPr>
              <w:spacing w:after="0"/>
              <w:jc w:val="center"/>
            </w:pPr>
            <w:r w:rsidRPr="001B4907">
              <w:rPr>
                <w:sz w:val="18"/>
              </w:rPr>
              <w:t>P11/P12/P13</w:t>
            </w:r>
          </w:p>
        </w:tc>
        <w:tc>
          <w:tcPr>
            <w:tcW w:w="710" w:type="dxa"/>
          </w:tcPr>
          <w:p w:rsidR="002819BA" w:rsidRPr="001B4907" w14:paraId="32CFC1B0" w14:textId="77777777">
            <w:pPr>
              <w:spacing w:after="0"/>
              <w:jc w:val="center"/>
            </w:pPr>
            <w:r w:rsidRPr="001B4907">
              <w:rPr>
                <w:sz w:val="18"/>
              </w:rPr>
              <w:t>gab.</w:t>
            </w:r>
          </w:p>
        </w:tc>
        <w:tc>
          <w:tcPr>
            <w:tcW w:w="794" w:type="dxa"/>
          </w:tcPr>
          <w:p w:rsidR="002819BA" w:rsidRPr="001B4907" w14:paraId="6746587F" w14:textId="77777777">
            <w:pPr>
              <w:spacing w:after="0"/>
              <w:jc w:val="center"/>
            </w:pPr>
            <w:r w:rsidRPr="001B4907">
              <w:rPr>
                <w:sz w:val="18"/>
              </w:rPr>
              <w:t>12</w:t>
            </w:r>
          </w:p>
        </w:tc>
        <w:tc>
          <w:tcPr>
            <w:tcW w:w="1247" w:type="dxa"/>
          </w:tcPr>
          <w:p w:rsidR="002819BA" w:rsidRPr="001B4907" w14:paraId="10BDFEFE" w14:textId="77777777">
            <w:pPr>
              <w:spacing w:after="0"/>
              <w:jc w:val="center"/>
            </w:pPr>
            <w:r w:rsidRPr="001B4907">
              <w:rPr>
                <w:sz w:val="18"/>
              </w:rPr>
              <w:t>03.05.2027.–11.06.2027.</w:t>
            </w:r>
          </w:p>
        </w:tc>
      </w:tr>
      <w:tr w14:paraId="2E1941B8" w14:textId="77777777" w:rsidTr="002957E9">
        <w:tblPrEx>
          <w:tblW w:w="0" w:type="auto"/>
          <w:jc w:val="center"/>
          <w:tblLayout w:type="fixed"/>
          <w:tblLook w:val="04A0"/>
        </w:tblPrEx>
        <w:trPr>
          <w:gridAfter w:val="1"/>
          <w:wAfter w:w="12" w:type="dxa"/>
          <w:jc w:val="center"/>
        </w:trPr>
        <w:tc>
          <w:tcPr>
            <w:tcW w:w="624" w:type="dxa"/>
          </w:tcPr>
          <w:p w:rsidR="002819BA" w:rsidRPr="001B4907" w14:paraId="74389A26" w14:textId="77777777">
            <w:pPr>
              <w:spacing w:after="0"/>
              <w:jc w:val="center"/>
            </w:pPr>
            <w:r w:rsidRPr="001B4907">
              <w:rPr>
                <w:sz w:val="18"/>
              </w:rPr>
              <w:t>5.3</w:t>
            </w:r>
          </w:p>
        </w:tc>
        <w:tc>
          <w:tcPr>
            <w:tcW w:w="1814" w:type="dxa"/>
          </w:tcPr>
          <w:p w:rsidR="002819BA" w:rsidRPr="001B4907" w14:paraId="3A7E91A6" w14:textId="77777777">
            <w:pPr>
              <w:spacing w:after="0"/>
            </w:pPr>
            <w:r w:rsidRPr="001B4907">
              <w:rPr>
                <w:sz w:val="18"/>
              </w:rPr>
              <w:t>Calibrachoa</w:t>
            </w:r>
          </w:p>
        </w:tc>
        <w:tc>
          <w:tcPr>
            <w:tcW w:w="1814" w:type="dxa"/>
          </w:tcPr>
          <w:p w:rsidR="002819BA" w:rsidRPr="001B4907" w14:paraId="24A6723C" w14:textId="77777777">
            <w:pPr>
              <w:spacing w:after="0"/>
            </w:pPr>
            <w:r w:rsidRPr="001B4907">
              <w:rPr>
                <w:sz w:val="18"/>
              </w:rPr>
              <w:t>'</w:t>
            </w:r>
            <w:r w:rsidRPr="001B4907">
              <w:rPr>
                <w:sz w:val="18"/>
              </w:rPr>
              <w:t>Calita</w:t>
            </w:r>
            <w:r w:rsidRPr="001B4907">
              <w:rPr>
                <w:sz w:val="18"/>
              </w:rPr>
              <w:t xml:space="preserve"> </w:t>
            </w:r>
            <w:r w:rsidRPr="001B4907">
              <w:rPr>
                <w:sz w:val="18"/>
              </w:rPr>
              <w:t>Double</w:t>
            </w:r>
            <w:r w:rsidRPr="001B4907">
              <w:rPr>
                <w:sz w:val="18"/>
              </w:rPr>
              <w:t xml:space="preserve"> mix'</w:t>
            </w:r>
          </w:p>
        </w:tc>
        <w:tc>
          <w:tcPr>
            <w:tcW w:w="1701" w:type="dxa"/>
          </w:tcPr>
          <w:p w:rsidR="002819BA" w:rsidRPr="001B4907" w14:paraId="207934FA" w14:textId="77777777">
            <w:pPr>
              <w:spacing w:after="0"/>
            </w:pPr>
            <w:r w:rsidRPr="001B4907">
              <w:rPr>
                <w:sz w:val="18"/>
              </w:rPr>
              <w:t>Kalibrahoja</w:t>
            </w:r>
          </w:p>
        </w:tc>
        <w:tc>
          <w:tcPr>
            <w:tcW w:w="1134" w:type="dxa"/>
          </w:tcPr>
          <w:p w:rsidR="002819BA" w:rsidRPr="001B4907" w14:paraId="64F211BE" w14:textId="77777777">
            <w:pPr>
              <w:spacing w:after="0"/>
              <w:jc w:val="center"/>
            </w:pPr>
            <w:r w:rsidRPr="001B4907">
              <w:rPr>
                <w:sz w:val="18"/>
              </w:rPr>
              <w:t>P11/P12/P13</w:t>
            </w:r>
          </w:p>
        </w:tc>
        <w:tc>
          <w:tcPr>
            <w:tcW w:w="710" w:type="dxa"/>
          </w:tcPr>
          <w:p w:rsidR="002819BA" w:rsidRPr="001B4907" w14:paraId="359F8555" w14:textId="77777777">
            <w:pPr>
              <w:spacing w:after="0"/>
              <w:jc w:val="center"/>
            </w:pPr>
            <w:r w:rsidRPr="001B4907">
              <w:rPr>
                <w:sz w:val="18"/>
              </w:rPr>
              <w:t>gab.</w:t>
            </w:r>
          </w:p>
        </w:tc>
        <w:tc>
          <w:tcPr>
            <w:tcW w:w="794" w:type="dxa"/>
          </w:tcPr>
          <w:p w:rsidR="002819BA" w:rsidRPr="001B4907" w14:paraId="43CAE984" w14:textId="77777777">
            <w:pPr>
              <w:spacing w:after="0"/>
              <w:jc w:val="center"/>
            </w:pPr>
            <w:r w:rsidRPr="001B4907">
              <w:rPr>
                <w:sz w:val="18"/>
              </w:rPr>
              <w:t>7</w:t>
            </w:r>
          </w:p>
        </w:tc>
        <w:tc>
          <w:tcPr>
            <w:tcW w:w="1247" w:type="dxa"/>
          </w:tcPr>
          <w:p w:rsidR="002819BA" w:rsidRPr="001B4907" w14:paraId="5A6D4C69" w14:textId="77777777">
            <w:pPr>
              <w:spacing w:after="0"/>
              <w:jc w:val="center"/>
            </w:pPr>
            <w:r w:rsidRPr="001B4907">
              <w:rPr>
                <w:sz w:val="18"/>
              </w:rPr>
              <w:t>03.05.2027.–11.06.2027.</w:t>
            </w:r>
          </w:p>
        </w:tc>
      </w:tr>
      <w:tr w14:paraId="4F3B188F" w14:textId="77777777" w:rsidTr="002957E9">
        <w:tblPrEx>
          <w:tblW w:w="0" w:type="auto"/>
          <w:jc w:val="center"/>
          <w:tblLayout w:type="fixed"/>
          <w:tblLook w:val="04A0"/>
        </w:tblPrEx>
        <w:trPr>
          <w:gridAfter w:val="1"/>
          <w:wAfter w:w="12" w:type="dxa"/>
          <w:jc w:val="center"/>
        </w:trPr>
        <w:tc>
          <w:tcPr>
            <w:tcW w:w="624" w:type="dxa"/>
          </w:tcPr>
          <w:p w:rsidR="002819BA" w:rsidRPr="001B4907" w14:paraId="19FB0710" w14:textId="77777777">
            <w:pPr>
              <w:spacing w:after="0"/>
              <w:jc w:val="center"/>
            </w:pPr>
            <w:r w:rsidRPr="001B4907">
              <w:rPr>
                <w:sz w:val="18"/>
              </w:rPr>
              <w:t>5.4</w:t>
            </w:r>
          </w:p>
        </w:tc>
        <w:tc>
          <w:tcPr>
            <w:tcW w:w="1814" w:type="dxa"/>
          </w:tcPr>
          <w:p w:rsidR="002819BA" w:rsidRPr="001B4907" w14:paraId="4E4AB4C6" w14:textId="77777777">
            <w:pPr>
              <w:spacing w:after="0"/>
            </w:pPr>
            <w:r w:rsidRPr="001B4907">
              <w:rPr>
                <w:sz w:val="18"/>
              </w:rPr>
              <w:t>Canna</w:t>
            </w:r>
          </w:p>
        </w:tc>
        <w:tc>
          <w:tcPr>
            <w:tcW w:w="1814" w:type="dxa"/>
          </w:tcPr>
          <w:p w:rsidR="002819BA" w:rsidRPr="001B4907" w14:paraId="2305E01B" w14:textId="77777777">
            <w:pPr>
              <w:spacing w:after="0"/>
            </w:pPr>
            <w:r w:rsidRPr="001B4907">
              <w:rPr>
                <w:sz w:val="18"/>
              </w:rPr>
              <w:t>—</w:t>
            </w:r>
          </w:p>
        </w:tc>
        <w:tc>
          <w:tcPr>
            <w:tcW w:w="1701" w:type="dxa"/>
          </w:tcPr>
          <w:p w:rsidR="002819BA" w:rsidRPr="001B4907" w14:paraId="33732CEC" w14:textId="77777777">
            <w:pPr>
              <w:spacing w:after="0"/>
            </w:pPr>
            <w:r w:rsidRPr="001B4907">
              <w:rPr>
                <w:sz w:val="18"/>
              </w:rPr>
              <w:t>Kanna (</w:t>
            </w:r>
            <w:r w:rsidRPr="001B4907">
              <w:rPr>
                <w:sz w:val="18"/>
              </w:rPr>
              <w:t>tumšlapu</w:t>
            </w:r>
            <w:r w:rsidRPr="001B4907">
              <w:rPr>
                <w:sz w:val="18"/>
              </w:rPr>
              <w:t>)</w:t>
            </w:r>
          </w:p>
        </w:tc>
        <w:tc>
          <w:tcPr>
            <w:tcW w:w="1134" w:type="dxa"/>
          </w:tcPr>
          <w:p w:rsidR="002819BA" w:rsidRPr="001B4907" w14:paraId="648F2DA7" w14:textId="77777777">
            <w:pPr>
              <w:spacing w:after="0"/>
              <w:jc w:val="center"/>
            </w:pPr>
            <w:r w:rsidRPr="001B4907">
              <w:rPr>
                <w:sz w:val="18"/>
              </w:rPr>
              <w:t>P11/P12/P13</w:t>
            </w:r>
          </w:p>
        </w:tc>
        <w:tc>
          <w:tcPr>
            <w:tcW w:w="710" w:type="dxa"/>
          </w:tcPr>
          <w:p w:rsidR="002819BA" w:rsidRPr="001B4907" w14:paraId="63D74A4A" w14:textId="77777777">
            <w:pPr>
              <w:spacing w:after="0"/>
              <w:jc w:val="center"/>
            </w:pPr>
            <w:r w:rsidRPr="001B4907">
              <w:rPr>
                <w:sz w:val="18"/>
              </w:rPr>
              <w:t>gab.</w:t>
            </w:r>
          </w:p>
        </w:tc>
        <w:tc>
          <w:tcPr>
            <w:tcW w:w="794" w:type="dxa"/>
          </w:tcPr>
          <w:p w:rsidR="002819BA" w:rsidRPr="001B4907" w14:paraId="5549E4EE" w14:textId="77777777">
            <w:pPr>
              <w:spacing w:after="0"/>
              <w:jc w:val="center"/>
            </w:pPr>
            <w:r w:rsidRPr="001B4907">
              <w:rPr>
                <w:sz w:val="18"/>
              </w:rPr>
              <w:t>5</w:t>
            </w:r>
          </w:p>
        </w:tc>
        <w:tc>
          <w:tcPr>
            <w:tcW w:w="1247" w:type="dxa"/>
          </w:tcPr>
          <w:p w:rsidR="002819BA" w:rsidRPr="001B4907" w14:paraId="0EE05575" w14:textId="77777777">
            <w:pPr>
              <w:spacing w:after="0"/>
              <w:jc w:val="center"/>
            </w:pPr>
            <w:r w:rsidRPr="001B4907">
              <w:rPr>
                <w:sz w:val="18"/>
              </w:rPr>
              <w:t>03.05.2027.–11.06.2027.</w:t>
            </w:r>
          </w:p>
        </w:tc>
      </w:tr>
      <w:tr w14:paraId="11916330" w14:textId="77777777" w:rsidTr="002957E9">
        <w:tblPrEx>
          <w:tblW w:w="0" w:type="auto"/>
          <w:jc w:val="center"/>
          <w:tblLayout w:type="fixed"/>
          <w:tblLook w:val="04A0"/>
        </w:tblPrEx>
        <w:trPr>
          <w:gridAfter w:val="1"/>
          <w:wAfter w:w="12" w:type="dxa"/>
          <w:jc w:val="center"/>
        </w:trPr>
        <w:tc>
          <w:tcPr>
            <w:tcW w:w="624" w:type="dxa"/>
          </w:tcPr>
          <w:p w:rsidR="002819BA" w:rsidRPr="001B4907" w14:paraId="292A027D" w14:textId="77777777">
            <w:pPr>
              <w:spacing w:after="0"/>
              <w:jc w:val="center"/>
            </w:pPr>
            <w:r w:rsidRPr="001B4907">
              <w:rPr>
                <w:sz w:val="18"/>
              </w:rPr>
              <w:t>5.5</w:t>
            </w:r>
          </w:p>
        </w:tc>
        <w:tc>
          <w:tcPr>
            <w:tcW w:w="1814" w:type="dxa"/>
          </w:tcPr>
          <w:p w:rsidR="002819BA" w:rsidRPr="001B4907" w14:paraId="4BAE3566" w14:textId="77777777">
            <w:pPr>
              <w:spacing w:after="0"/>
            </w:pPr>
            <w:r w:rsidRPr="001B4907">
              <w:rPr>
                <w:sz w:val="18"/>
              </w:rPr>
              <w:t>Dichondra</w:t>
            </w:r>
            <w:r w:rsidRPr="001B4907">
              <w:rPr>
                <w:sz w:val="18"/>
              </w:rPr>
              <w:t xml:space="preserve"> </w:t>
            </w:r>
            <w:r w:rsidRPr="001B4907">
              <w:rPr>
                <w:sz w:val="18"/>
              </w:rPr>
              <w:t>argentea</w:t>
            </w:r>
          </w:p>
        </w:tc>
        <w:tc>
          <w:tcPr>
            <w:tcW w:w="1814" w:type="dxa"/>
          </w:tcPr>
          <w:p w:rsidR="002819BA" w:rsidRPr="001B4907" w14:paraId="75436889" w14:textId="77777777">
            <w:pPr>
              <w:spacing w:after="0"/>
            </w:pPr>
            <w:r w:rsidRPr="001B4907">
              <w:rPr>
                <w:sz w:val="18"/>
              </w:rPr>
              <w:t>'</w:t>
            </w:r>
            <w:r w:rsidRPr="001B4907">
              <w:rPr>
                <w:sz w:val="18"/>
              </w:rPr>
              <w:t>Silver</w:t>
            </w:r>
            <w:r w:rsidRPr="001B4907">
              <w:rPr>
                <w:sz w:val="18"/>
              </w:rPr>
              <w:t xml:space="preserve"> </w:t>
            </w:r>
            <w:r w:rsidRPr="001B4907">
              <w:rPr>
                <w:sz w:val="18"/>
              </w:rPr>
              <w:t>falls</w:t>
            </w:r>
            <w:r w:rsidRPr="001B4907">
              <w:rPr>
                <w:sz w:val="18"/>
              </w:rPr>
              <w:t>'</w:t>
            </w:r>
          </w:p>
        </w:tc>
        <w:tc>
          <w:tcPr>
            <w:tcW w:w="1701" w:type="dxa"/>
          </w:tcPr>
          <w:p w:rsidR="002819BA" w:rsidRPr="001B4907" w14:paraId="360E51D9" w14:textId="77777777">
            <w:pPr>
              <w:spacing w:after="0"/>
            </w:pPr>
            <w:r w:rsidRPr="001B4907">
              <w:rPr>
                <w:sz w:val="18"/>
              </w:rPr>
              <w:t>Dihondra</w:t>
            </w:r>
          </w:p>
        </w:tc>
        <w:tc>
          <w:tcPr>
            <w:tcW w:w="1134" w:type="dxa"/>
          </w:tcPr>
          <w:p w:rsidR="002819BA" w:rsidRPr="001B4907" w14:paraId="5E66B1E5" w14:textId="77777777">
            <w:pPr>
              <w:spacing w:after="0"/>
              <w:jc w:val="center"/>
            </w:pPr>
            <w:r w:rsidRPr="001B4907">
              <w:rPr>
                <w:sz w:val="18"/>
              </w:rPr>
              <w:t>P11/P12/P13</w:t>
            </w:r>
          </w:p>
        </w:tc>
        <w:tc>
          <w:tcPr>
            <w:tcW w:w="710" w:type="dxa"/>
          </w:tcPr>
          <w:p w:rsidR="002819BA" w:rsidRPr="001B4907" w14:paraId="24C383A5" w14:textId="77777777">
            <w:pPr>
              <w:spacing w:after="0"/>
              <w:jc w:val="center"/>
            </w:pPr>
            <w:r w:rsidRPr="001B4907">
              <w:rPr>
                <w:sz w:val="18"/>
              </w:rPr>
              <w:t>gab.</w:t>
            </w:r>
          </w:p>
        </w:tc>
        <w:tc>
          <w:tcPr>
            <w:tcW w:w="794" w:type="dxa"/>
          </w:tcPr>
          <w:p w:rsidR="002819BA" w:rsidRPr="001B4907" w14:paraId="7B9E2887" w14:textId="77777777">
            <w:pPr>
              <w:spacing w:after="0"/>
              <w:jc w:val="center"/>
            </w:pPr>
            <w:r w:rsidRPr="001B4907">
              <w:rPr>
                <w:sz w:val="18"/>
              </w:rPr>
              <w:t>5</w:t>
            </w:r>
          </w:p>
        </w:tc>
        <w:tc>
          <w:tcPr>
            <w:tcW w:w="1247" w:type="dxa"/>
          </w:tcPr>
          <w:p w:rsidR="002819BA" w:rsidRPr="001B4907" w14:paraId="7D85D034" w14:textId="77777777">
            <w:pPr>
              <w:spacing w:after="0"/>
              <w:jc w:val="center"/>
            </w:pPr>
            <w:r w:rsidRPr="001B4907">
              <w:rPr>
                <w:sz w:val="18"/>
              </w:rPr>
              <w:t>03.05.2027.–11.06.2027.</w:t>
            </w:r>
          </w:p>
        </w:tc>
      </w:tr>
      <w:tr w14:paraId="4EDFF2A1" w14:textId="77777777" w:rsidTr="002957E9">
        <w:tblPrEx>
          <w:tblW w:w="0" w:type="auto"/>
          <w:jc w:val="center"/>
          <w:tblLayout w:type="fixed"/>
          <w:tblLook w:val="04A0"/>
        </w:tblPrEx>
        <w:trPr>
          <w:gridAfter w:val="1"/>
          <w:wAfter w:w="12" w:type="dxa"/>
          <w:jc w:val="center"/>
        </w:trPr>
        <w:tc>
          <w:tcPr>
            <w:tcW w:w="624" w:type="dxa"/>
          </w:tcPr>
          <w:p w:rsidR="002819BA" w:rsidRPr="001B4907" w14:paraId="1196EB80" w14:textId="77777777">
            <w:pPr>
              <w:spacing w:after="0"/>
              <w:jc w:val="center"/>
            </w:pPr>
            <w:r w:rsidRPr="001B4907">
              <w:rPr>
                <w:sz w:val="18"/>
              </w:rPr>
              <w:t>5.6</w:t>
            </w:r>
          </w:p>
        </w:tc>
        <w:tc>
          <w:tcPr>
            <w:tcW w:w="1814" w:type="dxa"/>
          </w:tcPr>
          <w:p w:rsidR="002819BA" w:rsidRPr="001B4907" w14:paraId="65D556C7" w14:textId="77777777">
            <w:pPr>
              <w:spacing w:after="0"/>
            </w:pPr>
            <w:r w:rsidRPr="001B4907">
              <w:rPr>
                <w:sz w:val="18"/>
              </w:rPr>
              <w:t xml:space="preserve">Gaura </w:t>
            </w:r>
            <w:r w:rsidRPr="001B4907">
              <w:rPr>
                <w:sz w:val="18"/>
              </w:rPr>
              <w:t>lindheimeri</w:t>
            </w:r>
          </w:p>
        </w:tc>
        <w:tc>
          <w:tcPr>
            <w:tcW w:w="1814" w:type="dxa"/>
          </w:tcPr>
          <w:p w:rsidR="002819BA" w:rsidRPr="001B4907" w14:paraId="446F02DC" w14:textId="77777777">
            <w:pPr>
              <w:spacing w:after="0"/>
            </w:pPr>
            <w:r w:rsidRPr="001B4907">
              <w:rPr>
                <w:sz w:val="18"/>
              </w:rPr>
              <w:t>'</w:t>
            </w:r>
            <w:r w:rsidRPr="001B4907">
              <w:rPr>
                <w:sz w:val="18"/>
              </w:rPr>
              <w:t>Gambit</w:t>
            </w:r>
            <w:r w:rsidRPr="001B4907">
              <w:rPr>
                <w:sz w:val="18"/>
              </w:rPr>
              <w:t xml:space="preserve"> </w:t>
            </w:r>
            <w:r w:rsidRPr="001B4907">
              <w:rPr>
                <w:sz w:val="18"/>
              </w:rPr>
              <w:t>White</w:t>
            </w:r>
            <w:r w:rsidRPr="001B4907">
              <w:rPr>
                <w:sz w:val="18"/>
              </w:rPr>
              <w:t>'</w:t>
            </w:r>
          </w:p>
        </w:tc>
        <w:tc>
          <w:tcPr>
            <w:tcW w:w="1701" w:type="dxa"/>
          </w:tcPr>
          <w:p w:rsidR="002819BA" w:rsidRPr="001B4907" w14:paraId="71CD8158" w14:textId="77777777">
            <w:pPr>
              <w:spacing w:after="0"/>
            </w:pPr>
            <w:r w:rsidRPr="001B4907">
              <w:rPr>
                <w:sz w:val="18"/>
              </w:rPr>
              <w:t>Lindheimera</w:t>
            </w:r>
            <w:r w:rsidRPr="001B4907">
              <w:rPr>
                <w:sz w:val="18"/>
              </w:rPr>
              <w:t xml:space="preserve"> gaura</w:t>
            </w:r>
          </w:p>
        </w:tc>
        <w:tc>
          <w:tcPr>
            <w:tcW w:w="1134" w:type="dxa"/>
          </w:tcPr>
          <w:p w:rsidR="002819BA" w:rsidRPr="001B4907" w14:paraId="73E7FB7C" w14:textId="77777777">
            <w:pPr>
              <w:spacing w:after="0"/>
              <w:jc w:val="center"/>
            </w:pPr>
            <w:r w:rsidRPr="001B4907">
              <w:rPr>
                <w:sz w:val="18"/>
              </w:rPr>
              <w:t>P11/P12/P13</w:t>
            </w:r>
          </w:p>
        </w:tc>
        <w:tc>
          <w:tcPr>
            <w:tcW w:w="710" w:type="dxa"/>
          </w:tcPr>
          <w:p w:rsidR="002819BA" w:rsidRPr="001B4907" w14:paraId="25A7C141" w14:textId="77777777">
            <w:pPr>
              <w:spacing w:after="0"/>
              <w:jc w:val="center"/>
            </w:pPr>
            <w:r w:rsidRPr="001B4907">
              <w:rPr>
                <w:sz w:val="18"/>
              </w:rPr>
              <w:t>gab.</w:t>
            </w:r>
          </w:p>
        </w:tc>
        <w:tc>
          <w:tcPr>
            <w:tcW w:w="794" w:type="dxa"/>
          </w:tcPr>
          <w:p w:rsidR="002819BA" w:rsidRPr="001B4907" w14:paraId="2FADA22C" w14:textId="77777777">
            <w:pPr>
              <w:spacing w:after="0"/>
              <w:jc w:val="center"/>
            </w:pPr>
            <w:r w:rsidRPr="001B4907">
              <w:rPr>
                <w:sz w:val="18"/>
              </w:rPr>
              <w:t>6</w:t>
            </w:r>
          </w:p>
        </w:tc>
        <w:tc>
          <w:tcPr>
            <w:tcW w:w="1247" w:type="dxa"/>
          </w:tcPr>
          <w:p w:rsidR="002819BA" w:rsidRPr="001B4907" w14:paraId="3333375E" w14:textId="77777777">
            <w:pPr>
              <w:spacing w:after="0"/>
              <w:jc w:val="center"/>
            </w:pPr>
            <w:r w:rsidRPr="001B4907">
              <w:rPr>
                <w:sz w:val="18"/>
              </w:rPr>
              <w:t>03.05.2027.–11.06.2027.</w:t>
            </w:r>
          </w:p>
        </w:tc>
      </w:tr>
      <w:tr w14:paraId="5F4D9F42" w14:textId="77777777" w:rsidTr="002957E9">
        <w:tblPrEx>
          <w:tblW w:w="0" w:type="auto"/>
          <w:jc w:val="center"/>
          <w:tblLayout w:type="fixed"/>
          <w:tblLook w:val="04A0"/>
        </w:tblPrEx>
        <w:trPr>
          <w:gridAfter w:val="1"/>
          <w:wAfter w:w="12" w:type="dxa"/>
          <w:jc w:val="center"/>
        </w:trPr>
        <w:tc>
          <w:tcPr>
            <w:tcW w:w="624" w:type="dxa"/>
          </w:tcPr>
          <w:p w:rsidR="002819BA" w:rsidRPr="001B4907" w14:paraId="006BF065" w14:textId="77777777">
            <w:pPr>
              <w:spacing w:after="0"/>
              <w:jc w:val="center"/>
            </w:pPr>
            <w:r w:rsidRPr="001B4907">
              <w:rPr>
                <w:sz w:val="18"/>
              </w:rPr>
              <w:t>5.7</w:t>
            </w:r>
          </w:p>
        </w:tc>
        <w:tc>
          <w:tcPr>
            <w:tcW w:w="1814" w:type="dxa"/>
          </w:tcPr>
          <w:p w:rsidR="002819BA" w:rsidRPr="001B4907" w14:paraId="47F2075E" w14:textId="77777777">
            <w:pPr>
              <w:spacing w:after="0"/>
            </w:pPr>
            <w:r w:rsidRPr="001B4907">
              <w:rPr>
                <w:sz w:val="18"/>
              </w:rPr>
              <w:t>Lobelia</w:t>
            </w:r>
          </w:p>
        </w:tc>
        <w:tc>
          <w:tcPr>
            <w:tcW w:w="1814" w:type="dxa"/>
          </w:tcPr>
          <w:p w:rsidR="002819BA" w:rsidRPr="001B4907" w14:paraId="2B116F3A" w14:textId="77777777">
            <w:pPr>
              <w:spacing w:after="0"/>
            </w:pPr>
            <w:r w:rsidRPr="001B4907">
              <w:rPr>
                <w:sz w:val="18"/>
              </w:rPr>
              <w:t>—</w:t>
            </w:r>
          </w:p>
        </w:tc>
        <w:tc>
          <w:tcPr>
            <w:tcW w:w="1701" w:type="dxa"/>
          </w:tcPr>
          <w:p w:rsidR="002819BA" w:rsidRPr="001B4907" w14:paraId="56E4CD59" w14:textId="77777777">
            <w:pPr>
              <w:spacing w:after="0"/>
            </w:pPr>
            <w:r w:rsidRPr="001B4907">
              <w:rPr>
                <w:sz w:val="18"/>
              </w:rPr>
              <w:t>Lobēlija</w:t>
            </w:r>
          </w:p>
        </w:tc>
        <w:tc>
          <w:tcPr>
            <w:tcW w:w="1134" w:type="dxa"/>
          </w:tcPr>
          <w:p w:rsidR="002819BA" w:rsidRPr="001B4907" w14:paraId="22A6C1E6" w14:textId="77777777">
            <w:pPr>
              <w:spacing w:after="0"/>
              <w:jc w:val="center"/>
            </w:pPr>
            <w:r w:rsidRPr="001B4907">
              <w:rPr>
                <w:sz w:val="18"/>
              </w:rPr>
              <w:t>P11/P12/P13</w:t>
            </w:r>
          </w:p>
        </w:tc>
        <w:tc>
          <w:tcPr>
            <w:tcW w:w="710" w:type="dxa"/>
          </w:tcPr>
          <w:p w:rsidR="002819BA" w:rsidRPr="001B4907" w14:paraId="726963FA" w14:textId="77777777">
            <w:pPr>
              <w:spacing w:after="0"/>
              <w:jc w:val="center"/>
            </w:pPr>
            <w:r w:rsidRPr="001B4907">
              <w:rPr>
                <w:sz w:val="18"/>
              </w:rPr>
              <w:t>gab.</w:t>
            </w:r>
          </w:p>
        </w:tc>
        <w:tc>
          <w:tcPr>
            <w:tcW w:w="794" w:type="dxa"/>
          </w:tcPr>
          <w:p w:rsidR="002819BA" w:rsidRPr="001B4907" w14:paraId="502D5C57" w14:textId="77777777">
            <w:pPr>
              <w:spacing w:after="0"/>
              <w:jc w:val="center"/>
            </w:pPr>
            <w:r w:rsidRPr="001B4907">
              <w:rPr>
                <w:sz w:val="18"/>
              </w:rPr>
              <w:t>15</w:t>
            </w:r>
          </w:p>
        </w:tc>
        <w:tc>
          <w:tcPr>
            <w:tcW w:w="1247" w:type="dxa"/>
          </w:tcPr>
          <w:p w:rsidR="002819BA" w:rsidRPr="001B4907" w14:paraId="773C4C72" w14:textId="77777777">
            <w:pPr>
              <w:spacing w:after="0"/>
              <w:jc w:val="center"/>
            </w:pPr>
            <w:r w:rsidRPr="001B4907">
              <w:rPr>
                <w:sz w:val="18"/>
              </w:rPr>
              <w:t>03.05.2027.–11.06.2027.</w:t>
            </w:r>
          </w:p>
        </w:tc>
      </w:tr>
      <w:tr w14:paraId="3E2CF9F2" w14:textId="77777777" w:rsidTr="002957E9">
        <w:tblPrEx>
          <w:tblW w:w="0" w:type="auto"/>
          <w:jc w:val="center"/>
          <w:tblLayout w:type="fixed"/>
          <w:tblLook w:val="04A0"/>
        </w:tblPrEx>
        <w:trPr>
          <w:gridAfter w:val="1"/>
          <w:wAfter w:w="12" w:type="dxa"/>
          <w:jc w:val="center"/>
        </w:trPr>
        <w:tc>
          <w:tcPr>
            <w:tcW w:w="624" w:type="dxa"/>
          </w:tcPr>
          <w:p w:rsidR="002819BA" w:rsidRPr="001B4907" w14:paraId="3FE38BE8" w14:textId="77777777">
            <w:pPr>
              <w:spacing w:after="0"/>
              <w:jc w:val="center"/>
            </w:pPr>
            <w:r w:rsidRPr="001B4907">
              <w:rPr>
                <w:sz w:val="18"/>
              </w:rPr>
              <w:t>5.8</w:t>
            </w:r>
          </w:p>
        </w:tc>
        <w:tc>
          <w:tcPr>
            <w:tcW w:w="1814" w:type="dxa"/>
          </w:tcPr>
          <w:p w:rsidR="002819BA" w:rsidRPr="001B4907" w14:paraId="177B1076" w14:textId="77777777">
            <w:pPr>
              <w:spacing w:after="0"/>
            </w:pPr>
            <w:r w:rsidRPr="001B4907">
              <w:rPr>
                <w:sz w:val="18"/>
              </w:rPr>
              <w:t>Lotus</w:t>
            </w:r>
            <w:r w:rsidRPr="001B4907">
              <w:rPr>
                <w:sz w:val="18"/>
              </w:rPr>
              <w:t xml:space="preserve"> </w:t>
            </w:r>
            <w:r w:rsidRPr="001B4907">
              <w:rPr>
                <w:sz w:val="18"/>
              </w:rPr>
              <w:t>berthelotii</w:t>
            </w:r>
          </w:p>
        </w:tc>
        <w:tc>
          <w:tcPr>
            <w:tcW w:w="1814" w:type="dxa"/>
          </w:tcPr>
          <w:p w:rsidR="002819BA" w:rsidRPr="001B4907" w14:paraId="673335CA" w14:textId="77777777">
            <w:pPr>
              <w:spacing w:after="0"/>
            </w:pPr>
            <w:r w:rsidRPr="001B4907">
              <w:rPr>
                <w:sz w:val="18"/>
              </w:rPr>
              <w:t>'</w:t>
            </w:r>
            <w:r w:rsidRPr="001B4907">
              <w:rPr>
                <w:sz w:val="18"/>
              </w:rPr>
              <w:t>Orange</w:t>
            </w:r>
            <w:r w:rsidRPr="001B4907">
              <w:rPr>
                <w:sz w:val="18"/>
              </w:rPr>
              <w:t xml:space="preserve"> </w:t>
            </w:r>
            <w:r w:rsidRPr="001B4907">
              <w:rPr>
                <w:sz w:val="18"/>
              </w:rPr>
              <w:t>Flash</w:t>
            </w:r>
            <w:r w:rsidRPr="001B4907">
              <w:rPr>
                <w:sz w:val="18"/>
              </w:rPr>
              <w:t>'</w:t>
            </w:r>
          </w:p>
        </w:tc>
        <w:tc>
          <w:tcPr>
            <w:tcW w:w="1701" w:type="dxa"/>
          </w:tcPr>
          <w:p w:rsidR="002819BA" w:rsidRPr="001B4907" w14:paraId="32A365B1" w14:textId="77777777">
            <w:pPr>
              <w:spacing w:after="0"/>
            </w:pPr>
            <w:r w:rsidRPr="001B4907">
              <w:rPr>
                <w:sz w:val="18"/>
              </w:rPr>
              <w:t>Papagaiļknābis</w:t>
            </w:r>
          </w:p>
        </w:tc>
        <w:tc>
          <w:tcPr>
            <w:tcW w:w="1134" w:type="dxa"/>
          </w:tcPr>
          <w:p w:rsidR="002819BA" w:rsidRPr="001B4907" w14:paraId="418112F0" w14:textId="77777777">
            <w:pPr>
              <w:spacing w:after="0"/>
              <w:jc w:val="center"/>
            </w:pPr>
            <w:r w:rsidRPr="001B4907">
              <w:rPr>
                <w:sz w:val="18"/>
              </w:rPr>
              <w:t>P11/P12/P13</w:t>
            </w:r>
          </w:p>
        </w:tc>
        <w:tc>
          <w:tcPr>
            <w:tcW w:w="710" w:type="dxa"/>
          </w:tcPr>
          <w:p w:rsidR="002819BA" w:rsidRPr="001B4907" w14:paraId="0FC060A6" w14:textId="77777777">
            <w:pPr>
              <w:spacing w:after="0"/>
              <w:jc w:val="center"/>
            </w:pPr>
            <w:r w:rsidRPr="001B4907">
              <w:rPr>
                <w:sz w:val="18"/>
              </w:rPr>
              <w:t>gab.</w:t>
            </w:r>
          </w:p>
        </w:tc>
        <w:tc>
          <w:tcPr>
            <w:tcW w:w="794" w:type="dxa"/>
          </w:tcPr>
          <w:p w:rsidR="002819BA" w:rsidRPr="001B4907" w14:paraId="62488383" w14:textId="77777777">
            <w:pPr>
              <w:spacing w:after="0"/>
              <w:jc w:val="center"/>
            </w:pPr>
            <w:r w:rsidRPr="001B4907">
              <w:rPr>
                <w:sz w:val="18"/>
              </w:rPr>
              <w:t>2</w:t>
            </w:r>
          </w:p>
        </w:tc>
        <w:tc>
          <w:tcPr>
            <w:tcW w:w="1247" w:type="dxa"/>
          </w:tcPr>
          <w:p w:rsidR="002819BA" w:rsidRPr="001B4907" w14:paraId="12EA362C" w14:textId="77777777">
            <w:pPr>
              <w:spacing w:after="0"/>
              <w:jc w:val="center"/>
            </w:pPr>
            <w:r w:rsidRPr="001B4907">
              <w:rPr>
                <w:sz w:val="18"/>
              </w:rPr>
              <w:t>03.05.2027.–11.06.2027.</w:t>
            </w:r>
          </w:p>
        </w:tc>
      </w:tr>
      <w:tr w14:paraId="72C0F340" w14:textId="77777777" w:rsidTr="002957E9">
        <w:tblPrEx>
          <w:tblW w:w="0" w:type="auto"/>
          <w:jc w:val="center"/>
          <w:tblLayout w:type="fixed"/>
          <w:tblLook w:val="04A0"/>
        </w:tblPrEx>
        <w:trPr>
          <w:gridAfter w:val="1"/>
          <w:wAfter w:w="12" w:type="dxa"/>
          <w:jc w:val="center"/>
        </w:trPr>
        <w:tc>
          <w:tcPr>
            <w:tcW w:w="624" w:type="dxa"/>
          </w:tcPr>
          <w:p w:rsidR="002819BA" w:rsidRPr="001B4907" w14:paraId="5E7D8916" w14:textId="77777777">
            <w:pPr>
              <w:spacing w:after="0"/>
              <w:jc w:val="center"/>
            </w:pPr>
            <w:r w:rsidRPr="001B4907">
              <w:rPr>
                <w:sz w:val="18"/>
              </w:rPr>
              <w:t>5.9</w:t>
            </w:r>
          </w:p>
        </w:tc>
        <w:tc>
          <w:tcPr>
            <w:tcW w:w="1814" w:type="dxa"/>
          </w:tcPr>
          <w:p w:rsidR="002819BA" w:rsidRPr="001B4907" w14:paraId="1100F879" w14:textId="77777777">
            <w:pPr>
              <w:spacing w:after="0"/>
            </w:pPr>
            <w:r w:rsidRPr="001B4907">
              <w:rPr>
                <w:sz w:val="18"/>
              </w:rPr>
              <w:t>Pennisetum</w:t>
            </w:r>
            <w:r w:rsidRPr="001B4907">
              <w:rPr>
                <w:sz w:val="18"/>
              </w:rPr>
              <w:t xml:space="preserve"> </w:t>
            </w:r>
            <w:r w:rsidRPr="001B4907">
              <w:rPr>
                <w:sz w:val="18"/>
              </w:rPr>
              <w:t>villosum</w:t>
            </w:r>
          </w:p>
        </w:tc>
        <w:tc>
          <w:tcPr>
            <w:tcW w:w="1814" w:type="dxa"/>
          </w:tcPr>
          <w:p w:rsidR="002819BA" w:rsidRPr="001B4907" w14:paraId="6D48E783" w14:textId="77777777">
            <w:pPr>
              <w:spacing w:after="0"/>
            </w:pPr>
            <w:r w:rsidRPr="001B4907">
              <w:rPr>
                <w:sz w:val="18"/>
              </w:rPr>
              <w:t>'Nemira'</w:t>
            </w:r>
          </w:p>
        </w:tc>
        <w:tc>
          <w:tcPr>
            <w:tcW w:w="1701" w:type="dxa"/>
          </w:tcPr>
          <w:p w:rsidR="002819BA" w:rsidRPr="001B4907" w14:paraId="20E67737" w14:textId="45C06D11">
            <w:pPr>
              <w:spacing w:after="0"/>
            </w:pPr>
            <w:r w:rsidRPr="001B4907">
              <w:rPr>
                <w:sz w:val="18"/>
              </w:rPr>
              <w:t xml:space="preserve">Matainā </w:t>
            </w:r>
            <w:r w:rsidRPr="001B4907">
              <w:rPr>
                <w:sz w:val="18"/>
              </w:rPr>
              <w:t>s</w:t>
            </w:r>
            <w:r w:rsidRPr="001B4907" w:rsidR="000618FA">
              <w:rPr>
                <w:sz w:val="18"/>
              </w:rPr>
              <w:t>a</w:t>
            </w:r>
            <w:r w:rsidRPr="001B4907" w:rsidR="001B4907">
              <w:rPr>
                <w:sz w:val="18"/>
              </w:rPr>
              <w:t>r</w:t>
            </w:r>
            <w:r w:rsidRPr="001B4907" w:rsidR="000618FA">
              <w:rPr>
                <w:sz w:val="18"/>
              </w:rPr>
              <w:t>zāle</w:t>
            </w:r>
            <w:r w:rsidRPr="001B4907" w:rsidR="000618FA">
              <w:rPr>
                <w:sz w:val="18"/>
              </w:rPr>
              <w:t xml:space="preserve"> </w:t>
            </w:r>
          </w:p>
        </w:tc>
        <w:tc>
          <w:tcPr>
            <w:tcW w:w="1134" w:type="dxa"/>
          </w:tcPr>
          <w:p w:rsidR="002819BA" w:rsidRPr="001B4907" w14:paraId="44783EBD" w14:textId="77777777">
            <w:pPr>
              <w:spacing w:after="0"/>
              <w:jc w:val="center"/>
            </w:pPr>
            <w:r w:rsidRPr="001B4907">
              <w:rPr>
                <w:sz w:val="18"/>
              </w:rPr>
              <w:t>P11/P12/P13</w:t>
            </w:r>
          </w:p>
        </w:tc>
        <w:tc>
          <w:tcPr>
            <w:tcW w:w="710" w:type="dxa"/>
          </w:tcPr>
          <w:p w:rsidR="002819BA" w:rsidRPr="001B4907" w14:paraId="540BB69F" w14:textId="77777777">
            <w:pPr>
              <w:spacing w:after="0"/>
              <w:jc w:val="center"/>
            </w:pPr>
            <w:r w:rsidRPr="001B4907">
              <w:rPr>
                <w:sz w:val="18"/>
              </w:rPr>
              <w:t>gab.</w:t>
            </w:r>
          </w:p>
        </w:tc>
        <w:tc>
          <w:tcPr>
            <w:tcW w:w="794" w:type="dxa"/>
          </w:tcPr>
          <w:p w:rsidR="002819BA" w:rsidRPr="001B4907" w14:paraId="6069C30F" w14:textId="77777777">
            <w:pPr>
              <w:spacing w:after="0"/>
              <w:jc w:val="center"/>
            </w:pPr>
            <w:r w:rsidRPr="001B4907">
              <w:rPr>
                <w:sz w:val="18"/>
              </w:rPr>
              <w:t>8</w:t>
            </w:r>
          </w:p>
        </w:tc>
        <w:tc>
          <w:tcPr>
            <w:tcW w:w="1247" w:type="dxa"/>
          </w:tcPr>
          <w:p w:rsidR="002819BA" w:rsidRPr="001B4907" w14:paraId="546CF35C" w14:textId="77777777">
            <w:pPr>
              <w:spacing w:after="0"/>
              <w:jc w:val="center"/>
            </w:pPr>
            <w:r w:rsidRPr="001B4907">
              <w:rPr>
                <w:sz w:val="18"/>
              </w:rPr>
              <w:t>03.05.2027.–11.06.2027.</w:t>
            </w:r>
          </w:p>
        </w:tc>
      </w:tr>
      <w:tr w14:paraId="4FC85263" w14:textId="77777777" w:rsidTr="002957E9">
        <w:tblPrEx>
          <w:tblW w:w="0" w:type="auto"/>
          <w:jc w:val="center"/>
          <w:tblLayout w:type="fixed"/>
          <w:tblLook w:val="04A0"/>
        </w:tblPrEx>
        <w:trPr>
          <w:gridAfter w:val="1"/>
          <w:wAfter w:w="12" w:type="dxa"/>
          <w:jc w:val="center"/>
        </w:trPr>
        <w:tc>
          <w:tcPr>
            <w:tcW w:w="624" w:type="dxa"/>
          </w:tcPr>
          <w:p w:rsidR="002819BA" w:rsidRPr="001B4907" w14:paraId="6F40CE7D" w14:textId="77777777">
            <w:pPr>
              <w:spacing w:after="0"/>
              <w:jc w:val="center"/>
            </w:pPr>
            <w:r w:rsidRPr="001B4907">
              <w:rPr>
                <w:sz w:val="18"/>
              </w:rPr>
              <w:t>5.10</w:t>
            </w:r>
          </w:p>
        </w:tc>
        <w:tc>
          <w:tcPr>
            <w:tcW w:w="1814" w:type="dxa"/>
          </w:tcPr>
          <w:p w:rsidR="002819BA" w:rsidRPr="001B4907" w14:paraId="243E9583"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0FFA7F0F" w14:textId="77777777">
            <w:pPr>
              <w:spacing w:after="0"/>
            </w:pPr>
            <w:r w:rsidRPr="001B4907">
              <w:rPr>
                <w:sz w:val="18"/>
              </w:rPr>
              <w:t>'Mini Vista-dažādās krāsās'</w:t>
            </w:r>
          </w:p>
        </w:tc>
        <w:tc>
          <w:tcPr>
            <w:tcW w:w="1701" w:type="dxa"/>
          </w:tcPr>
          <w:p w:rsidR="002819BA" w:rsidRPr="001B4907" w14:paraId="17E92C55" w14:textId="77777777">
            <w:pPr>
              <w:spacing w:after="0"/>
            </w:pPr>
            <w:r w:rsidRPr="001B4907">
              <w:rPr>
                <w:sz w:val="18"/>
              </w:rPr>
              <w:t>Petūnija mini vista</w:t>
            </w:r>
          </w:p>
        </w:tc>
        <w:tc>
          <w:tcPr>
            <w:tcW w:w="1134" w:type="dxa"/>
          </w:tcPr>
          <w:p w:rsidR="002819BA" w:rsidRPr="001B4907" w14:paraId="67567019" w14:textId="77777777">
            <w:pPr>
              <w:spacing w:after="0"/>
              <w:jc w:val="center"/>
            </w:pPr>
            <w:r w:rsidRPr="001B4907">
              <w:rPr>
                <w:sz w:val="18"/>
              </w:rPr>
              <w:t>P11/P12/P13</w:t>
            </w:r>
          </w:p>
        </w:tc>
        <w:tc>
          <w:tcPr>
            <w:tcW w:w="710" w:type="dxa"/>
          </w:tcPr>
          <w:p w:rsidR="002819BA" w:rsidRPr="001B4907" w14:paraId="7A176A43" w14:textId="77777777">
            <w:pPr>
              <w:spacing w:after="0"/>
              <w:jc w:val="center"/>
            </w:pPr>
            <w:r w:rsidRPr="001B4907">
              <w:rPr>
                <w:sz w:val="18"/>
              </w:rPr>
              <w:t>gab.</w:t>
            </w:r>
          </w:p>
        </w:tc>
        <w:tc>
          <w:tcPr>
            <w:tcW w:w="794" w:type="dxa"/>
          </w:tcPr>
          <w:p w:rsidR="002819BA" w:rsidRPr="001B4907" w14:paraId="6F547DDB" w14:textId="77777777">
            <w:pPr>
              <w:spacing w:after="0"/>
              <w:jc w:val="center"/>
            </w:pPr>
            <w:r w:rsidRPr="001B4907">
              <w:rPr>
                <w:sz w:val="18"/>
              </w:rPr>
              <w:t>3</w:t>
            </w:r>
          </w:p>
        </w:tc>
        <w:tc>
          <w:tcPr>
            <w:tcW w:w="1247" w:type="dxa"/>
          </w:tcPr>
          <w:p w:rsidR="002819BA" w:rsidRPr="001B4907" w14:paraId="176D1B98" w14:textId="77777777">
            <w:pPr>
              <w:spacing w:after="0"/>
              <w:jc w:val="center"/>
            </w:pPr>
            <w:r w:rsidRPr="001B4907">
              <w:rPr>
                <w:sz w:val="18"/>
              </w:rPr>
              <w:t>03.05.2027.–11.06.2027.</w:t>
            </w:r>
          </w:p>
        </w:tc>
      </w:tr>
      <w:tr w14:paraId="670B7F1B" w14:textId="77777777" w:rsidTr="002957E9">
        <w:tblPrEx>
          <w:tblW w:w="0" w:type="auto"/>
          <w:jc w:val="center"/>
          <w:tblLayout w:type="fixed"/>
          <w:tblLook w:val="04A0"/>
        </w:tblPrEx>
        <w:trPr>
          <w:gridAfter w:val="1"/>
          <w:wAfter w:w="12" w:type="dxa"/>
          <w:jc w:val="center"/>
        </w:trPr>
        <w:tc>
          <w:tcPr>
            <w:tcW w:w="624" w:type="dxa"/>
          </w:tcPr>
          <w:p w:rsidR="002819BA" w:rsidRPr="001B4907" w14:paraId="530D7455" w14:textId="77777777">
            <w:pPr>
              <w:spacing w:after="0"/>
              <w:jc w:val="center"/>
            </w:pPr>
            <w:r w:rsidRPr="001B4907">
              <w:rPr>
                <w:sz w:val="18"/>
              </w:rPr>
              <w:t>5.11</w:t>
            </w:r>
          </w:p>
        </w:tc>
        <w:tc>
          <w:tcPr>
            <w:tcW w:w="1814" w:type="dxa"/>
          </w:tcPr>
          <w:p w:rsidR="002819BA" w:rsidRPr="001B4907" w14:paraId="4634CEF3" w14:textId="77777777">
            <w:pPr>
              <w:spacing w:after="0"/>
            </w:pPr>
            <w:r w:rsidRPr="001B4907">
              <w:rPr>
                <w:sz w:val="18"/>
              </w:rPr>
              <w:t>Tagetes</w:t>
            </w:r>
            <w:r w:rsidRPr="001B4907">
              <w:rPr>
                <w:sz w:val="18"/>
              </w:rPr>
              <w:t xml:space="preserve"> </w:t>
            </w:r>
            <w:r w:rsidRPr="001B4907">
              <w:rPr>
                <w:sz w:val="18"/>
              </w:rPr>
              <w:t>patula</w:t>
            </w:r>
          </w:p>
        </w:tc>
        <w:tc>
          <w:tcPr>
            <w:tcW w:w="1814" w:type="dxa"/>
          </w:tcPr>
          <w:p w:rsidR="002819BA" w:rsidRPr="001B4907" w14:paraId="72F41398" w14:textId="77777777">
            <w:pPr>
              <w:spacing w:after="0"/>
            </w:pPr>
            <w:r w:rsidRPr="001B4907">
              <w:rPr>
                <w:sz w:val="18"/>
              </w:rPr>
              <w:t>'</w:t>
            </w:r>
            <w:r w:rsidRPr="001B4907">
              <w:rPr>
                <w:sz w:val="18"/>
              </w:rPr>
              <w:t>Janie</w:t>
            </w:r>
            <w:r w:rsidRPr="001B4907">
              <w:rPr>
                <w:sz w:val="18"/>
              </w:rPr>
              <w:t xml:space="preserve"> </w:t>
            </w:r>
            <w:r w:rsidRPr="001B4907">
              <w:rPr>
                <w:sz w:val="18"/>
              </w:rPr>
              <w:t>Bright</w:t>
            </w:r>
            <w:r w:rsidRPr="001B4907">
              <w:rPr>
                <w:sz w:val="18"/>
              </w:rPr>
              <w:t xml:space="preserve"> </w:t>
            </w:r>
            <w:r w:rsidRPr="001B4907">
              <w:rPr>
                <w:sz w:val="18"/>
              </w:rPr>
              <w:t>Yellow</w:t>
            </w:r>
            <w:r w:rsidRPr="001B4907">
              <w:rPr>
                <w:sz w:val="18"/>
              </w:rPr>
              <w:t>'</w:t>
            </w:r>
          </w:p>
        </w:tc>
        <w:tc>
          <w:tcPr>
            <w:tcW w:w="1701" w:type="dxa"/>
          </w:tcPr>
          <w:p w:rsidR="002819BA" w:rsidRPr="001B4907" w14:paraId="18A0ADD3" w14:textId="77777777">
            <w:pPr>
              <w:spacing w:after="0"/>
            </w:pPr>
            <w:r w:rsidRPr="001B4907">
              <w:rPr>
                <w:sz w:val="18"/>
              </w:rPr>
              <w:t>Samtenes dzeltenās, zemās</w:t>
            </w:r>
          </w:p>
        </w:tc>
        <w:tc>
          <w:tcPr>
            <w:tcW w:w="1134" w:type="dxa"/>
          </w:tcPr>
          <w:p w:rsidR="002819BA" w:rsidRPr="001B4907" w14:paraId="67393804" w14:textId="77777777">
            <w:pPr>
              <w:spacing w:after="0"/>
              <w:jc w:val="center"/>
            </w:pPr>
            <w:r w:rsidRPr="001B4907">
              <w:rPr>
                <w:sz w:val="18"/>
              </w:rPr>
              <w:t>P11/P12/P13</w:t>
            </w:r>
          </w:p>
        </w:tc>
        <w:tc>
          <w:tcPr>
            <w:tcW w:w="710" w:type="dxa"/>
          </w:tcPr>
          <w:p w:rsidR="002819BA" w:rsidRPr="001B4907" w14:paraId="1926CC6B" w14:textId="77777777">
            <w:pPr>
              <w:spacing w:after="0"/>
              <w:jc w:val="center"/>
            </w:pPr>
            <w:r w:rsidRPr="001B4907">
              <w:rPr>
                <w:sz w:val="18"/>
              </w:rPr>
              <w:t>gab.</w:t>
            </w:r>
          </w:p>
        </w:tc>
        <w:tc>
          <w:tcPr>
            <w:tcW w:w="794" w:type="dxa"/>
          </w:tcPr>
          <w:p w:rsidR="002819BA" w:rsidRPr="001B4907" w14:paraId="007CEBFB" w14:textId="77777777">
            <w:pPr>
              <w:spacing w:after="0"/>
              <w:jc w:val="center"/>
            </w:pPr>
            <w:r w:rsidRPr="001B4907">
              <w:rPr>
                <w:sz w:val="18"/>
              </w:rPr>
              <w:t>35</w:t>
            </w:r>
          </w:p>
        </w:tc>
        <w:tc>
          <w:tcPr>
            <w:tcW w:w="1247" w:type="dxa"/>
          </w:tcPr>
          <w:p w:rsidR="002819BA" w:rsidRPr="001B4907" w14:paraId="5375BE1F" w14:textId="77777777">
            <w:pPr>
              <w:spacing w:after="0"/>
              <w:jc w:val="center"/>
            </w:pPr>
            <w:r w:rsidRPr="001B4907">
              <w:rPr>
                <w:sz w:val="18"/>
              </w:rPr>
              <w:t>03.05.2027.–11.06.2027.</w:t>
            </w:r>
          </w:p>
        </w:tc>
      </w:tr>
      <w:tr w14:paraId="06393369" w14:textId="77777777" w:rsidTr="002957E9">
        <w:tblPrEx>
          <w:tblW w:w="0" w:type="auto"/>
          <w:jc w:val="center"/>
          <w:tblLayout w:type="fixed"/>
          <w:tblLook w:val="04A0"/>
        </w:tblPrEx>
        <w:trPr>
          <w:gridAfter w:val="1"/>
          <w:wAfter w:w="12" w:type="dxa"/>
          <w:jc w:val="center"/>
        </w:trPr>
        <w:tc>
          <w:tcPr>
            <w:tcW w:w="624" w:type="dxa"/>
          </w:tcPr>
          <w:p w:rsidR="002819BA" w:rsidRPr="001B4907" w14:paraId="3F181DED" w14:textId="77777777">
            <w:pPr>
              <w:spacing w:after="0"/>
              <w:jc w:val="center"/>
            </w:pPr>
            <w:r w:rsidRPr="001B4907">
              <w:rPr>
                <w:sz w:val="18"/>
              </w:rPr>
              <w:t>5.12</w:t>
            </w:r>
          </w:p>
        </w:tc>
        <w:tc>
          <w:tcPr>
            <w:tcW w:w="1814" w:type="dxa"/>
          </w:tcPr>
          <w:p w:rsidR="002819BA" w:rsidRPr="001B4907" w14:paraId="1B40F540" w14:textId="77777777">
            <w:pPr>
              <w:spacing w:after="0"/>
            </w:pPr>
            <w:r w:rsidRPr="001B4907">
              <w:rPr>
                <w:sz w:val="18"/>
              </w:rPr>
              <w:t xml:space="preserve">Verbena </w:t>
            </w:r>
            <w:r w:rsidRPr="001B4907">
              <w:rPr>
                <w:sz w:val="18"/>
              </w:rPr>
              <w:t>hybrida</w:t>
            </w:r>
          </w:p>
        </w:tc>
        <w:tc>
          <w:tcPr>
            <w:tcW w:w="1814" w:type="dxa"/>
          </w:tcPr>
          <w:p w:rsidR="002819BA" w:rsidRPr="001B4907" w14:paraId="260D5E29" w14:textId="77777777">
            <w:pPr>
              <w:spacing w:after="0"/>
            </w:pPr>
            <w:r w:rsidRPr="001B4907">
              <w:rPr>
                <w:sz w:val="18"/>
              </w:rPr>
              <w:t>'</w:t>
            </w:r>
            <w:r w:rsidRPr="001B4907">
              <w:rPr>
                <w:sz w:val="18"/>
              </w:rPr>
              <w:t>Lindolena</w:t>
            </w:r>
            <w:r w:rsidRPr="001B4907">
              <w:rPr>
                <w:sz w:val="18"/>
              </w:rPr>
              <w:t xml:space="preserve"> </w:t>
            </w:r>
            <w:r w:rsidRPr="001B4907">
              <w:rPr>
                <w:sz w:val="18"/>
              </w:rPr>
              <w:t>Blue</w:t>
            </w:r>
            <w:r w:rsidRPr="001B4907">
              <w:rPr>
                <w:sz w:val="18"/>
              </w:rPr>
              <w:t xml:space="preserve"> </w:t>
            </w:r>
            <w:r w:rsidRPr="001B4907">
              <w:rPr>
                <w:sz w:val="18"/>
              </w:rPr>
              <w:t>Charme</w:t>
            </w:r>
            <w:r w:rsidRPr="001B4907">
              <w:rPr>
                <w:sz w:val="18"/>
              </w:rPr>
              <w:t>'</w:t>
            </w:r>
          </w:p>
        </w:tc>
        <w:tc>
          <w:tcPr>
            <w:tcW w:w="1701" w:type="dxa"/>
          </w:tcPr>
          <w:p w:rsidR="002819BA" w:rsidRPr="001B4907" w14:paraId="69E2106D" w14:textId="77777777">
            <w:pPr>
              <w:spacing w:after="0"/>
            </w:pPr>
            <w:r w:rsidRPr="001B4907">
              <w:rPr>
                <w:sz w:val="18"/>
              </w:rPr>
              <w:t>Hibrīdā verbena</w:t>
            </w:r>
          </w:p>
        </w:tc>
        <w:tc>
          <w:tcPr>
            <w:tcW w:w="1134" w:type="dxa"/>
          </w:tcPr>
          <w:p w:rsidR="002819BA" w:rsidRPr="001B4907" w14:paraId="209D1505" w14:textId="77777777">
            <w:pPr>
              <w:spacing w:after="0"/>
              <w:jc w:val="center"/>
            </w:pPr>
            <w:r w:rsidRPr="001B4907">
              <w:rPr>
                <w:sz w:val="18"/>
              </w:rPr>
              <w:t>P11/P12/P13</w:t>
            </w:r>
          </w:p>
        </w:tc>
        <w:tc>
          <w:tcPr>
            <w:tcW w:w="710" w:type="dxa"/>
          </w:tcPr>
          <w:p w:rsidR="002819BA" w:rsidRPr="001B4907" w14:paraId="453C181D" w14:textId="77777777">
            <w:pPr>
              <w:spacing w:after="0"/>
              <w:jc w:val="center"/>
            </w:pPr>
            <w:r w:rsidRPr="001B4907">
              <w:rPr>
                <w:sz w:val="18"/>
              </w:rPr>
              <w:t>gab.</w:t>
            </w:r>
          </w:p>
        </w:tc>
        <w:tc>
          <w:tcPr>
            <w:tcW w:w="794" w:type="dxa"/>
          </w:tcPr>
          <w:p w:rsidR="002819BA" w:rsidRPr="001B4907" w14:paraId="2D75EC53" w14:textId="77777777">
            <w:pPr>
              <w:spacing w:after="0"/>
              <w:jc w:val="center"/>
            </w:pPr>
            <w:r w:rsidRPr="001B4907">
              <w:rPr>
                <w:sz w:val="18"/>
              </w:rPr>
              <w:t>27</w:t>
            </w:r>
          </w:p>
        </w:tc>
        <w:tc>
          <w:tcPr>
            <w:tcW w:w="1247" w:type="dxa"/>
          </w:tcPr>
          <w:p w:rsidR="002819BA" w:rsidRPr="001B4907" w14:paraId="1FF7F330" w14:textId="77777777">
            <w:pPr>
              <w:spacing w:after="0"/>
              <w:jc w:val="center"/>
            </w:pPr>
            <w:r w:rsidRPr="001B4907">
              <w:rPr>
                <w:sz w:val="18"/>
              </w:rPr>
              <w:t>03.05.2027.–11.06.2027.</w:t>
            </w:r>
          </w:p>
        </w:tc>
      </w:tr>
      <w:tr w14:paraId="1885957A" w14:textId="77777777" w:rsidTr="002957E9">
        <w:tblPrEx>
          <w:tblW w:w="0" w:type="auto"/>
          <w:jc w:val="center"/>
          <w:tblLayout w:type="fixed"/>
          <w:tblLook w:val="04A0"/>
        </w:tblPrEx>
        <w:trPr>
          <w:gridAfter w:val="1"/>
          <w:wAfter w:w="12" w:type="dxa"/>
          <w:jc w:val="center"/>
        </w:trPr>
        <w:tc>
          <w:tcPr>
            <w:tcW w:w="624" w:type="dxa"/>
          </w:tcPr>
          <w:p w:rsidR="002819BA" w:rsidRPr="001B4907" w14:paraId="5B75F4BF" w14:textId="77777777">
            <w:pPr>
              <w:spacing w:after="0"/>
              <w:jc w:val="center"/>
            </w:pPr>
            <w:r w:rsidRPr="001B4907">
              <w:rPr>
                <w:sz w:val="18"/>
              </w:rPr>
              <w:t>5.13</w:t>
            </w:r>
          </w:p>
        </w:tc>
        <w:tc>
          <w:tcPr>
            <w:tcW w:w="1814" w:type="dxa"/>
          </w:tcPr>
          <w:p w:rsidR="002819BA" w:rsidRPr="001B4907" w14:paraId="573B26AA" w14:textId="77777777">
            <w:pPr>
              <w:spacing w:after="0"/>
            </w:pPr>
            <w:r w:rsidRPr="001B4907">
              <w:rPr>
                <w:sz w:val="18"/>
              </w:rPr>
              <w:t xml:space="preserve">Viola </w:t>
            </w:r>
            <w:r w:rsidRPr="001B4907">
              <w:rPr>
                <w:sz w:val="18"/>
              </w:rPr>
              <w:t>wittrockiana</w:t>
            </w:r>
          </w:p>
        </w:tc>
        <w:tc>
          <w:tcPr>
            <w:tcW w:w="1814" w:type="dxa"/>
          </w:tcPr>
          <w:p w:rsidR="002819BA" w:rsidRPr="001B4907" w14:paraId="13473B73" w14:textId="77777777">
            <w:pPr>
              <w:spacing w:after="0"/>
            </w:pPr>
            <w:r w:rsidRPr="001B4907">
              <w:rPr>
                <w:sz w:val="18"/>
              </w:rPr>
              <w:t>'</w:t>
            </w:r>
            <w:r w:rsidRPr="001B4907">
              <w:rPr>
                <w:sz w:val="18"/>
              </w:rPr>
              <w:t>Yellow</w:t>
            </w:r>
            <w:r w:rsidRPr="001B4907">
              <w:rPr>
                <w:sz w:val="18"/>
              </w:rPr>
              <w:t xml:space="preserve"> mix'</w:t>
            </w:r>
          </w:p>
        </w:tc>
        <w:tc>
          <w:tcPr>
            <w:tcW w:w="1701" w:type="dxa"/>
          </w:tcPr>
          <w:p w:rsidR="002819BA" w:rsidRPr="001B4907" w14:paraId="2EC06FA3" w14:textId="77777777">
            <w:pPr>
              <w:spacing w:after="0"/>
            </w:pPr>
            <w:r w:rsidRPr="001B4907">
              <w:rPr>
                <w:sz w:val="18"/>
              </w:rPr>
              <w:t>Lielziedu atraitnīte</w:t>
            </w:r>
          </w:p>
        </w:tc>
        <w:tc>
          <w:tcPr>
            <w:tcW w:w="1134" w:type="dxa"/>
          </w:tcPr>
          <w:p w:rsidR="002819BA" w:rsidRPr="001B4907" w14:paraId="27879749" w14:textId="77777777">
            <w:pPr>
              <w:spacing w:after="0"/>
              <w:jc w:val="center"/>
            </w:pPr>
            <w:r w:rsidRPr="001B4907">
              <w:rPr>
                <w:sz w:val="18"/>
              </w:rPr>
              <w:t>P11/P12/P13</w:t>
            </w:r>
          </w:p>
        </w:tc>
        <w:tc>
          <w:tcPr>
            <w:tcW w:w="710" w:type="dxa"/>
          </w:tcPr>
          <w:p w:rsidR="002819BA" w:rsidRPr="001B4907" w14:paraId="17C3818C" w14:textId="77777777">
            <w:pPr>
              <w:spacing w:after="0"/>
              <w:jc w:val="center"/>
            </w:pPr>
            <w:r w:rsidRPr="001B4907">
              <w:rPr>
                <w:sz w:val="18"/>
              </w:rPr>
              <w:t>gab.</w:t>
            </w:r>
          </w:p>
        </w:tc>
        <w:tc>
          <w:tcPr>
            <w:tcW w:w="794" w:type="dxa"/>
          </w:tcPr>
          <w:p w:rsidR="002819BA" w:rsidRPr="001B4907" w14:paraId="424D89E9" w14:textId="77777777">
            <w:pPr>
              <w:spacing w:after="0"/>
              <w:jc w:val="center"/>
            </w:pPr>
            <w:r w:rsidRPr="001B4907">
              <w:rPr>
                <w:sz w:val="18"/>
              </w:rPr>
              <w:t>61</w:t>
            </w:r>
          </w:p>
        </w:tc>
        <w:tc>
          <w:tcPr>
            <w:tcW w:w="1247" w:type="dxa"/>
          </w:tcPr>
          <w:p w:rsidR="002819BA" w:rsidRPr="001B4907" w14:paraId="33B0965F" w14:textId="77777777">
            <w:pPr>
              <w:spacing w:after="0"/>
              <w:jc w:val="center"/>
            </w:pPr>
            <w:r w:rsidRPr="001B4907">
              <w:rPr>
                <w:sz w:val="18"/>
              </w:rPr>
              <w:t>15.03.2027.–09.04.2027.</w:t>
            </w:r>
          </w:p>
        </w:tc>
      </w:tr>
      <w:tr w14:paraId="6FBF40B5"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57C4306D" w14:textId="77777777">
            <w:pPr>
              <w:spacing w:after="0"/>
              <w:jc w:val="center"/>
            </w:pPr>
            <w:r w:rsidRPr="001B4907">
              <w:rPr>
                <w:b/>
                <w:sz w:val="18"/>
              </w:rPr>
              <w:t>Kopā 5. piegādes vietā</w:t>
            </w:r>
          </w:p>
        </w:tc>
        <w:tc>
          <w:tcPr>
            <w:tcW w:w="794" w:type="dxa"/>
          </w:tcPr>
          <w:p w:rsidR="002819BA" w:rsidRPr="001B4907" w14:paraId="1C82ADE6" w14:textId="77777777">
            <w:pPr>
              <w:spacing w:after="0"/>
              <w:jc w:val="center"/>
            </w:pPr>
            <w:r w:rsidRPr="001B4907">
              <w:rPr>
                <w:b/>
                <w:sz w:val="18"/>
              </w:rPr>
              <w:t>194</w:t>
            </w:r>
          </w:p>
        </w:tc>
        <w:tc>
          <w:tcPr>
            <w:tcW w:w="1247" w:type="dxa"/>
          </w:tcPr>
          <w:p w:rsidR="002819BA" w:rsidRPr="001B4907" w14:paraId="5C562466" w14:textId="77777777">
            <w:pPr>
              <w:spacing w:after="0"/>
              <w:jc w:val="center"/>
            </w:pPr>
          </w:p>
        </w:tc>
      </w:tr>
      <w:tr w14:paraId="1A60E76E"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17224FED" w14:textId="77777777">
            <w:pPr>
              <w:spacing w:after="0"/>
              <w:jc w:val="center"/>
            </w:pPr>
            <w:r w:rsidRPr="001B4907">
              <w:rPr>
                <w:b/>
                <w:sz w:val="18"/>
              </w:rPr>
              <w:t>6. Piegāde Ceraukstes pagasta nodaļai, adrese: „Tautas nams”, Ceraukste, Ceraukstes pagasts, Bauskas novads</w:t>
            </w:r>
          </w:p>
        </w:tc>
      </w:tr>
      <w:tr w14:paraId="76399A8F" w14:textId="77777777" w:rsidTr="002957E9">
        <w:tblPrEx>
          <w:tblW w:w="0" w:type="auto"/>
          <w:jc w:val="center"/>
          <w:tblLayout w:type="fixed"/>
          <w:tblLook w:val="04A0"/>
        </w:tblPrEx>
        <w:trPr>
          <w:gridAfter w:val="1"/>
          <w:wAfter w:w="12" w:type="dxa"/>
          <w:jc w:val="center"/>
        </w:trPr>
        <w:tc>
          <w:tcPr>
            <w:tcW w:w="624" w:type="dxa"/>
          </w:tcPr>
          <w:p w:rsidR="002819BA" w:rsidRPr="001B4907" w14:paraId="129B2082" w14:textId="77777777">
            <w:pPr>
              <w:spacing w:after="0"/>
              <w:jc w:val="center"/>
            </w:pPr>
            <w:r w:rsidRPr="001B4907">
              <w:rPr>
                <w:sz w:val="18"/>
              </w:rPr>
              <w:t>6.1</w:t>
            </w:r>
          </w:p>
        </w:tc>
        <w:tc>
          <w:tcPr>
            <w:tcW w:w="1814" w:type="dxa"/>
          </w:tcPr>
          <w:p w:rsidR="002819BA" w:rsidRPr="001B4907" w14:paraId="643AE1E2" w14:textId="77777777">
            <w:pPr>
              <w:spacing w:after="0"/>
            </w:pPr>
            <w:r w:rsidRPr="001B4907">
              <w:rPr>
                <w:sz w:val="18"/>
              </w:rPr>
              <w:t>Begonia</w:t>
            </w:r>
            <w:r w:rsidRPr="001B4907">
              <w:rPr>
                <w:sz w:val="18"/>
              </w:rPr>
              <w:t xml:space="preserve"> </w:t>
            </w:r>
            <w:r w:rsidRPr="001B4907">
              <w:rPr>
                <w:sz w:val="18"/>
              </w:rPr>
              <w:t>elatior</w:t>
            </w:r>
          </w:p>
        </w:tc>
        <w:tc>
          <w:tcPr>
            <w:tcW w:w="1814" w:type="dxa"/>
          </w:tcPr>
          <w:p w:rsidR="002819BA" w:rsidRPr="001B4907" w14:paraId="41F87FF5" w14:textId="77777777">
            <w:pPr>
              <w:spacing w:after="0"/>
            </w:pPr>
            <w:r w:rsidRPr="001B4907">
              <w:rPr>
                <w:sz w:val="18"/>
              </w:rPr>
              <w:t>Betulia</w:t>
            </w:r>
          </w:p>
        </w:tc>
        <w:tc>
          <w:tcPr>
            <w:tcW w:w="1701" w:type="dxa"/>
          </w:tcPr>
          <w:p w:rsidR="002819BA" w:rsidRPr="001B4907" w14:paraId="7551A035" w14:textId="77777777">
            <w:pPr>
              <w:spacing w:after="0"/>
            </w:pPr>
            <w:r w:rsidRPr="001B4907">
              <w:rPr>
                <w:sz w:val="18"/>
              </w:rPr>
              <w:t>Leduspuķe</w:t>
            </w:r>
          </w:p>
        </w:tc>
        <w:tc>
          <w:tcPr>
            <w:tcW w:w="1134" w:type="dxa"/>
          </w:tcPr>
          <w:p w:rsidR="002819BA" w:rsidRPr="001B4907" w14:paraId="577C1906" w14:textId="77777777">
            <w:pPr>
              <w:spacing w:after="0"/>
              <w:jc w:val="center"/>
            </w:pPr>
            <w:r w:rsidRPr="001B4907">
              <w:rPr>
                <w:sz w:val="18"/>
              </w:rPr>
              <w:t>P11/P12/P13</w:t>
            </w:r>
          </w:p>
        </w:tc>
        <w:tc>
          <w:tcPr>
            <w:tcW w:w="710" w:type="dxa"/>
          </w:tcPr>
          <w:p w:rsidR="002819BA" w:rsidRPr="001B4907" w14:paraId="4ED8DA1D" w14:textId="77777777">
            <w:pPr>
              <w:spacing w:after="0"/>
              <w:jc w:val="center"/>
            </w:pPr>
            <w:r w:rsidRPr="001B4907">
              <w:rPr>
                <w:sz w:val="18"/>
              </w:rPr>
              <w:t>gab.</w:t>
            </w:r>
          </w:p>
        </w:tc>
        <w:tc>
          <w:tcPr>
            <w:tcW w:w="794" w:type="dxa"/>
          </w:tcPr>
          <w:p w:rsidR="002819BA" w:rsidRPr="001B4907" w14:paraId="703469B1" w14:textId="77777777">
            <w:pPr>
              <w:spacing w:after="0"/>
              <w:jc w:val="center"/>
            </w:pPr>
            <w:r w:rsidRPr="001B4907">
              <w:rPr>
                <w:sz w:val="18"/>
              </w:rPr>
              <w:t>20</w:t>
            </w:r>
          </w:p>
        </w:tc>
        <w:tc>
          <w:tcPr>
            <w:tcW w:w="1247" w:type="dxa"/>
          </w:tcPr>
          <w:p w:rsidR="002819BA" w:rsidRPr="001B4907" w14:paraId="25C79F5E" w14:textId="77777777">
            <w:pPr>
              <w:spacing w:after="0"/>
              <w:jc w:val="center"/>
            </w:pPr>
            <w:r w:rsidRPr="001B4907">
              <w:rPr>
                <w:sz w:val="18"/>
              </w:rPr>
              <w:t>03.05.2027.–11.06.2027.</w:t>
            </w:r>
          </w:p>
        </w:tc>
      </w:tr>
      <w:tr w14:paraId="02BD6B89" w14:textId="77777777" w:rsidTr="002957E9">
        <w:tblPrEx>
          <w:tblW w:w="0" w:type="auto"/>
          <w:jc w:val="center"/>
          <w:tblLayout w:type="fixed"/>
          <w:tblLook w:val="04A0"/>
        </w:tblPrEx>
        <w:trPr>
          <w:gridAfter w:val="1"/>
          <w:wAfter w:w="12" w:type="dxa"/>
          <w:jc w:val="center"/>
        </w:trPr>
        <w:tc>
          <w:tcPr>
            <w:tcW w:w="624" w:type="dxa"/>
          </w:tcPr>
          <w:p w:rsidR="002819BA" w:rsidRPr="001B4907" w14:paraId="1AEB4FBF" w14:textId="77777777">
            <w:pPr>
              <w:spacing w:after="0"/>
              <w:jc w:val="center"/>
            </w:pPr>
            <w:r w:rsidRPr="001B4907">
              <w:rPr>
                <w:sz w:val="18"/>
              </w:rPr>
              <w:t>6.2</w:t>
            </w:r>
          </w:p>
        </w:tc>
        <w:tc>
          <w:tcPr>
            <w:tcW w:w="1814" w:type="dxa"/>
          </w:tcPr>
          <w:p w:rsidR="002819BA" w:rsidRPr="001B4907" w14:paraId="505F0629" w14:textId="77777777">
            <w:pPr>
              <w:spacing w:after="0"/>
            </w:pPr>
            <w:r w:rsidRPr="001B4907">
              <w:rPr>
                <w:sz w:val="18"/>
              </w:rPr>
              <w:t>Bidens</w:t>
            </w:r>
            <w:r w:rsidRPr="001B4907">
              <w:rPr>
                <w:sz w:val="18"/>
              </w:rPr>
              <w:t xml:space="preserve"> </w:t>
            </w:r>
            <w:r w:rsidRPr="001B4907">
              <w:rPr>
                <w:sz w:val="18"/>
              </w:rPr>
              <w:t>ferulifolia</w:t>
            </w:r>
          </w:p>
        </w:tc>
        <w:tc>
          <w:tcPr>
            <w:tcW w:w="1814" w:type="dxa"/>
          </w:tcPr>
          <w:p w:rsidR="002819BA" w:rsidRPr="001B4907" w14:paraId="687C4070" w14:textId="77777777">
            <w:pPr>
              <w:spacing w:after="0"/>
            </w:pPr>
            <w:r w:rsidRPr="001B4907">
              <w:rPr>
                <w:sz w:val="18"/>
              </w:rPr>
              <w:t>Golden</w:t>
            </w:r>
            <w:r w:rsidRPr="001B4907">
              <w:rPr>
                <w:sz w:val="18"/>
              </w:rPr>
              <w:t xml:space="preserve"> </w:t>
            </w:r>
            <w:r w:rsidRPr="001B4907">
              <w:rPr>
                <w:sz w:val="18"/>
              </w:rPr>
              <w:t>Empire</w:t>
            </w:r>
          </w:p>
        </w:tc>
        <w:tc>
          <w:tcPr>
            <w:tcW w:w="1701" w:type="dxa"/>
          </w:tcPr>
          <w:p w:rsidR="002819BA" w:rsidRPr="001B4907" w14:paraId="01C0F7F6" w14:textId="77777777">
            <w:pPr>
              <w:spacing w:after="0"/>
            </w:pPr>
            <w:r w:rsidRPr="001B4907">
              <w:rPr>
                <w:sz w:val="18"/>
              </w:rPr>
              <w:t>Bīdene</w:t>
            </w:r>
          </w:p>
        </w:tc>
        <w:tc>
          <w:tcPr>
            <w:tcW w:w="1134" w:type="dxa"/>
          </w:tcPr>
          <w:p w:rsidR="002819BA" w:rsidRPr="001B4907" w14:paraId="62F541BA" w14:textId="77777777">
            <w:pPr>
              <w:spacing w:after="0"/>
              <w:jc w:val="center"/>
            </w:pPr>
            <w:r w:rsidRPr="001B4907">
              <w:rPr>
                <w:sz w:val="18"/>
              </w:rPr>
              <w:t>P11/P12/P13</w:t>
            </w:r>
          </w:p>
        </w:tc>
        <w:tc>
          <w:tcPr>
            <w:tcW w:w="710" w:type="dxa"/>
          </w:tcPr>
          <w:p w:rsidR="002819BA" w:rsidRPr="001B4907" w14:paraId="75E76099" w14:textId="77777777">
            <w:pPr>
              <w:spacing w:after="0"/>
              <w:jc w:val="center"/>
            </w:pPr>
            <w:r w:rsidRPr="001B4907">
              <w:rPr>
                <w:sz w:val="18"/>
              </w:rPr>
              <w:t>gab.</w:t>
            </w:r>
          </w:p>
        </w:tc>
        <w:tc>
          <w:tcPr>
            <w:tcW w:w="794" w:type="dxa"/>
          </w:tcPr>
          <w:p w:rsidR="002819BA" w:rsidRPr="001B4907" w14:paraId="4871D13B" w14:textId="77777777">
            <w:pPr>
              <w:spacing w:after="0"/>
              <w:jc w:val="center"/>
            </w:pPr>
            <w:r w:rsidRPr="001B4907">
              <w:rPr>
                <w:sz w:val="18"/>
              </w:rPr>
              <w:t>10</w:t>
            </w:r>
          </w:p>
        </w:tc>
        <w:tc>
          <w:tcPr>
            <w:tcW w:w="1247" w:type="dxa"/>
          </w:tcPr>
          <w:p w:rsidR="002819BA" w:rsidRPr="001B4907" w14:paraId="5174A3D1" w14:textId="77777777">
            <w:pPr>
              <w:spacing w:after="0"/>
              <w:jc w:val="center"/>
            </w:pPr>
            <w:r w:rsidRPr="001B4907">
              <w:rPr>
                <w:sz w:val="18"/>
              </w:rPr>
              <w:t>03.05.2027.–11.06.2027.</w:t>
            </w:r>
          </w:p>
        </w:tc>
      </w:tr>
      <w:tr w14:paraId="709FA8C9" w14:textId="77777777" w:rsidTr="002957E9">
        <w:tblPrEx>
          <w:tblW w:w="0" w:type="auto"/>
          <w:jc w:val="center"/>
          <w:tblLayout w:type="fixed"/>
          <w:tblLook w:val="04A0"/>
        </w:tblPrEx>
        <w:trPr>
          <w:gridAfter w:val="1"/>
          <w:wAfter w:w="12" w:type="dxa"/>
          <w:jc w:val="center"/>
        </w:trPr>
        <w:tc>
          <w:tcPr>
            <w:tcW w:w="624" w:type="dxa"/>
          </w:tcPr>
          <w:p w:rsidR="002819BA" w:rsidRPr="001B4907" w14:paraId="37D31BBF" w14:textId="77777777">
            <w:pPr>
              <w:spacing w:after="0"/>
              <w:jc w:val="center"/>
            </w:pPr>
            <w:r w:rsidRPr="001B4907">
              <w:rPr>
                <w:sz w:val="18"/>
              </w:rPr>
              <w:t>6.3</w:t>
            </w:r>
          </w:p>
        </w:tc>
        <w:tc>
          <w:tcPr>
            <w:tcW w:w="1814" w:type="dxa"/>
          </w:tcPr>
          <w:p w:rsidR="002819BA" w:rsidRPr="001B4907" w14:paraId="38DC31FA" w14:textId="77777777">
            <w:pPr>
              <w:spacing w:after="0"/>
            </w:pPr>
            <w:r w:rsidRPr="001B4907">
              <w:rPr>
                <w:sz w:val="18"/>
              </w:rPr>
              <w:t>Calibrachoa</w:t>
            </w:r>
          </w:p>
        </w:tc>
        <w:tc>
          <w:tcPr>
            <w:tcW w:w="1814" w:type="dxa"/>
          </w:tcPr>
          <w:p w:rsidR="002819BA" w:rsidRPr="001B4907" w14:paraId="72760827" w14:textId="77777777">
            <w:pPr>
              <w:spacing w:after="0"/>
            </w:pPr>
            <w:r w:rsidRPr="001B4907">
              <w:rPr>
                <w:sz w:val="18"/>
              </w:rPr>
              <w:t>Calita</w:t>
            </w:r>
            <w:r w:rsidRPr="001B4907">
              <w:rPr>
                <w:sz w:val="18"/>
              </w:rPr>
              <w:t xml:space="preserve"> </w:t>
            </w:r>
            <w:r w:rsidRPr="001B4907">
              <w:rPr>
                <w:sz w:val="18"/>
              </w:rPr>
              <w:t>Double</w:t>
            </w:r>
            <w:r w:rsidRPr="001B4907">
              <w:rPr>
                <w:sz w:val="18"/>
              </w:rPr>
              <w:t xml:space="preserve"> mix</w:t>
            </w:r>
          </w:p>
        </w:tc>
        <w:tc>
          <w:tcPr>
            <w:tcW w:w="1701" w:type="dxa"/>
          </w:tcPr>
          <w:p w:rsidR="002819BA" w:rsidRPr="001B4907" w14:paraId="3523B32F" w14:textId="77777777">
            <w:pPr>
              <w:spacing w:after="0"/>
            </w:pPr>
            <w:r w:rsidRPr="001B4907">
              <w:rPr>
                <w:sz w:val="18"/>
              </w:rPr>
              <w:t>Kalibrahoja</w:t>
            </w:r>
          </w:p>
        </w:tc>
        <w:tc>
          <w:tcPr>
            <w:tcW w:w="1134" w:type="dxa"/>
          </w:tcPr>
          <w:p w:rsidR="002819BA" w:rsidRPr="001B4907" w14:paraId="359DE505" w14:textId="77777777">
            <w:pPr>
              <w:spacing w:after="0"/>
              <w:jc w:val="center"/>
            </w:pPr>
            <w:r w:rsidRPr="001B4907">
              <w:rPr>
                <w:sz w:val="18"/>
              </w:rPr>
              <w:t>P11/P12/P13</w:t>
            </w:r>
          </w:p>
        </w:tc>
        <w:tc>
          <w:tcPr>
            <w:tcW w:w="710" w:type="dxa"/>
          </w:tcPr>
          <w:p w:rsidR="002819BA" w:rsidRPr="001B4907" w14:paraId="0567CD95" w14:textId="77777777">
            <w:pPr>
              <w:spacing w:after="0"/>
              <w:jc w:val="center"/>
            </w:pPr>
            <w:r w:rsidRPr="001B4907">
              <w:rPr>
                <w:sz w:val="18"/>
              </w:rPr>
              <w:t>gab.</w:t>
            </w:r>
          </w:p>
        </w:tc>
        <w:tc>
          <w:tcPr>
            <w:tcW w:w="794" w:type="dxa"/>
          </w:tcPr>
          <w:p w:rsidR="002819BA" w:rsidRPr="001B4907" w14:paraId="7A467BA8" w14:textId="77777777">
            <w:pPr>
              <w:spacing w:after="0"/>
              <w:jc w:val="center"/>
            </w:pPr>
            <w:r w:rsidRPr="001B4907">
              <w:rPr>
                <w:sz w:val="18"/>
              </w:rPr>
              <w:t>10</w:t>
            </w:r>
          </w:p>
        </w:tc>
        <w:tc>
          <w:tcPr>
            <w:tcW w:w="1247" w:type="dxa"/>
          </w:tcPr>
          <w:p w:rsidR="002819BA" w:rsidRPr="001B4907" w14:paraId="7D02D483" w14:textId="77777777">
            <w:pPr>
              <w:spacing w:after="0"/>
              <w:jc w:val="center"/>
            </w:pPr>
            <w:r w:rsidRPr="001B4907">
              <w:rPr>
                <w:sz w:val="18"/>
              </w:rPr>
              <w:t>03.05.2027.–11.06.2027.</w:t>
            </w:r>
          </w:p>
        </w:tc>
      </w:tr>
      <w:tr w14:paraId="0D86C06E" w14:textId="77777777" w:rsidTr="002957E9">
        <w:tblPrEx>
          <w:tblW w:w="0" w:type="auto"/>
          <w:jc w:val="center"/>
          <w:tblLayout w:type="fixed"/>
          <w:tblLook w:val="04A0"/>
        </w:tblPrEx>
        <w:trPr>
          <w:gridAfter w:val="1"/>
          <w:wAfter w:w="12" w:type="dxa"/>
          <w:jc w:val="center"/>
        </w:trPr>
        <w:tc>
          <w:tcPr>
            <w:tcW w:w="624" w:type="dxa"/>
          </w:tcPr>
          <w:p w:rsidR="002819BA" w:rsidRPr="001B4907" w14:paraId="381B2952" w14:textId="77777777">
            <w:pPr>
              <w:spacing w:after="0"/>
              <w:jc w:val="center"/>
            </w:pPr>
            <w:r w:rsidRPr="001B4907">
              <w:rPr>
                <w:sz w:val="18"/>
              </w:rPr>
              <w:t>6.4</w:t>
            </w:r>
          </w:p>
        </w:tc>
        <w:tc>
          <w:tcPr>
            <w:tcW w:w="1814" w:type="dxa"/>
          </w:tcPr>
          <w:p w:rsidR="002819BA" w:rsidRPr="001B4907" w14:paraId="050D03D6" w14:textId="77777777">
            <w:pPr>
              <w:spacing w:after="0"/>
            </w:pPr>
            <w:r w:rsidRPr="001B4907">
              <w:rPr>
                <w:sz w:val="18"/>
              </w:rPr>
              <w:t>Dichondra</w:t>
            </w:r>
            <w:r w:rsidRPr="001B4907">
              <w:rPr>
                <w:sz w:val="18"/>
              </w:rPr>
              <w:t xml:space="preserve"> </w:t>
            </w:r>
            <w:r w:rsidRPr="001B4907">
              <w:rPr>
                <w:sz w:val="18"/>
              </w:rPr>
              <w:t>argentea</w:t>
            </w:r>
          </w:p>
        </w:tc>
        <w:tc>
          <w:tcPr>
            <w:tcW w:w="1814" w:type="dxa"/>
          </w:tcPr>
          <w:p w:rsidR="002819BA" w:rsidRPr="001B4907" w14:paraId="5F58E26F" w14:textId="77777777">
            <w:pPr>
              <w:spacing w:after="0"/>
            </w:pPr>
            <w:r w:rsidRPr="001B4907">
              <w:rPr>
                <w:sz w:val="18"/>
              </w:rPr>
              <w:t>Silver</w:t>
            </w:r>
            <w:r w:rsidRPr="001B4907">
              <w:rPr>
                <w:sz w:val="18"/>
              </w:rPr>
              <w:t xml:space="preserve"> </w:t>
            </w:r>
            <w:r w:rsidRPr="001B4907">
              <w:rPr>
                <w:sz w:val="18"/>
              </w:rPr>
              <w:t>falls</w:t>
            </w:r>
          </w:p>
        </w:tc>
        <w:tc>
          <w:tcPr>
            <w:tcW w:w="1701" w:type="dxa"/>
          </w:tcPr>
          <w:p w:rsidR="002819BA" w:rsidRPr="001B4907" w14:paraId="6FF3B747" w14:textId="77777777">
            <w:pPr>
              <w:spacing w:after="0"/>
            </w:pPr>
            <w:r w:rsidRPr="001B4907">
              <w:rPr>
                <w:sz w:val="18"/>
              </w:rPr>
              <w:t>Dihondra</w:t>
            </w:r>
          </w:p>
        </w:tc>
        <w:tc>
          <w:tcPr>
            <w:tcW w:w="1134" w:type="dxa"/>
          </w:tcPr>
          <w:p w:rsidR="002819BA" w:rsidRPr="001B4907" w14:paraId="73CB21C4" w14:textId="77777777">
            <w:pPr>
              <w:spacing w:after="0"/>
              <w:jc w:val="center"/>
            </w:pPr>
            <w:r w:rsidRPr="001B4907">
              <w:rPr>
                <w:sz w:val="18"/>
              </w:rPr>
              <w:t>P11/P12/P13</w:t>
            </w:r>
          </w:p>
        </w:tc>
        <w:tc>
          <w:tcPr>
            <w:tcW w:w="710" w:type="dxa"/>
          </w:tcPr>
          <w:p w:rsidR="002819BA" w:rsidRPr="001B4907" w14:paraId="52DB4986" w14:textId="77777777">
            <w:pPr>
              <w:spacing w:after="0"/>
              <w:jc w:val="center"/>
            </w:pPr>
            <w:r w:rsidRPr="001B4907">
              <w:rPr>
                <w:sz w:val="18"/>
              </w:rPr>
              <w:t>gab.</w:t>
            </w:r>
          </w:p>
        </w:tc>
        <w:tc>
          <w:tcPr>
            <w:tcW w:w="794" w:type="dxa"/>
          </w:tcPr>
          <w:p w:rsidR="002819BA" w:rsidRPr="001B4907" w14:paraId="41A0741E" w14:textId="77777777">
            <w:pPr>
              <w:spacing w:after="0"/>
              <w:jc w:val="center"/>
            </w:pPr>
            <w:r w:rsidRPr="001B4907">
              <w:rPr>
                <w:sz w:val="18"/>
              </w:rPr>
              <w:t>3</w:t>
            </w:r>
          </w:p>
        </w:tc>
        <w:tc>
          <w:tcPr>
            <w:tcW w:w="1247" w:type="dxa"/>
          </w:tcPr>
          <w:p w:rsidR="002819BA" w:rsidRPr="001B4907" w14:paraId="439385F4" w14:textId="77777777">
            <w:pPr>
              <w:spacing w:after="0"/>
              <w:jc w:val="center"/>
            </w:pPr>
            <w:r w:rsidRPr="001B4907">
              <w:rPr>
                <w:sz w:val="18"/>
              </w:rPr>
              <w:t>03.05.2027.–11.06.2027.</w:t>
            </w:r>
          </w:p>
        </w:tc>
      </w:tr>
      <w:tr w14:paraId="0DA8C60C" w14:textId="77777777" w:rsidTr="002957E9">
        <w:tblPrEx>
          <w:tblW w:w="0" w:type="auto"/>
          <w:jc w:val="center"/>
          <w:tblLayout w:type="fixed"/>
          <w:tblLook w:val="04A0"/>
        </w:tblPrEx>
        <w:trPr>
          <w:gridAfter w:val="1"/>
          <w:wAfter w:w="12" w:type="dxa"/>
          <w:jc w:val="center"/>
        </w:trPr>
        <w:tc>
          <w:tcPr>
            <w:tcW w:w="624" w:type="dxa"/>
          </w:tcPr>
          <w:p w:rsidR="002819BA" w:rsidRPr="001B4907" w14:paraId="0590E6D3" w14:textId="77777777">
            <w:pPr>
              <w:spacing w:after="0"/>
              <w:jc w:val="center"/>
            </w:pPr>
            <w:r w:rsidRPr="001B4907">
              <w:rPr>
                <w:sz w:val="18"/>
              </w:rPr>
              <w:t>6.5</w:t>
            </w:r>
          </w:p>
        </w:tc>
        <w:tc>
          <w:tcPr>
            <w:tcW w:w="1814" w:type="dxa"/>
          </w:tcPr>
          <w:p w:rsidR="002819BA" w:rsidRPr="001B4907" w14:paraId="22F3DC3C" w14:textId="77777777">
            <w:pPr>
              <w:spacing w:after="0"/>
            </w:pPr>
            <w:r w:rsidRPr="001B4907">
              <w:rPr>
                <w:sz w:val="18"/>
              </w:rPr>
              <w:t xml:space="preserve">Gaura </w:t>
            </w:r>
            <w:r w:rsidRPr="001B4907">
              <w:rPr>
                <w:sz w:val="18"/>
              </w:rPr>
              <w:t>lindheimeri</w:t>
            </w:r>
          </w:p>
        </w:tc>
        <w:tc>
          <w:tcPr>
            <w:tcW w:w="1814" w:type="dxa"/>
          </w:tcPr>
          <w:p w:rsidR="002819BA" w:rsidRPr="001B4907" w14:paraId="0054AA64" w14:textId="77777777">
            <w:pPr>
              <w:spacing w:after="0"/>
            </w:pPr>
            <w:r w:rsidRPr="001B4907">
              <w:rPr>
                <w:sz w:val="18"/>
              </w:rPr>
              <w:t>Gambit</w:t>
            </w:r>
            <w:r w:rsidRPr="001B4907">
              <w:rPr>
                <w:sz w:val="18"/>
              </w:rPr>
              <w:t xml:space="preserve"> </w:t>
            </w:r>
            <w:r w:rsidRPr="001B4907">
              <w:rPr>
                <w:sz w:val="18"/>
              </w:rPr>
              <w:t>White</w:t>
            </w:r>
          </w:p>
        </w:tc>
        <w:tc>
          <w:tcPr>
            <w:tcW w:w="1701" w:type="dxa"/>
          </w:tcPr>
          <w:p w:rsidR="002819BA" w:rsidRPr="001B4907" w14:paraId="4B196178" w14:textId="77777777">
            <w:pPr>
              <w:spacing w:after="0"/>
            </w:pPr>
            <w:r w:rsidRPr="001B4907">
              <w:rPr>
                <w:sz w:val="18"/>
              </w:rPr>
              <w:t>Lindheimera</w:t>
            </w:r>
            <w:r w:rsidRPr="001B4907">
              <w:rPr>
                <w:sz w:val="18"/>
              </w:rPr>
              <w:t xml:space="preserve"> gaura</w:t>
            </w:r>
          </w:p>
        </w:tc>
        <w:tc>
          <w:tcPr>
            <w:tcW w:w="1134" w:type="dxa"/>
          </w:tcPr>
          <w:p w:rsidR="002819BA" w:rsidRPr="001B4907" w14:paraId="27BD19B4" w14:textId="77777777">
            <w:pPr>
              <w:spacing w:after="0"/>
              <w:jc w:val="center"/>
            </w:pPr>
            <w:r w:rsidRPr="001B4907">
              <w:rPr>
                <w:sz w:val="18"/>
              </w:rPr>
              <w:t>P11/P12/P13</w:t>
            </w:r>
          </w:p>
        </w:tc>
        <w:tc>
          <w:tcPr>
            <w:tcW w:w="710" w:type="dxa"/>
          </w:tcPr>
          <w:p w:rsidR="002819BA" w:rsidRPr="001B4907" w14:paraId="1C8FDFD7" w14:textId="77777777">
            <w:pPr>
              <w:spacing w:after="0"/>
              <w:jc w:val="center"/>
            </w:pPr>
            <w:r w:rsidRPr="001B4907">
              <w:rPr>
                <w:sz w:val="18"/>
              </w:rPr>
              <w:t>gab.</w:t>
            </w:r>
          </w:p>
        </w:tc>
        <w:tc>
          <w:tcPr>
            <w:tcW w:w="794" w:type="dxa"/>
          </w:tcPr>
          <w:p w:rsidR="002819BA" w:rsidRPr="001B4907" w14:paraId="568AFF97" w14:textId="77777777">
            <w:pPr>
              <w:spacing w:after="0"/>
              <w:jc w:val="center"/>
            </w:pPr>
            <w:r w:rsidRPr="001B4907">
              <w:rPr>
                <w:sz w:val="18"/>
              </w:rPr>
              <w:t>10</w:t>
            </w:r>
          </w:p>
        </w:tc>
        <w:tc>
          <w:tcPr>
            <w:tcW w:w="1247" w:type="dxa"/>
          </w:tcPr>
          <w:p w:rsidR="002819BA" w:rsidRPr="001B4907" w14:paraId="2D7C1E72" w14:textId="77777777">
            <w:pPr>
              <w:spacing w:after="0"/>
              <w:jc w:val="center"/>
            </w:pPr>
            <w:r w:rsidRPr="001B4907">
              <w:rPr>
                <w:sz w:val="18"/>
              </w:rPr>
              <w:t>03.05.2027.–11.06.2027.</w:t>
            </w:r>
          </w:p>
        </w:tc>
      </w:tr>
      <w:tr w14:paraId="3C6CE8E8" w14:textId="77777777" w:rsidTr="002957E9">
        <w:tblPrEx>
          <w:tblW w:w="0" w:type="auto"/>
          <w:jc w:val="center"/>
          <w:tblLayout w:type="fixed"/>
          <w:tblLook w:val="04A0"/>
        </w:tblPrEx>
        <w:trPr>
          <w:gridAfter w:val="1"/>
          <w:wAfter w:w="12" w:type="dxa"/>
          <w:jc w:val="center"/>
        </w:trPr>
        <w:tc>
          <w:tcPr>
            <w:tcW w:w="624" w:type="dxa"/>
          </w:tcPr>
          <w:p w:rsidR="002819BA" w:rsidRPr="001B4907" w14:paraId="1EC26A8A" w14:textId="77777777">
            <w:pPr>
              <w:spacing w:after="0"/>
              <w:jc w:val="center"/>
            </w:pPr>
            <w:r w:rsidRPr="001B4907">
              <w:rPr>
                <w:sz w:val="18"/>
              </w:rPr>
              <w:t>6.6</w:t>
            </w:r>
          </w:p>
        </w:tc>
        <w:tc>
          <w:tcPr>
            <w:tcW w:w="1814" w:type="dxa"/>
          </w:tcPr>
          <w:p w:rsidR="002819BA" w:rsidRPr="001B4907" w14:paraId="237E021B" w14:textId="77777777">
            <w:pPr>
              <w:spacing w:after="0"/>
            </w:pPr>
            <w:r w:rsidRPr="001B4907">
              <w:rPr>
                <w:sz w:val="18"/>
              </w:rPr>
              <w:t>Glechoma</w:t>
            </w:r>
            <w:r w:rsidRPr="001B4907">
              <w:rPr>
                <w:sz w:val="18"/>
              </w:rPr>
              <w:t xml:space="preserve"> </w:t>
            </w:r>
            <w:r w:rsidRPr="001B4907">
              <w:rPr>
                <w:sz w:val="18"/>
              </w:rPr>
              <w:t>hederacea</w:t>
            </w:r>
          </w:p>
        </w:tc>
        <w:tc>
          <w:tcPr>
            <w:tcW w:w="1814" w:type="dxa"/>
          </w:tcPr>
          <w:p w:rsidR="002819BA" w:rsidRPr="001B4907" w14:paraId="342394B6" w14:textId="77777777">
            <w:pPr>
              <w:spacing w:after="0"/>
            </w:pPr>
            <w:r w:rsidRPr="001B4907">
              <w:rPr>
                <w:sz w:val="18"/>
              </w:rPr>
              <w:t>'</w:t>
            </w:r>
            <w:r w:rsidRPr="001B4907">
              <w:rPr>
                <w:sz w:val="18"/>
              </w:rPr>
              <w:t>Variegata</w:t>
            </w:r>
            <w:r w:rsidRPr="001B4907">
              <w:rPr>
                <w:sz w:val="18"/>
              </w:rPr>
              <w:t>'</w:t>
            </w:r>
          </w:p>
        </w:tc>
        <w:tc>
          <w:tcPr>
            <w:tcW w:w="1701" w:type="dxa"/>
          </w:tcPr>
          <w:p w:rsidR="002819BA" w:rsidRPr="001B4907" w14:paraId="540CC7DB" w14:textId="77777777">
            <w:pPr>
              <w:spacing w:after="0"/>
            </w:pPr>
            <w:r w:rsidRPr="001B4907">
              <w:rPr>
                <w:sz w:val="18"/>
              </w:rPr>
              <w:t>Efeju sētložņa</w:t>
            </w:r>
          </w:p>
        </w:tc>
        <w:tc>
          <w:tcPr>
            <w:tcW w:w="1134" w:type="dxa"/>
          </w:tcPr>
          <w:p w:rsidR="002819BA" w:rsidRPr="001B4907" w14:paraId="095C102D" w14:textId="77777777">
            <w:pPr>
              <w:spacing w:after="0"/>
              <w:jc w:val="center"/>
            </w:pPr>
            <w:r w:rsidRPr="001B4907">
              <w:rPr>
                <w:sz w:val="18"/>
              </w:rPr>
              <w:t>P11/P12/P13</w:t>
            </w:r>
          </w:p>
        </w:tc>
        <w:tc>
          <w:tcPr>
            <w:tcW w:w="710" w:type="dxa"/>
          </w:tcPr>
          <w:p w:rsidR="002819BA" w:rsidRPr="001B4907" w14:paraId="2BE54C3D" w14:textId="77777777">
            <w:pPr>
              <w:spacing w:after="0"/>
              <w:jc w:val="center"/>
            </w:pPr>
            <w:r w:rsidRPr="001B4907">
              <w:rPr>
                <w:sz w:val="18"/>
              </w:rPr>
              <w:t>gab.</w:t>
            </w:r>
          </w:p>
        </w:tc>
        <w:tc>
          <w:tcPr>
            <w:tcW w:w="794" w:type="dxa"/>
          </w:tcPr>
          <w:p w:rsidR="002819BA" w:rsidRPr="001B4907" w14:paraId="16AA9B5A" w14:textId="77777777">
            <w:pPr>
              <w:spacing w:after="0"/>
              <w:jc w:val="center"/>
            </w:pPr>
            <w:r w:rsidRPr="001B4907">
              <w:rPr>
                <w:sz w:val="18"/>
              </w:rPr>
              <w:t>3</w:t>
            </w:r>
          </w:p>
        </w:tc>
        <w:tc>
          <w:tcPr>
            <w:tcW w:w="1247" w:type="dxa"/>
          </w:tcPr>
          <w:p w:rsidR="002819BA" w:rsidRPr="001B4907" w14:paraId="2A168158" w14:textId="77777777">
            <w:pPr>
              <w:spacing w:after="0"/>
              <w:jc w:val="center"/>
            </w:pPr>
            <w:r w:rsidRPr="001B4907">
              <w:rPr>
                <w:sz w:val="18"/>
              </w:rPr>
              <w:t>03.05.2027.–11.06.2027.</w:t>
            </w:r>
          </w:p>
        </w:tc>
      </w:tr>
      <w:tr w14:paraId="61854D0F" w14:textId="77777777" w:rsidTr="002957E9">
        <w:tblPrEx>
          <w:tblW w:w="0" w:type="auto"/>
          <w:jc w:val="center"/>
          <w:tblLayout w:type="fixed"/>
          <w:tblLook w:val="04A0"/>
        </w:tblPrEx>
        <w:trPr>
          <w:gridAfter w:val="1"/>
          <w:wAfter w:w="12" w:type="dxa"/>
          <w:jc w:val="center"/>
        </w:trPr>
        <w:tc>
          <w:tcPr>
            <w:tcW w:w="624" w:type="dxa"/>
          </w:tcPr>
          <w:p w:rsidR="002819BA" w:rsidRPr="001B4907" w14:paraId="392FE140" w14:textId="77777777">
            <w:pPr>
              <w:spacing w:after="0"/>
              <w:jc w:val="center"/>
            </w:pPr>
            <w:r w:rsidRPr="001B4907">
              <w:rPr>
                <w:sz w:val="18"/>
              </w:rPr>
              <w:t>6.7</w:t>
            </w:r>
          </w:p>
        </w:tc>
        <w:tc>
          <w:tcPr>
            <w:tcW w:w="1814" w:type="dxa"/>
          </w:tcPr>
          <w:p w:rsidR="002819BA" w:rsidRPr="001B4907" w14:paraId="7CE12D56" w14:textId="77777777">
            <w:pPr>
              <w:spacing w:after="0"/>
            </w:pPr>
            <w:r w:rsidRPr="001B4907">
              <w:rPr>
                <w:sz w:val="18"/>
              </w:rPr>
              <w:t>Jacobaea</w:t>
            </w:r>
            <w:r w:rsidRPr="001B4907">
              <w:rPr>
                <w:sz w:val="18"/>
              </w:rPr>
              <w:t xml:space="preserve"> </w:t>
            </w:r>
            <w:r w:rsidRPr="001B4907">
              <w:rPr>
                <w:sz w:val="18"/>
              </w:rPr>
              <w:t>maritima</w:t>
            </w:r>
          </w:p>
        </w:tc>
        <w:tc>
          <w:tcPr>
            <w:tcW w:w="1814" w:type="dxa"/>
          </w:tcPr>
          <w:p w:rsidR="002819BA" w:rsidRPr="001B4907" w14:paraId="65953B52" w14:textId="77777777">
            <w:pPr>
              <w:spacing w:after="0"/>
            </w:pPr>
            <w:r w:rsidRPr="001B4907">
              <w:rPr>
                <w:sz w:val="18"/>
              </w:rPr>
              <w:t>Dusty</w:t>
            </w:r>
            <w:r w:rsidRPr="001B4907">
              <w:rPr>
                <w:sz w:val="18"/>
              </w:rPr>
              <w:t xml:space="preserve"> Miller</w:t>
            </w:r>
          </w:p>
        </w:tc>
        <w:tc>
          <w:tcPr>
            <w:tcW w:w="1701" w:type="dxa"/>
          </w:tcPr>
          <w:p w:rsidR="002819BA" w:rsidRPr="001B4907" w14:paraId="29119507" w14:textId="77777777">
            <w:pPr>
              <w:spacing w:after="0"/>
            </w:pPr>
            <w:r w:rsidRPr="001B4907">
              <w:rPr>
                <w:sz w:val="18"/>
              </w:rPr>
              <w:t>Krustaines</w:t>
            </w:r>
          </w:p>
        </w:tc>
        <w:tc>
          <w:tcPr>
            <w:tcW w:w="1134" w:type="dxa"/>
          </w:tcPr>
          <w:p w:rsidR="002819BA" w:rsidRPr="001B4907" w14:paraId="228EF806" w14:textId="77777777">
            <w:pPr>
              <w:spacing w:after="0"/>
              <w:jc w:val="center"/>
            </w:pPr>
            <w:r w:rsidRPr="001B4907">
              <w:rPr>
                <w:sz w:val="18"/>
              </w:rPr>
              <w:t>P11/P12/P13</w:t>
            </w:r>
          </w:p>
        </w:tc>
        <w:tc>
          <w:tcPr>
            <w:tcW w:w="710" w:type="dxa"/>
          </w:tcPr>
          <w:p w:rsidR="002819BA" w:rsidRPr="001B4907" w14:paraId="61CDC6C9" w14:textId="77777777">
            <w:pPr>
              <w:spacing w:after="0"/>
              <w:jc w:val="center"/>
            </w:pPr>
            <w:r w:rsidRPr="001B4907">
              <w:rPr>
                <w:sz w:val="18"/>
              </w:rPr>
              <w:t>gab.</w:t>
            </w:r>
          </w:p>
        </w:tc>
        <w:tc>
          <w:tcPr>
            <w:tcW w:w="794" w:type="dxa"/>
          </w:tcPr>
          <w:p w:rsidR="002819BA" w:rsidRPr="001B4907" w14:paraId="2E4FE73C" w14:textId="77777777">
            <w:pPr>
              <w:spacing w:after="0"/>
              <w:jc w:val="center"/>
            </w:pPr>
            <w:r w:rsidRPr="001B4907">
              <w:rPr>
                <w:sz w:val="18"/>
              </w:rPr>
              <w:t>10</w:t>
            </w:r>
          </w:p>
        </w:tc>
        <w:tc>
          <w:tcPr>
            <w:tcW w:w="1247" w:type="dxa"/>
          </w:tcPr>
          <w:p w:rsidR="002819BA" w:rsidRPr="001B4907" w14:paraId="4A66B6F2" w14:textId="77777777">
            <w:pPr>
              <w:spacing w:after="0"/>
              <w:jc w:val="center"/>
            </w:pPr>
            <w:r w:rsidRPr="001B4907">
              <w:rPr>
                <w:sz w:val="18"/>
              </w:rPr>
              <w:t>03.05.2027.–11.06.2027.</w:t>
            </w:r>
          </w:p>
        </w:tc>
      </w:tr>
      <w:tr w14:paraId="1E079BE3" w14:textId="77777777" w:rsidTr="002957E9">
        <w:tblPrEx>
          <w:tblW w:w="0" w:type="auto"/>
          <w:jc w:val="center"/>
          <w:tblLayout w:type="fixed"/>
          <w:tblLook w:val="04A0"/>
        </w:tblPrEx>
        <w:trPr>
          <w:gridAfter w:val="1"/>
          <w:wAfter w:w="12" w:type="dxa"/>
          <w:jc w:val="center"/>
        </w:trPr>
        <w:tc>
          <w:tcPr>
            <w:tcW w:w="624" w:type="dxa"/>
          </w:tcPr>
          <w:p w:rsidR="002819BA" w:rsidRPr="001B4907" w14:paraId="51EA2EE9" w14:textId="77777777">
            <w:pPr>
              <w:spacing w:after="0"/>
              <w:jc w:val="center"/>
            </w:pPr>
            <w:r w:rsidRPr="001B4907">
              <w:rPr>
                <w:sz w:val="18"/>
              </w:rPr>
              <w:t>6.8</w:t>
            </w:r>
          </w:p>
        </w:tc>
        <w:tc>
          <w:tcPr>
            <w:tcW w:w="1814" w:type="dxa"/>
          </w:tcPr>
          <w:p w:rsidR="002819BA" w:rsidRPr="001B4907" w14:paraId="20168128" w14:textId="77777777">
            <w:pPr>
              <w:spacing w:after="0"/>
            </w:pPr>
            <w:r w:rsidRPr="001B4907">
              <w:rPr>
                <w:sz w:val="18"/>
              </w:rPr>
              <w:t>Lobelia</w:t>
            </w:r>
          </w:p>
        </w:tc>
        <w:tc>
          <w:tcPr>
            <w:tcW w:w="1814" w:type="dxa"/>
          </w:tcPr>
          <w:p w:rsidR="002819BA" w:rsidRPr="001B4907" w14:paraId="1A658D36" w14:textId="77777777">
            <w:pPr>
              <w:spacing w:after="0"/>
            </w:pPr>
            <w:r w:rsidRPr="001B4907">
              <w:rPr>
                <w:sz w:val="18"/>
              </w:rPr>
              <w:t>Lucia</w:t>
            </w:r>
            <w:r w:rsidRPr="001B4907">
              <w:rPr>
                <w:sz w:val="18"/>
              </w:rPr>
              <w:t xml:space="preserve"> Dark </w:t>
            </w:r>
            <w:r w:rsidRPr="001B4907">
              <w:rPr>
                <w:sz w:val="18"/>
              </w:rPr>
              <w:t>Blue</w:t>
            </w:r>
          </w:p>
        </w:tc>
        <w:tc>
          <w:tcPr>
            <w:tcW w:w="1701" w:type="dxa"/>
          </w:tcPr>
          <w:p w:rsidR="002819BA" w:rsidRPr="001B4907" w14:paraId="44E71481" w14:textId="77777777">
            <w:pPr>
              <w:spacing w:after="0"/>
            </w:pPr>
            <w:r w:rsidRPr="001B4907">
              <w:rPr>
                <w:sz w:val="18"/>
              </w:rPr>
              <w:t>Lobēlija</w:t>
            </w:r>
          </w:p>
        </w:tc>
        <w:tc>
          <w:tcPr>
            <w:tcW w:w="1134" w:type="dxa"/>
          </w:tcPr>
          <w:p w:rsidR="002819BA" w:rsidRPr="001B4907" w14:paraId="700A6211" w14:textId="77777777">
            <w:pPr>
              <w:spacing w:after="0"/>
              <w:jc w:val="center"/>
            </w:pPr>
            <w:r w:rsidRPr="001B4907">
              <w:rPr>
                <w:sz w:val="18"/>
              </w:rPr>
              <w:t>P11/P12/P13</w:t>
            </w:r>
          </w:p>
        </w:tc>
        <w:tc>
          <w:tcPr>
            <w:tcW w:w="710" w:type="dxa"/>
          </w:tcPr>
          <w:p w:rsidR="002819BA" w:rsidRPr="001B4907" w14:paraId="596111C6" w14:textId="77777777">
            <w:pPr>
              <w:spacing w:after="0"/>
              <w:jc w:val="center"/>
            </w:pPr>
            <w:r w:rsidRPr="001B4907">
              <w:rPr>
                <w:sz w:val="18"/>
              </w:rPr>
              <w:t>gab.</w:t>
            </w:r>
          </w:p>
        </w:tc>
        <w:tc>
          <w:tcPr>
            <w:tcW w:w="794" w:type="dxa"/>
          </w:tcPr>
          <w:p w:rsidR="002819BA" w:rsidRPr="001B4907" w14:paraId="7BF3AC79" w14:textId="77777777">
            <w:pPr>
              <w:spacing w:after="0"/>
              <w:jc w:val="center"/>
            </w:pPr>
            <w:r w:rsidRPr="001B4907">
              <w:rPr>
                <w:sz w:val="18"/>
              </w:rPr>
              <w:t>3</w:t>
            </w:r>
          </w:p>
        </w:tc>
        <w:tc>
          <w:tcPr>
            <w:tcW w:w="1247" w:type="dxa"/>
          </w:tcPr>
          <w:p w:rsidR="002819BA" w:rsidRPr="001B4907" w14:paraId="4E2C8C1A" w14:textId="77777777">
            <w:pPr>
              <w:spacing w:after="0"/>
              <w:jc w:val="center"/>
            </w:pPr>
            <w:r w:rsidRPr="001B4907">
              <w:rPr>
                <w:sz w:val="18"/>
              </w:rPr>
              <w:t>03.05.2027.–11.06.2027.</w:t>
            </w:r>
          </w:p>
        </w:tc>
      </w:tr>
      <w:tr w14:paraId="5EC9E31F" w14:textId="77777777" w:rsidTr="002957E9">
        <w:tblPrEx>
          <w:tblW w:w="0" w:type="auto"/>
          <w:jc w:val="center"/>
          <w:tblLayout w:type="fixed"/>
          <w:tblLook w:val="04A0"/>
        </w:tblPrEx>
        <w:trPr>
          <w:gridAfter w:val="1"/>
          <w:wAfter w:w="12" w:type="dxa"/>
          <w:jc w:val="center"/>
        </w:trPr>
        <w:tc>
          <w:tcPr>
            <w:tcW w:w="624" w:type="dxa"/>
          </w:tcPr>
          <w:p w:rsidR="002819BA" w:rsidRPr="001B4907" w14:paraId="24F41029" w14:textId="77777777">
            <w:pPr>
              <w:spacing w:after="0"/>
              <w:jc w:val="center"/>
            </w:pPr>
            <w:r w:rsidRPr="001B4907">
              <w:rPr>
                <w:sz w:val="18"/>
              </w:rPr>
              <w:t>6.9</w:t>
            </w:r>
          </w:p>
        </w:tc>
        <w:tc>
          <w:tcPr>
            <w:tcW w:w="1814" w:type="dxa"/>
          </w:tcPr>
          <w:p w:rsidR="002819BA" w:rsidRPr="001B4907" w14:paraId="421CAD51" w14:textId="2BE9A525">
            <w:pPr>
              <w:spacing w:after="0"/>
            </w:pPr>
            <w:r w:rsidRPr="001B4907">
              <w:rPr>
                <w:sz w:val="18"/>
              </w:rPr>
              <w:t>Lobelia</w:t>
            </w:r>
            <w:r w:rsidRPr="001B4907" w:rsidR="001B4907">
              <w:rPr>
                <w:sz w:val="18"/>
              </w:rPr>
              <w:t xml:space="preserve"> </w:t>
            </w:r>
            <w:r w:rsidRPr="001B4907" w:rsidR="001B4907">
              <w:rPr>
                <w:sz w:val="18"/>
              </w:rPr>
              <w:t>erinus</w:t>
            </w:r>
          </w:p>
        </w:tc>
        <w:tc>
          <w:tcPr>
            <w:tcW w:w="1814" w:type="dxa"/>
          </w:tcPr>
          <w:p w:rsidR="002819BA" w:rsidRPr="001B4907" w14:paraId="6131CDA5" w14:textId="21EEEF29">
            <w:pPr>
              <w:spacing w:after="0"/>
            </w:pPr>
            <w:r w:rsidRPr="001B4907">
              <w:rPr>
                <w:sz w:val="18"/>
              </w:rPr>
              <w:t>Regatta</w:t>
            </w:r>
          </w:p>
        </w:tc>
        <w:tc>
          <w:tcPr>
            <w:tcW w:w="1701" w:type="dxa"/>
          </w:tcPr>
          <w:p w:rsidR="002819BA" w:rsidRPr="001B4907" w14:paraId="4EAB2F3F" w14:textId="77777777">
            <w:pPr>
              <w:spacing w:after="0"/>
            </w:pPr>
            <w:r w:rsidRPr="001B4907">
              <w:rPr>
                <w:sz w:val="18"/>
              </w:rPr>
              <w:t>Debeszilās lobēlijas</w:t>
            </w:r>
          </w:p>
        </w:tc>
        <w:tc>
          <w:tcPr>
            <w:tcW w:w="1134" w:type="dxa"/>
          </w:tcPr>
          <w:p w:rsidR="002819BA" w:rsidRPr="001B4907" w14:paraId="18406AD7" w14:textId="77777777">
            <w:pPr>
              <w:spacing w:after="0"/>
              <w:jc w:val="center"/>
            </w:pPr>
            <w:r w:rsidRPr="001B4907">
              <w:rPr>
                <w:sz w:val="18"/>
              </w:rPr>
              <w:t>P11/P12/P13</w:t>
            </w:r>
          </w:p>
        </w:tc>
        <w:tc>
          <w:tcPr>
            <w:tcW w:w="710" w:type="dxa"/>
          </w:tcPr>
          <w:p w:rsidR="002819BA" w:rsidRPr="001B4907" w14:paraId="7A4F839B" w14:textId="77777777">
            <w:pPr>
              <w:spacing w:after="0"/>
              <w:jc w:val="center"/>
            </w:pPr>
            <w:r w:rsidRPr="001B4907">
              <w:rPr>
                <w:sz w:val="18"/>
              </w:rPr>
              <w:t>gab.</w:t>
            </w:r>
          </w:p>
        </w:tc>
        <w:tc>
          <w:tcPr>
            <w:tcW w:w="794" w:type="dxa"/>
          </w:tcPr>
          <w:p w:rsidR="002819BA" w:rsidRPr="001B4907" w14:paraId="5778D8C7" w14:textId="77777777">
            <w:pPr>
              <w:spacing w:after="0"/>
              <w:jc w:val="center"/>
            </w:pPr>
            <w:r w:rsidRPr="001B4907">
              <w:rPr>
                <w:sz w:val="18"/>
              </w:rPr>
              <w:t>3</w:t>
            </w:r>
          </w:p>
        </w:tc>
        <w:tc>
          <w:tcPr>
            <w:tcW w:w="1247" w:type="dxa"/>
          </w:tcPr>
          <w:p w:rsidR="002819BA" w:rsidRPr="001B4907" w14:paraId="522133B7" w14:textId="77777777">
            <w:pPr>
              <w:spacing w:after="0"/>
              <w:jc w:val="center"/>
            </w:pPr>
            <w:r w:rsidRPr="001B4907">
              <w:rPr>
                <w:sz w:val="18"/>
              </w:rPr>
              <w:t>03.05.2027.–11.06.2027.</w:t>
            </w:r>
          </w:p>
        </w:tc>
      </w:tr>
      <w:tr w14:paraId="72391F8E" w14:textId="77777777" w:rsidTr="002957E9">
        <w:tblPrEx>
          <w:tblW w:w="0" w:type="auto"/>
          <w:jc w:val="center"/>
          <w:tblLayout w:type="fixed"/>
          <w:tblLook w:val="04A0"/>
        </w:tblPrEx>
        <w:trPr>
          <w:gridAfter w:val="1"/>
          <w:wAfter w:w="12" w:type="dxa"/>
          <w:jc w:val="center"/>
        </w:trPr>
        <w:tc>
          <w:tcPr>
            <w:tcW w:w="624" w:type="dxa"/>
          </w:tcPr>
          <w:p w:rsidR="002819BA" w:rsidRPr="001B4907" w14:paraId="021B0ED5" w14:textId="77777777">
            <w:pPr>
              <w:spacing w:after="0"/>
              <w:jc w:val="center"/>
            </w:pPr>
            <w:r w:rsidRPr="001B4907">
              <w:rPr>
                <w:sz w:val="18"/>
              </w:rPr>
              <w:t>6.10</w:t>
            </w:r>
          </w:p>
        </w:tc>
        <w:tc>
          <w:tcPr>
            <w:tcW w:w="1814" w:type="dxa"/>
          </w:tcPr>
          <w:p w:rsidR="002819BA" w:rsidRPr="001B4907" w14:paraId="6314AA70" w14:textId="77777777">
            <w:pPr>
              <w:spacing w:after="0"/>
            </w:pPr>
            <w:r w:rsidRPr="001B4907">
              <w:rPr>
                <w:sz w:val="18"/>
              </w:rPr>
              <w:t>Lobelia</w:t>
            </w:r>
          </w:p>
        </w:tc>
        <w:tc>
          <w:tcPr>
            <w:tcW w:w="1814" w:type="dxa"/>
          </w:tcPr>
          <w:p w:rsidR="002819BA" w:rsidRPr="001B4907" w14:paraId="2ADB7936" w14:textId="77777777">
            <w:pPr>
              <w:spacing w:after="0"/>
            </w:pPr>
            <w:r w:rsidRPr="001B4907">
              <w:rPr>
                <w:sz w:val="18"/>
              </w:rPr>
              <w:t>Palace</w:t>
            </w:r>
            <w:r w:rsidRPr="001B4907">
              <w:rPr>
                <w:sz w:val="18"/>
              </w:rPr>
              <w:t xml:space="preserve"> </w:t>
            </w:r>
            <w:r w:rsidRPr="001B4907">
              <w:rPr>
                <w:sz w:val="18"/>
              </w:rPr>
              <w:t>White</w:t>
            </w:r>
          </w:p>
        </w:tc>
        <w:tc>
          <w:tcPr>
            <w:tcW w:w="1701" w:type="dxa"/>
          </w:tcPr>
          <w:p w:rsidR="002819BA" w:rsidRPr="001B4907" w14:paraId="40C5D406" w14:textId="77777777">
            <w:pPr>
              <w:spacing w:after="0"/>
            </w:pPr>
            <w:r w:rsidRPr="001B4907">
              <w:rPr>
                <w:sz w:val="18"/>
              </w:rPr>
              <w:t>Lobēlija</w:t>
            </w:r>
          </w:p>
        </w:tc>
        <w:tc>
          <w:tcPr>
            <w:tcW w:w="1134" w:type="dxa"/>
          </w:tcPr>
          <w:p w:rsidR="002819BA" w:rsidRPr="001B4907" w14:paraId="0063C7FE" w14:textId="77777777">
            <w:pPr>
              <w:spacing w:after="0"/>
              <w:jc w:val="center"/>
            </w:pPr>
            <w:r w:rsidRPr="001B4907">
              <w:rPr>
                <w:sz w:val="18"/>
              </w:rPr>
              <w:t>P11/P12/P13</w:t>
            </w:r>
          </w:p>
        </w:tc>
        <w:tc>
          <w:tcPr>
            <w:tcW w:w="710" w:type="dxa"/>
          </w:tcPr>
          <w:p w:rsidR="002819BA" w:rsidRPr="001B4907" w14:paraId="0EFC1EA3" w14:textId="77777777">
            <w:pPr>
              <w:spacing w:after="0"/>
              <w:jc w:val="center"/>
            </w:pPr>
            <w:r w:rsidRPr="001B4907">
              <w:rPr>
                <w:sz w:val="18"/>
              </w:rPr>
              <w:t>gab.</w:t>
            </w:r>
          </w:p>
        </w:tc>
        <w:tc>
          <w:tcPr>
            <w:tcW w:w="794" w:type="dxa"/>
          </w:tcPr>
          <w:p w:rsidR="002819BA" w:rsidRPr="001B4907" w14:paraId="79301201" w14:textId="77777777">
            <w:pPr>
              <w:spacing w:after="0"/>
              <w:jc w:val="center"/>
            </w:pPr>
            <w:r w:rsidRPr="001B4907">
              <w:rPr>
                <w:sz w:val="18"/>
              </w:rPr>
              <w:t>5</w:t>
            </w:r>
          </w:p>
        </w:tc>
        <w:tc>
          <w:tcPr>
            <w:tcW w:w="1247" w:type="dxa"/>
          </w:tcPr>
          <w:p w:rsidR="002819BA" w:rsidRPr="001B4907" w14:paraId="442FA0D0" w14:textId="77777777">
            <w:pPr>
              <w:spacing w:after="0"/>
              <w:jc w:val="center"/>
            </w:pPr>
            <w:r w:rsidRPr="001B4907">
              <w:rPr>
                <w:sz w:val="18"/>
              </w:rPr>
              <w:t>03.05.2027.–11.06.2027.</w:t>
            </w:r>
          </w:p>
        </w:tc>
      </w:tr>
      <w:tr w14:paraId="0CEF72E4" w14:textId="77777777" w:rsidTr="002957E9">
        <w:tblPrEx>
          <w:tblW w:w="0" w:type="auto"/>
          <w:jc w:val="center"/>
          <w:tblLayout w:type="fixed"/>
          <w:tblLook w:val="04A0"/>
        </w:tblPrEx>
        <w:trPr>
          <w:gridAfter w:val="1"/>
          <w:wAfter w:w="12" w:type="dxa"/>
          <w:jc w:val="center"/>
        </w:trPr>
        <w:tc>
          <w:tcPr>
            <w:tcW w:w="624" w:type="dxa"/>
          </w:tcPr>
          <w:p w:rsidR="002819BA" w:rsidRPr="001B4907" w14:paraId="147C7C2E" w14:textId="77777777">
            <w:pPr>
              <w:spacing w:after="0"/>
              <w:jc w:val="center"/>
            </w:pPr>
            <w:r w:rsidRPr="001B4907">
              <w:rPr>
                <w:sz w:val="18"/>
              </w:rPr>
              <w:t>6.11</w:t>
            </w:r>
          </w:p>
        </w:tc>
        <w:tc>
          <w:tcPr>
            <w:tcW w:w="1814" w:type="dxa"/>
          </w:tcPr>
          <w:p w:rsidR="002819BA" w:rsidRPr="001B4907" w14:paraId="06B4B247" w14:textId="77777777">
            <w:pPr>
              <w:spacing w:after="0"/>
            </w:pPr>
            <w:r w:rsidRPr="001B4907">
              <w:rPr>
                <w:sz w:val="18"/>
              </w:rPr>
              <w:t>Pelargonium</w:t>
            </w:r>
            <w:r w:rsidRPr="001B4907">
              <w:rPr>
                <w:sz w:val="18"/>
              </w:rPr>
              <w:t xml:space="preserve"> </w:t>
            </w:r>
            <w:r w:rsidRPr="001B4907">
              <w:rPr>
                <w:sz w:val="18"/>
              </w:rPr>
              <w:t>zonale</w:t>
            </w:r>
          </w:p>
        </w:tc>
        <w:tc>
          <w:tcPr>
            <w:tcW w:w="1814" w:type="dxa"/>
          </w:tcPr>
          <w:p w:rsidR="002819BA" w:rsidRPr="001B4907" w14:paraId="5D27FECB" w14:textId="77777777">
            <w:pPr>
              <w:spacing w:after="0"/>
            </w:pPr>
            <w:r w:rsidRPr="001B4907">
              <w:rPr>
                <w:sz w:val="18"/>
              </w:rPr>
              <w:t>Greta</w:t>
            </w:r>
          </w:p>
        </w:tc>
        <w:tc>
          <w:tcPr>
            <w:tcW w:w="1701" w:type="dxa"/>
          </w:tcPr>
          <w:p w:rsidR="002819BA" w:rsidRPr="001B4907" w14:paraId="6266AA01" w14:textId="77777777">
            <w:pPr>
              <w:spacing w:after="0"/>
            </w:pPr>
            <w:r w:rsidRPr="001B4907">
              <w:rPr>
                <w:sz w:val="18"/>
              </w:rPr>
              <w:t>Pelargonija zonālā</w:t>
            </w:r>
          </w:p>
        </w:tc>
        <w:tc>
          <w:tcPr>
            <w:tcW w:w="1134" w:type="dxa"/>
          </w:tcPr>
          <w:p w:rsidR="002819BA" w:rsidRPr="001B4907" w14:paraId="1794D6A9" w14:textId="77777777">
            <w:pPr>
              <w:spacing w:after="0"/>
              <w:jc w:val="center"/>
            </w:pPr>
            <w:r w:rsidRPr="001B4907">
              <w:rPr>
                <w:sz w:val="18"/>
              </w:rPr>
              <w:t>P11/P12/P13</w:t>
            </w:r>
          </w:p>
        </w:tc>
        <w:tc>
          <w:tcPr>
            <w:tcW w:w="710" w:type="dxa"/>
          </w:tcPr>
          <w:p w:rsidR="002819BA" w:rsidRPr="001B4907" w14:paraId="43FBD342" w14:textId="77777777">
            <w:pPr>
              <w:spacing w:after="0"/>
              <w:jc w:val="center"/>
            </w:pPr>
            <w:r w:rsidRPr="001B4907">
              <w:rPr>
                <w:sz w:val="18"/>
              </w:rPr>
              <w:t>gab.</w:t>
            </w:r>
          </w:p>
        </w:tc>
        <w:tc>
          <w:tcPr>
            <w:tcW w:w="794" w:type="dxa"/>
          </w:tcPr>
          <w:p w:rsidR="002819BA" w:rsidRPr="001B4907" w14:paraId="2EE457DB" w14:textId="77777777">
            <w:pPr>
              <w:spacing w:after="0"/>
              <w:jc w:val="center"/>
            </w:pPr>
            <w:r w:rsidRPr="001B4907">
              <w:rPr>
                <w:sz w:val="18"/>
              </w:rPr>
              <w:t>6</w:t>
            </w:r>
          </w:p>
        </w:tc>
        <w:tc>
          <w:tcPr>
            <w:tcW w:w="1247" w:type="dxa"/>
          </w:tcPr>
          <w:p w:rsidR="002819BA" w:rsidRPr="001B4907" w14:paraId="090B2DFA" w14:textId="77777777">
            <w:pPr>
              <w:spacing w:after="0"/>
              <w:jc w:val="center"/>
            </w:pPr>
            <w:r w:rsidRPr="001B4907">
              <w:rPr>
                <w:sz w:val="18"/>
              </w:rPr>
              <w:t>03.05.2027.–11.06.2027.</w:t>
            </w:r>
          </w:p>
        </w:tc>
      </w:tr>
      <w:tr w14:paraId="59AEA764" w14:textId="77777777" w:rsidTr="002957E9">
        <w:tblPrEx>
          <w:tblW w:w="0" w:type="auto"/>
          <w:jc w:val="center"/>
          <w:tblLayout w:type="fixed"/>
          <w:tblLook w:val="04A0"/>
        </w:tblPrEx>
        <w:trPr>
          <w:gridAfter w:val="1"/>
          <w:wAfter w:w="12" w:type="dxa"/>
          <w:jc w:val="center"/>
        </w:trPr>
        <w:tc>
          <w:tcPr>
            <w:tcW w:w="624" w:type="dxa"/>
          </w:tcPr>
          <w:p w:rsidR="002819BA" w:rsidRPr="001B4907" w14:paraId="5917489A" w14:textId="77777777">
            <w:pPr>
              <w:spacing w:after="0"/>
              <w:jc w:val="center"/>
            </w:pPr>
            <w:r w:rsidRPr="001B4907">
              <w:rPr>
                <w:sz w:val="18"/>
              </w:rPr>
              <w:t>6.12</w:t>
            </w:r>
          </w:p>
        </w:tc>
        <w:tc>
          <w:tcPr>
            <w:tcW w:w="1814" w:type="dxa"/>
          </w:tcPr>
          <w:p w:rsidR="002819BA" w:rsidRPr="001B4907" w14:paraId="6D49297D" w14:textId="77777777">
            <w:pPr>
              <w:spacing w:after="0"/>
            </w:pPr>
            <w:r w:rsidRPr="001B4907">
              <w:rPr>
                <w:sz w:val="18"/>
              </w:rPr>
              <w:t>Pennisetum</w:t>
            </w:r>
          </w:p>
        </w:tc>
        <w:tc>
          <w:tcPr>
            <w:tcW w:w="1814" w:type="dxa"/>
          </w:tcPr>
          <w:p w:rsidR="002819BA" w:rsidRPr="001B4907" w14:paraId="2AC98FAE" w14:textId="77777777">
            <w:pPr>
              <w:spacing w:after="0"/>
            </w:pPr>
            <w:r w:rsidRPr="001B4907">
              <w:rPr>
                <w:sz w:val="18"/>
              </w:rPr>
              <w:t>Rubrum</w:t>
            </w:r>
          </w:p>
        </w:tc>
        <w:tc>
          <w:tcPr>
            <w:tcW w:w="1701" w:type="dxa"/>
          </w:tcPr>
          <w:p w:rsidR="002819BA" w:rsidRPr="001B4907" w14:paraId="1199D603" w14:textId="77777777">
            <w:pPr>
              <w:spacing w:after="0"/>
            </w:pPr>
            <w:r w:rsidRPr="001B4907">
              <w:rPr>
                <w:sz w:val="18"/>
              </w:rPr>
              <w:t>Sarzāle</w:t>
            </w:r>
          </w:p>
        </w:tc>
        <w:tc>
          <w:tcPr>
            <w:tcW w:w="1134" w:type="dxa"/>
          </w:tcPr>
          <w:p w:rsidR="002819BA" w:rsidRPr="001B4907" w14:paraId="55B3F5B9" w14:textId="77777777">
            <w:pPr>
              <w:spacing w:after="0"/>
              <w:jc w:val="center"/>
            </w:pPr>
            <w:r w:rsidRPr="001B4907">
              <w:rPr>
                <w:sz w:val="18"/>
              </w:rPr>
              <w:t>P11/P12/P13</w:t>
            </w:r>
          </w:p>
        </w:tc>
        <w:tc>
          <w:tcPr>
            <w:tcW w:w="710" w:type="dxa"/>
          </w:tcPr>
          <w:p w:rsidR="002819BA" w:rsidRPr="001B4907" w14:paraId="73E6A2BB" w14:textId="77777777">
            <w:pPr>
              <w:spacing w:after="0"/>
              <w:jc w:val="center"/>
            </w:pPr>
            <w:r w:rsidRPr="001B4907">
              <w:rPr>
                <w:sz w:val="18"/>
              </w:rPr>
              <w:t>gab.</w:t>
            </w:r>
          </w:p>
        </w:tc>
        <w:tc>
          <w:tcPr>
            <w:tcW w:w="794" w:type="dxa"/>
          </w:tcPr>
          <w:p w:rsidR="002819BA" w:rsidRPr="001B4907" w14:paraId="71FDC8AE" w14:textId="77777777">
            <w:pPr>
              <w:spacing w:after="0"/>
              <w:jc w:val="center"/>
            </w:pPr>
            <w:r w:rsidRPr="001B4907">
              <w:rPr>
                <w:sz w:val="18"/>
              </w:rPr>
              <w:t>3</w:t>
            </w:r>
          </w:p>
        </w:tc>
        <w:tc>
          <w:tcPr>
            <w:tcW w:w="1247" w:type="dxa"/>
          </w:tcPr>
          <w:p w:rsidR="002819BA" w:rsidRPr="001B4907" w14:paraId="3008B904" w14:textId="77777777">
            <w:pPr>
              <w:spacing w:after="0"/>
              <w:jc w:val="center"/>
            </w:pPr>
            <w:r w:rsidRPr="001B4907">
              <w:rPr>
                <w:sz w:val="18"/>
              </w:rPr>
              <w:t>03.05.2027.–11.06.2027.</w:t>
            </w:r>
          </w:p>
        </w:tc>
      </w:tr>
      <w:tr w14:paraId="247E7398" w14:textId="77777777" w:rsidTr="002957E9">
        <w:tblPrEx>
          <w:tblW w:w="0" w:type="auto"/>
          <w:jc w:val="center"/>
          <w:tblLayout w:type="fixed"/>
          <w:tblLook w:val="04A0"/>
        </w:tblPrEx>
        <w:trPr>
          <w:gridAfter w:val="1"/>
          <w:wAfter w:w="12" w:type="dxa"/>
          <w:jc w:val="center"/>
        </w:trPr>
        <w:tc>
          <w:tcPr>
            <w:tcW w:w="624" w:type="dxa"/>
          </w:tcPr>
          <w:p w:rsidR="002819BA" w:rsidRPr="001B4907" w14:paraId="1C589879" w14:textId="77777777">
            <w:pPr>
              <w:spacing w:after="0"/>
              <w:jc w:val="center"/>
            </w:pPr>
            <w:r w:rsidRPr="001B4907">
              <w:rPr>
                <w:sz w:val="18"/>
              </w:rPr>
              <w:t>6.13</w:t>
            </w:r>
          </w:p>
        </w:tc>
        <w:tc>
          <w:tcPr>
            <w:tcW w:w="1814" w:type="dxa"/>
          </w:tcPr>
          <w:p w:rsidR="002819BA" w:rsidRPr="001B4907" w14:paraId="0DDE1813"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1C4E5AA2" w14:textId="77777777">
            <w:pPr>
              <w:spacing w:after="0"/>
            </w:pPr>
            <w:r w:rsidRPr="001B4907">
              <w:rPr>
                <w:sz w:val="18"/>
              </w:rPr>
              <w:t>TrioMio</w:t>
            </w:r>
            <w:r w:rsidRPr="001B4907">
              <w:rPr>
                <w:sz w:val="18"/>
              </w:rPr>
              <w:t xml:space="preserve"> Vista Bella Vista</w:t>
            </w:r>
          </w:p>
        </w:tc>
        <w:tc>
          <w:tcPr>
            <w:tcW w:w="1701" w:type="dxa"/>
          </w:tcPr>
          <w:p w:rsidR="002819BA" w:rsidRPr="001B4907" w14:paraId="04F7C881" w14:textId="77777777">
            <w:pPr>
              <w:spacing w:after="0"/>
            </w:pPr>
            <w:r w:rsidRPr="001B4907">
              <w:rPr>
                <w:sz w:val="18"/>
              </w:rPr>
              <w:t>Petūnija vista</w:t>
            </w:r>
          </w:p>
        </w:tc>
        <w:tc>
          <w:tcPr>
            <w:tcW w:w="1134" w:type="dxa"/>
          </w:tcPr>
          <w:p w:rsidR="002819BA" w:rsidRPr="001B4907" w14:paraId="30D3B390" w14:textId="77777777">
            <w:pPr>
              <w:spacing w:after="0"/>
              <w:jc w:val="center"/>
            </w:pPr>
            <w:r w:rsidRPr="001B4907">
              <w:rPr>
                <w:sz w:val="18"/>
              </w:rPr>
              <w:t>P11/P12/P13</w:t>
            </w:r>
          </w:p>
        </w:tc>
        <w:tc>
          <w:tcPr>
            <w:tcW w:w="710" w:type="dxa"/>
          </w:tcPr>
          <w:p w:rsidR="002819BA" w:rsidRPr="001B4907" w14:paraId="449C65B7" w14:textId="77777777">
            <w:pPr>
              <w:spacing w:after="0"/>
              <w:jc w:val="center"/>
            </w:pPr>
            <w:r w:rsidRPr="001B4907">
              <w:rPr>
                <w:sz w:val="18"/>
              </w:rPr>
              <w:t>gab.</w:t>
            </w:r>
          </w:p>
        </w:tc>
        <w:tc>
          <w:tcPr>
            <w:tcW w:w="794" w:type="dxa"/>
          </w:tcPr>
          <w:p w:rsidR="002819BA" w:rsidRPr="001B4907" w14:paraId="3EF7057B" w14:textId="77777777">
            <w:pPr>
              <w:spacing w:after="0"/>
              <w:jc w:val="center"/>
            </w:pPr>
            <w:r w:rsidRPr="001B4907">
              <w:rPr>
                <w:sz w:val="18"/>
              </w:rPr>
              <w:t>7</w:t>
            </w:r>
          </w:p>
        </w:tc>
        <w:tc>
          <w:tcPr>
            <w:tcW w:w="1247" w:type="dxa"/>
          </w:tcPr>
          <w:p w:rsidR="002819BA" w:rsidRPr="001B4907" w14:paraId="259A1E05" w14:textId="77777777">
            <w:pPr>
              <w:spacing w:after="0"/>
              <w:jc w:val="center"/>
            </w:pPr>
            <w:r w:rsidRPr="001B4907">
              <w:rPr>
                <w:sz w:val="18"/>
              </w:rPr>
              <w:t>03.05.2027.–11.06.2027.</w:t>
            </w:r>
          </w:p>
        </w:tc>
      </w:tr>
      <w:tr w14:paraId="30AAD12B" w14:textId="77777777" w:rsidTr="002957E9">
        <w:tblPrEx>
          <w:tblW w:w="0" w:type="auto"/>
          <w:jc w:val="center"/>
          <w:tblLayout w:type="fixed"/>
          <w:tblLook w:val="04A0"/>
        </w:tblPrEx>
        <w:trPr>
          <w:gridAfter w:val="1"/>
          <w:wAfter w:w="12" w:type="dxa"/>
          <w:jc w:val="center"/>
        </w:trPr>
        <w:tc>
          <w:tcPr>
            <w:tcW w:w="624" w:type="dxa"/>
          </w:tcPr>
          <w:p w:rsidR="002819BA" w:rsidRPr="001B4907" w14:paraId="22255687" w14:textId="77777777">
            <w:pPr>
              <w:spacing w:after="0"/>
              <w:jc w:val="center"/>
            </w:pPr>
            <w:r w:rsidRPr="001B4907">
              <w:rPr>
                <w:sz w:val="18"/>
              </w:rPr>
              <w:t>6.14</w:t>
            </w:r>
          </w:p>
        </w:tc>
        <w:tc>
          <w:tcPr>
            <w:tcW w:w="1814" w:type="dxa"/>
          </w:tcPr>
          <w:p w:rsidR="002819BA" w:rsidRPr="001B4907" w14:paraId="0D753763"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64DA893C" w14:textId="77777777">
            <w:pPr>
              <w:spacing w:after="0"/>
            </w:pPr>
            <w:r w:rsidRPr="001B4907">
              <w:rPr>
                <w:sz w:val="18"/>
              </w:rPr>
              <w:t>Mini Vista-dažādās krāsās</w:t>
            </w:r>
          </w:p>
        </w:tc>
        <w:tc>
          <w:tcPr>
            <w:tcW w:w="1701" w:type="dxa"/>
          </w:tcPr>
          <w:p w:rsidR="002819BA" w:rsidRPr="001B4907" w14:paraId="2ECFAC72" w14:textId="77777777">
            <w:pPr>
              <w:spacing w:after="0"/>
            </w:pPr>
            <w:r w:rsidRPr="001B4907">
              <w:rPr>
                <w:sz w:val="18"/>
              </w:rPr>
              <w:t>Petūnija mini vista</w:t>
            </w:r>
          </w:p>
        </w:tc>
        <w:tc>
          <w:tcPr>
            <w:tcW w:w="1134" w:type="dxa"/>
          </w:tcPr>
          <w:p w:rsidR="002819BA" w:rsidRPr="001B4907" w14:paraId="70176F99" w14:textId="77777777">
            <w:pPr>
              <w:spacing w:after="0"/>
              <w:jc w:val="center"/>
            </w:pPr>
            <w:r w:rsidRPr="001B4907">
              <w:rPr>
                <w:sz w:val="18"/>
              </w:rPr>
              <w:t>P11/P12/P13</w:t>
            </w:r>
          </w:p>
        </w:tc>
        <w:tc>
          <w:tcPr>
            <w:tcW w:w="710" w:type="dxa"/>
          </w:tcPr>
          <w:p w:rsidR="002819BA" w:rsidRPr="001B4907" w14:paraId="4E2126C9" w14:textId="77777777">
            <w:pPr>
              <w:spacing w:after="0"/>
              <w:jc w:val="center"/>
            </w:pPr>
            <w:r w:rsidRPr="001B4907">
              <w:rPr>
                <w:sz w:val="18"/>
              </w:rPr>
              <w:t>gab.</w:t>
            </w:r>
          </w:p>
        </w:tc>
        <w:tc>
          <w:tcPr>
            <w:tcW w:w="794" w:type="dxa"/>
          </w:tcPr>
          <w:p w:rsidR="002819BA" w:rsidRPr="001B4907" w14:paraId="68D9BD91" w14:textId="77777777">
            <w:pPr>
              <w:spacing w:after="0"/>
              <w:jc w:val="center"/>
            </w:pPr>
            <w:r w:rsidRPr="001B4907">
              <w:rPr>
                <w:sz w:val="18"/>
              </w:rPr>
              <w:t>10</w:t>
            </w:r>
          </w:p>
        </w:tc>
        <w:tc>
          <w:tcPr>
            <w:tcW w:w="1247" w:type="dxa"/>
          </w:tcPr>
          <w:p w:rsidR="002819BA" w:rsidRPr="001B4907" w14:paraId="044A47A2" w14:textId="77777777">
            <w:pPr>
              <w:spacing w:after="0"/>
              <w:jc w:val="center"/>
            </w:pPr>
            <w:r w:rsidRPr="001B4907">
              <w:rPr>
                <w:sz w:val="18"/>
              </w:rPr>
              <w:t>03.05.2027.–11.06.2027.</w:t>
            </w:r>
          </w:p>
        </w:tc>
      </w:tr>
      <w:tr w14:paraId="14352BDA" w14:textId="77777777" w:rsidTr="002957E9">
        <w:tblPrEx>
          <w:tblW w:w="0" w:type="auto"/>
          <w:jc w:val="center"/>
          <w:tblLayout w:type="fixed"/>
          <w:tblLook w:val="04A0"/>
        </w:tblPrEx>
        <w:trPr>
          <w:gridAfter w:val="1"/>
          <w:wAfter w:w="12" w:type="dxa"/>
          <w:jc w:val="center"/>
        </w:trPr>
        <w:tc>
          <w:tcPr>
            <w:tcW w:w="624" w:type="dxa"/>
          </w:tcPr>
          <w:p w:rsidR="002819BA" w:rsidRPr="001B4907" w14:paraId="242724C2" w14:textId="77777777">
            <w:pPr>
              <w:spacing w:after="0"/>
              <w:jc w:val="center"/>
            </w:pPr>
            <w:r w:rsidRPr="001B4907">
              <w:rPr>
                <w:sz w:val="18"/>
              </w:rPr>
              <w:t>6.15</w:t>
            </w:r>
          </w:p>
        </w:tc>
        <w:tc>
          <w:tcPr>
            <w:tcW w:w="1814" w:type="dxa"/>
          </w:tcPr>
          <w:p w:rsidR="002819BA" w:rsidRPr="001B4907" w14:paraId="0CB9DA8E" w14:textId="77777777">
            <w:pPr>
              <w:spacing w:after="0"/>
            </w:pPr>
            <w:r w:rsidRPr="001B4907">
              <w:rPr>
                <w:sz w:val="18"/>
              </w:rPr>
              <w:t>Petunia</w:t>
            </w:r>
            <w:r w:rsidRPr="001B4907">
              <w:rPr>
                <w:sz w:val="18"/>
              </w:rPr>
              <w:t xml:space="preserve"> </w:t>
            </w:r>
            <w:r w:rsidRPr="001B4907">
              <w:rPr>
                <w:sz w:val="18"/>
              </w:rPr>
              <w:t>hybrida</w:t>
            </w:r>
          </w:p>
        </w:tc>
        <w:tc>
          <w:tcPr>
            <w:tcW w:w="1814" w:type="dxa"/>
          </w:tcPr>
          <w:p w:rsidR="002819BA" w:rsidRPr="001B4907" w14:paraId="51023647" w14:textId="77777777">
            <w:pPr>
              <w:spacing w:after="0"/>
            </w:pPr>
            <w:r w:rsidRPr="001B4907">
              <w:rPr>
                <w:sz w:val="18"/>
              </w:rPr>
              <w:t>Ray</w:t>
            </w:r>
            <w:r w:rsidRPr="001B4907">
              <w:rPr>
                <w:sz w:val="18"/>
              </w:rPr>
              <w:t xml:space="preserve"> </w:t>
            </w:r>
            <w:r w:rsidRPr="001B4907">
              <w:rPr>
                <w:sz w:val="18"/>
              </w:rPr>
              <w:t>Sunshine</w:t>
            </w:r>
            <w:r w:rsidRPr="001B4907">
              <w:rPr>
                <w:sz w:val="18"/>
              </w:rPr>
              <w:t xml:space="preserve"> IMRR</w:t>
            </w:r>
          </w:p>
        </w:tc>
        <w:tc>
          <w:tcPr>
            <w:tcW w:w="1701" w:type="dxa"/>
          </w:tcPr>
          <w:p w:rsidR="002819BA" w:rsidRPr="001B4907" w14:paraId="5CE92093" w14:textId="77777777">
            <w:pPr>
              <w:spacing w:after="0"/>
            </w:pPr>
            <w:r w:rsidRPr="001B4907">
              <w:rPr>
                <w:sz w:val="18"/>
              </w:rPr>
              <w:t>Hibrīdā petūnija</w:t>
            </w:r>
          </w:p>
        </w:tc>
        <w:tc>
          <w:tcPr>
            <w:tcW w:w="1134" w:type="dxa"/>
          </w:tcPr>
          <w:p w:rsidR="002819BA" w:rsidRPr="001B4907" w14:paraId="76939EFC" w14:textId="77777777">
            <w:pPr>
              <w:spacing w:after="0"/>
              <w:jc w:val="center"/>
            </w:pPr>
            <w:r w:rsidRPr="001B4907">
              <w:rPr>
                <w:sz w:val="18"/>
              </w:rPr>
              <w:t>P11/P12/P13</w:t>
            </w:r>
          </w:p>
        </w:tc>
        <w:tc>
          <w:tcPr>
            <w:tcW w:w="710" w:type="dxa"/>
          </w:tcPr>
          <w:p w:rsidR="002819BA" w:rsidRPr="001B4907" w14:paraId="184725DB" w14:textId="77777777">
            <w:pPr>
              <w:spacing w:after="0"/>
              <w:jc w:val="center"/>
            </w:pPr>
            <w:r w:rsidRPr="001B4907">
              <w:rPr>
                <w:sz w:val="18"/>
              </w:rPr>
              <w:t>gab.</w:t>
            </w:r>
          </w:p>
        </w:tc>
        <w:tc>
          <w:tcPr>
            <w:tcW w:w="794" w:type="dxa"/>
          </w:tcPr>
          <w:p w:rsidR="002819BA" w:rsidRPr="001B4907" w14:paraId="7C840338" w14:textId="77777777">
            <w:pPr>
              <w:spacing w:after="0"/>
              <w:jc w:val="center"/>
            </w:pPr>
            <w:r w:rsidRPr="001B4907">
              <w:rPr>
                <w:sz w:val="18"/>
              </w:rPr>
              <w:t>6</w:t>
            </w:r>
          </w:p>
        </w:tc>
        <w:tc>
          <w:tcPr>
            <w:tcW w:w="1247" w:type="dxa"/>
          </w:tcPr>
          <w:p w:rsidR="002819BA" w:rsidRPr="001B4907" w14:paraId="6F7C722D" w14:textId="77777777">
            <w:pPr>
              <w:spacing w:after="0"/>
              <w:jc w:val="center"/>
            </w:pPr>
            <w:r w:rsidRPr="001B4907">
              <w:rPr>
                <w:sz w:val="18"/>
              </w:rPr>
              <w:t>03.05.2027.–11.06.2027.</w:t>
            </w:r>
          </w:p>
        </w:tc>
      </w:tr>
      <w:tr w14:paraId="47A6B805" w14:textId="77777777" w:rsidTr="002957E9">
        <w:tblPrEx>
          <w:tblW w:w="0" w:type="auto"/>
          <w:jc w:val="center"/>
          <w:tblLayout w:type="fixed"/>
          <w:tblLook w:val="04A0"/>
        </w:tblPrEx>
        <w:trPr>
          <w:gridAfter w:val="1"/>
          <w:wAfter w:w="12" w:type="dxa"/>
          <w:jc w:val="center"/>
        </w:trPr>
        <w:tc>
          <w:tcPr>
            <w:tcW w:w="624" w:type="dxa"/>
          </w:tcPr>
          <w:p w:rsidR="002819BA" w:rsidRPr="001B4907" w14:paraId="56DFF547" w14:textId="77777777">
            <w:pPr>
              <w:spacing w:after="0"/>
              <w:jc w:val="center"/>
            </w:pPr>
            <w:r w:rsidRPr="001B4907">
              <w:rPr>
                <w:sz w:val="18"/>
              </w:rPr>
              <w:t>6.16</w:t>
            </w:r>
          </w:p>
        </w:tc>
        <w:tc>
          <w:tcPr>
            <w:tcW w:w="1814" w:type="dxa"/>
          </w:tcPr>
          <w:p w:rsidR="002819BA" w:rsidRPr="001B4907" w14:paraId="68D18FA3" w14:textId="77777777">
            <w:pPr>
              <w:spacing w:after="0"/>
            </w:pPr>
            <w:r w:rsidRPr="001B4907">
              <w:rPr>
                <w:sz w:val="18"/>
              </w:rPr>
              <w:t>Tagetes</w:t>
            </w:r>
            <w:r w:rsidRPr="001B4907">
              <w:rPr>
                <w:sz w:val="18"/>
              </w:rPr>
              <w:t xml:space="preserve"> </w:t>
            </w:r>
            <w:r w:rsidRPr="001B4907">
              <w:rPr>
                <w:sz w:val="18"/>
              </w:rPr>
              <w:t>patula</w:t>
            </w:r>
          </w:p>
        </w:tc>
        <w:tc>
          <w:tcPr>
            <w:tcW w:w="1814" w:type="dxa"/>
          </w:tcPr>
          <w:p w:rsidR="002819BA" w:rsidRPr="001B4907" w14:paraId="4A80612B" w14:textId="77777777">
            <w:pPr>
              <w:spacing w:after="0"/>
            </w:pPr>
            <w:r w:rsidRPr="001B4907">
              <w:rPr>
                <w:sz w:val="18"/>
              </w:rPr>
              <w:t>Janie</w:t>
            </w:r>
            <w:r w:rsidRPr="001B4907">
              <w:rPr>
                <w:sz w:val="18"/>
              </w:rPr>
              <w:t xml:space="preserve"> </w:t>
            </w:r>
            <w:r w:rsidRPr="001B4907">
              <w:rPr>
                <w:sz w:val="18"/>
              </w:rPr>
              <w:t>Bright</w:t>
            </w:r>
            <w:r w:rsidRPr="001B4907">
              <w:rPr>
                <w:sz w:val="18"/>
              </w:rPr>
              <w:t xml:space="preserve"> </w:t>
            </w:r>
            <w:r w:rsidRPr="001B4907">
              <w:rPr>
                <w:sz w:val="18"/>
              </w:rPr>
              <w:t>Yellow</w:t>
            </w:r>
          </w:p>
        </w:tc>
        <w:tc>
          <w:tcPr>
            <w:tcW w:w="1701" w:type="dxa"/>
          </w:tcPr>
          <w:p w:rsidR="002819BA" w:rsidRPr="001B4907" w14:paraId="3A1C7940" w14:textId="77777777">
            <w:pPr>
              <w:spacing w:after="0"/>
            </w:pPr>
            <w:r w:rsidRPr="001B4907">
              <w:rPr>
                <w:sz w:val="18"/>
              </w:rPr>
              <w:t>Samtenes dzeltenās, zemās</w:t>
            </w:r>
          </w:p>
        </w:tc>
        <w:tc>
          <w:tcPr>
            <w:tcW w:w="1134" w:type="dxa"/>
          </w:tcPr>
          <w:p w:rsidR="002819BA" w:rsidRPr="001B4907" w14:paraId="716462CA" w14:textId="77777777">
            <w:pPr>
              <w:spacing w:after="0"/>
              <w:jc w:val="center"/>
            </w:pPr>
            <w:r w:rsidRPr="001B4907">
              <w:rPr>
                <w:sz w:val="18"/>
              </w:rPr>
              <w:t>P11/P12/P13</w:t>
            </w:r>
          </w:p>
        </w:tc>
        <w:tc>
          <w:tcPr>
            <w:tcW w:w="710" w:type="dxa"/>
          </w:tcPr>
          <w:p w:rsidR="002819BA" w:rsidRPr="001B4907" w14:paraId="332ED7B8" w14:textId="77777777">
            <w:pPr>
              <w:spacing w:after="0"/>
              <w:jc w:val="center"/>
            </w:pPr>
            <w:r w:rsidRPr="001B4907">
              <w:rPr>
                <w:sz w:val="18"/>
              </w:rPr>
              <w:t>gab.</w:t>
            </w:r>
          </w:p>
        </w:tc>
        <w:tc>
          <w:tcPr>
            <w:tcW w:w="794" w:type="dxa"/>
          </w:tcPr>
          <w:p w:rsidR="002819BA" w:rsidRPr="001B4907" w14:paraId="27167CE5" w14:textId="77777777">
            <w:pPr>
              <w:spacing w:after="0"/>
              <w:jc w:val="center"/>
            </w:pPr>
            <w:r w:rsidRPr="001B4907">
              <w:rPr>
                <w:sz w:val="18"/>
              </w:rPr>
              <w:t>50</w:t>
            </w:r>
          </w:p>
        </w:tc>
        <w:tc>
          <w:tcPr>
            <w:tcW w:w="1247" w:type="dxa"/>
          </w:tcPr>
          <w:p w:rsidR="002819BA" w:rsidRPr="001B4907" w14:paraId="24C228DF" w14:textId="77777777">
            <w:pPr>
              <w:spacing w:after="0"/>
              <w:jc w:val="center"/>
            </w:pPr>
            <w:r w:rsidRPr="001B4907">
              <w:rPr>
                <w:sz w:val="18"/>
              </w:rPr>
              <w:t>03.05.2027.–11.06.2027.</w:t>
            </w:r>
          </w:p>
        </w:tc>
      </w:tr>
      <w:tr w14:paraId="5D983D2C" w14:textId="77777777" w:rsidTr="002957E9">
        <w:tblPrEx>
          <w:tblW w:w="0" w:type="auto"/>
          <w:jc w:val="center"/>
          <w:tblLayout w:type="fixed"/>
          <w:tblLook w:val="04A0"/>
        </w:tblPrEx>
        <w:trPr>
          <w:gridAfter w:val="1"/>
          <w:wAfter w:w="12" w:type="dxa"/>
          <w:jc w:val="center"/>
        </w:trPr>
        <w:tc>
          <w:tcPr>
            <w:tcW w:w="624" w:type="dxa"/>
          </w:tcPr>
          <w:p w:rsidR="002819BA" w:rsidRPr="001B4907" w14:paraId="61EE7CD1" w14:textId="77777777">
            <w:pPr>
              <w:spacing w:after="0"/>
              <w:jc w:val="center"/>
            </w:pPr>
            <w:r w:rsidRPr="001B4907">
              <w:rPr>
                <w:sz w:val="18"/>
              </w:rPr>
              <w:t>6.17</w:t>
            </w:r>
          </w:p>
        </w:tc>
        <w:tc>
          <w:tcPr>
            <w:tcW w:w="1814" w:type="dxa"/>
          </w:tcPr>
          <w:p w:rsidR="002819BA" w:rsidRPr="001B4907" w14:paraId="15375870" w14:textId="1B82D0FE">
            <w:pPr>
              <w:spacing w:after="0"/>
            </w:pPr>
            <w:r w:rsidRPr="001B4907">
              <w:rPr>
                <w:sz w:val="18"/>
              </w:rPr>
              <w:t xml:space="preserve">Verbena </w:t>
            </w:r>
            <w:r w:rsidRPr="001B4907" w:rsidR="001B4907">
              <w:rPr>
                <w:sz w:val="18"/>
              </w:rPr>
              <w:t>b</w:t>
            </w:r>
            <w:r w:rsidRPr="001B4907">
              <w:rPr>
                <w:sz w:val="18"/>
              </w:rPr>
              <w:t>onariensis</w:t>
            </w:r>
          </w:p>
        </w:tc>
        <w:tc>
          <w:tcPr>
            <w:tcW w:w="1814" w:type="dxa"/>
          </w:tcPr>
          <w:p w:rsidR="002819BA" w:rsidRPr="001B4907" w14:paraId="0748737E" w14:textId="77777777">
            <w:pPr>
              <w:spacing w:after="0"/>
            </w:pPr>
            <w:r w:rsidRPr="001B4907">
              <w:rPr>
                <w:sz w:val="18"/>
              </w:rPr>
              <w:t>Finesse</w:t>
            </w:r>
          </w:p>
        </w:tc>
        <w:tc>
          <w:tcPr>
            <w:tcW w:w="1701" w:type="dxa"/>
          </w:tcPr>
          <w:p w:rsidR="002819BA" w:rsidRPr="001B4907" w14:paraId="01836219" w14:textId="77777777">
            <w:pPr>
              <w:spacing w:after="0"/>
            </w:pPr>
            <w:r w:rsidRPr="001B4907">
              <w:rPr>
                <w:sz w:val="18"/>
              </w:rPr>
              <w:t>Dienvidamerikas verbena</w:t>
            </w:r>
          </w:p>
        </w:tc>
        <w:tc>
          <w:tcPr>
            <w:tcW w:w="1134" w:type="dxa"/>
          </w:tcPr>
          <w:p w:rsidR="002819BA" w:rsidRPr="001B4907" w14:paraId="28570AD6" w14:textId="77777777">
            <w:pPr>
              <w:spacing w:after="0"/>
              <w:jc w:val="center"/>
            </w:pPr>
            <w:r w:rsidRPr="001B4907">
              <w:rPr>
                <w:sz w:val="18"/>
              </w:rPr>
              <w:t>P11/P12/P13</w:t>
            </w:r>
          </w:p>
        </w:tc>
        <w:tc>
          <w:tcPr>
            <w:tcW w:w="710" w:type="dxa"/>
          </w:tcPr>
          <w:p w:rsidR="002819BA" w:rsidRPr="001B4907" w14:paraId="2E477E99" w14:textId="77777777">
            <w:pPr>
              <w:spacing w:after="0"/>
              <w:jc w:val="center"/>
            </w:pPr>
            <w:r w:rsidRPr="001B4907">
              <w:rPr>
                <w:sz w:val="18"/>
              </w:rPr>
              <w:t>gab.</w:t>
            </w:r>
          </w:p>
        </w:tc>
        <w:tc>
          <w:tcPr>
            <w:tcW w:w="794" w:type="dxa"/>
          </w:tcPr>
          <w:p w:rsidR="002819BA" w:rsidRPr="001B4907" w14:paraId="07D0842C" w14:textId="77777777">
            <w:pPr>
              <w:spacing w:after="0"/>
              <w:jc w:val="center"/>
            </w:pPr>
            <w:r w:rsidRPr="001B4907">
              <w:rPr>
                <w:sz w:val="18"/>
              </w:rPr>
              <w:t>10</w:t>
            </w:r>
          </w:p>
        </w:tc>
        <w:tc>
          <w:tcPr>
            <w:tcW w:w="1247" w:type="dxa"/>
          </w:tcPr>
          <w:p w:rsidR="002819BA" w:rsidRPr="001B4907" w14:paraId="656B39E0" w14:textId="77777777">
            <w:pPr>
              <w:spacing w:after="0"/>
              <w:jc w:val="center"/>
            </w:pPr>
            <w:r w:rsidRPr="001B4907">
              <w:rPr>
                <w:sz w:val="18"/>
              </w:rPr>
              <w:t>03.05.2027.–11.06.2027.</w:t>
            </w:r>
          </w:p>
        </w:tc>
      </w:tr>
      <w:tr w14:paraId="564D7A61" w14:textId="77777777" w:rsidTr="002957E9">
        <w:tblPrEx>
          <w:tblW w:w="0" w:type="auto"/>
          <w:jc w:val="center"/>
          <w:tblLayout w:type="fixed"/>
          <w:tblLook w:val="04A0"/>
        </w:tblPrEx>
        <w:trPr>
          <w:gridAfter w:val="1"/>
          <w:wAfter w:w="12" w:type="dxa"/>
          <w:jc w:val="center"/>
        </w:trPr>
        <w:tc>
          <w:tcPr>
            <w:tcW w:w="624" w:type="dxa"/>
          </w:tcPr>
          <w:p w:rsidR="002819BA" w:rsidRPr="001B4907" w14:paraId="346FADA2" w14:textId="77777777">
            <w:pPr>
              <w:spacing w:after="0"/>
              <w:jc w:val="center"/>
            </w:pPr>
            <w:r w:rsidRPr="001B4907">
              <w:rPr>
                <w:sz w:val="18"/>
              </w:rPr>
              <w:t>6.18</w:t>
            </w:r>
          </w:p>
        </w:tc>
        <w:tc>
          <w:tcPr>
            <w:tcW w:w="1814" w:type="dxa"/>
          </w:tcPr>
          <w:p w:rsidR="002819BA" w:rsidRPr="001B4907" w14:paraId="3B64E1DD" w14:textId="77777777">
            <w:pPr>
              <w:spacing w:after="0"/>
            </w:pPr>
            <w:r w:rsidRPr="001B4907">
              <w:rPr>
                <w:sz w:val="18"/>
              </w:rPr>
              <w:t xml:space="preserve">Viola </w:t>
            </w:r>
            <w:r w:rsidRPr="001B4907">
              <w:rPr>
                <w:sz w:val="18"/>
              </w:rPr>
              <w:t>wittrockiana</w:t>
            </w:r>
          </w:p>
        </w:tc>
        <w:tc>
          <w:tcPr>
            <w:tcW w:w="1814" w:type="dxa"/>
          </w:tcPr>
          <w:p w:rsidR="002819BA" w:rsidRPr="001B4907" w14:paraId="2839B61A" w14:textId="77777777">
            <w:pPr>
              <w:spacing w:after="0"/>
            </w:pPr>
            <w:r w:rsidRPr="001B4907">
              <w:rPr>
                <w:sz w:val="18"/>
              </w:rPr>
              <w:t>Yellow</w:t>
            </w:r>
            <w:r w:rsidRPr="001B4907">
              <w:rPr>
                <w:sz w:val="18"/>
              </w:rPr>
              <w:t xml:space="preserve"> mix</w:t>
            </w:r>
          </w:p>
        </w:tc>
        <w:tc>
          <w:tcPr>
            <w:tcW w:w="1701" w:type="dxa"/>
          </w:tcPr>
          <w:p w:rsidR="002819BA" w:rsidRPr="001B4907" w14:paraId="490BBC9E" w14:textId="77777777">
            <w:pPr>
              <w:spacing w:after="0"/>
            </w:pPr>
            <w:r w:rsidRPr="001B4907">
              <w:rPr>
                <w:sz w:val="18"/>
              </w:rPr>
              <w:t>Lielziedu atraitnīte</w:t>
            </w:r>
          </w:p>
        </w:tc>
        <w:tc>
          <w:tcPr>
            <w:tcW w:w="1134" w:type="dxa"/>
          </w:tcPr>
          <w:p w:rsidR="002819BA" w:rsidRPr="001B4907" w14:paraId="624FC393" w14:textId="77777777">
            <w:pPr>
              <w:spacing w:after="0"/>
              <w:jc w:val="center"/>
            </w:pPr>
            <w:r w:rsidRPr="001B4907">
              <w:rPr>
                <w:sz w:val="18"/>
              </w:rPr>
              <w:t>P11/P12/P13</w:t>
            </w:r>
          </w:p>
        </w:tc>
        <w:tc>
          <w:tcPr>
            <w:tcW w:w="710" w:type="dxa"/>
          </w:tcPr>
          <w:p w:rsidR="002819BA" w:rsidRPr="001B4907" w14:paraId="290ED7DD" w14:textId="77777777">
            <w:pPr>
              <w:spacing w:after="0"/>
              <w:jc w:val="center"/>
            </w:pPr>
            <w:r w:rsidRPr="001B4907">
              <w:rPr>
                <w:sz w:val="18"/>
              </w:rPr>
              <w:t>gab.</w:t>
            </w:r>
          </w:p>
        </w:tc>
        <w:tc>
          <w:tcPr>
            <w:tcW w:w="794" w:type="dxa"/>
          </w:tcPr>
          <w:p w:rsidR="002819BA" w:rsidRPr="001B4907" w14:paraId="397BFD9F" w14:textId="77777777">
            <w:pPr>
              <w:spacing w:after="0"/>
              <w:jc w:val="center"/>
            </w:pPr>
            <w:r w:rsidRPr="001B4907">
              <w:rPr>
                <w:sz w:val="18"/>
              </w:rPr>
              <w:t>40</w:t>
            </w:r>
          </w:p>
        </w:tc>
        <w:tc>
          <w:tcPr>
            <w:tcW w:w="1247" w:type="dxa"/>
          </w:tcPr>
          <w:p w:rsidR="002819BA" w:rsidRPr="001B4907" w14:paraId="64BD8969" w14:textId="77777777">
            <w:pPr>
              <w:spacing w:after="0"/>
              <w:jc w:val="center"/>
            </w:pPr>
            <w:r w:rsidRPr="001B4907">
              <w:rPr>
                <w:sz w:val="18"/>
              </w:rPr>
              <w:t>15.03.2027.–09.04.2027.</w:t>
            </w:r>
          </w:p>
        </w:tc>
      </w:tr>
      <w:tr w14:paraId="0BD77A0C"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755CB107" w14:textId="77777777">
            <w:pPr>
              <w:spacing w:after="0"/>
              <w:jc w:val="center"/>
            </w:pPr>
            <w:r w:rsidRPr="001B4907">
              <w:rPr>
                <w:b/>
                <w:sz w:val="18"/>
              </w:rPr>
              <w:t>Kopā 6. piegādes vietā</w:t>
            </w:r>
          </w:p>
        </w:tc>
        <w:tc>
          <w:tcPr>
            <w:tcW w:w="794" w:type="dxa"/>
          </w:tcPr>
          <w:p w:rsidR="002819BA" w:rsidRPr="001B4907" w14:paraId="000058ED" w14:textId="77777777">
            <w:pPr>
              <w:spacing w:after="0"/>
              <w:jc w:val="center"/>
            </w:pPr>
            <w:r w:rsidRPr="001B4907">
              <w:rPr>
                <w:b/>
                <w:sz w:val="18"/>
              </w:rPr>
              <w:t>209</w:t>
            </w:r>
          </w:p>
        </w:tc>
        <w:tc>
          <w:tcPr>
            <w:tcW w:w="1247" w:type="dxa"/>
          </w:tcPr>
          <w:p w:rsidR="002819BA" w:rsidRPr="001B4907" w14:paraId="2860277C" w14:textId="77777777">
            <w:pPr>
              <w:spacing w:after="0"/>
              <w:jc w:val="center"/>
            </w:pPr>
          </w:p>
        </w:tc>
      </w:tr>
      <w:tr w14:paraId="7D4113C6" w14:textId="77777777" w:rsidTr="002957E9">
        <w:tblPrEx>
          <w:tblW w:w="0" w:type="auto"/>
          <w:jc w:val="center"/>
          <w:tblLayout w:type="fixed"/>
          <w:tblLook w:val="04A0"/>
        </w:tblPrEx>
        <w:trPr>
          <w:jc w:val="center"/>
        </w:trPr>
        <w:tc>
          <w:tcPr>
            <w:tcW w:w="9850" w:type="dxa"/>
            <w:gridSpan w:val="9"/>
            <w:shd w:val="clear" w:color="auto" w:fill="F2F2F2"/>
          </w:tcPr>
          <w:p w:rsidR="002819BA" w:rsidRPr="001B4907" w14:paraId="6471CFE3" w14:textId="77777777">
            <w:pPr>
              <w:spacing w:after="0"/>
              <w:jc w:val="center"/>
            </w:pPr>
            <w:r w:rsidRPr="001B4907">
              <w:rPr>
                <w:b/>
                <w:sz w:val="18"/>
              </w:rPr>
              <w:t>7. Piegāde Gailīšu pagasta nodaļai, adrese: Bauskas iela 2, Uzvara, Gailīšu pagasts, Bauskas novads</w:t>
            </w:r>
          </w:p>
        </w:tc>
      </w:tr>
      <w:tr w14:paraId="045647F3" w14:textId="77777777" w:rsidTr="002957E9">
        <w:tblPrEx>
          <w:tblW w:w="0" w:type="auto"/>
          <w:jc w:val="center"/>
          <w:tblLayout w:type="fixed"/>
          <w:tblLook w:val="04A0"/>
        </w:tblPrEx>
        <w:trPr>
          <w:gridAfter w:val="1"/>
          <w:wAfter w:w="12" w:type="dxa"/>
          <w:jc w:val="center"/>
        </w:trPr>
        <w:tc>
          <w:tcPr>
            <w:tcW w:w="624" w:type="dxa"/>
          </w:tcPr>
          <w:p w:rsidR="002819BA" w:rsidRPr="001B4907" w14:paraId="44A08ABD" w14:textId="77777777">
            <w:pPr>
              <w:spacing w:after="0"/>
              <w:jc w:val="center"/>
            </w:pPr>
            <w:r w:rsidRPr="001B4907">
              <w:rPr>
                <w:sz w:val="18"/>
              </w:rPr>
              <w:t>7.1</w:t>
            </w:r>
          </w:p>
        </w:tc>
        <w:tc>
          <w:tcPr>
            <w:tcW w:w="1814" w:type="dxa"/>
          </w:tcPr>
          <w:p w:rsidR="002819BA" w:rsidRPr="001B4907" w14:paraId="5DF75F95" w14:textId="77777777">
            <w:pPr>
              <w:spacing w:after="0"/>
            </w:pPr>
            <w:r w:rsidRPr="001B4907">
              <w:rPr>
                <w:sz w:val="18"/>
              </w:rPr>
              <w:t xml:space="preserve">Viola </w:t>
            </w:r>
            <w:r w:rsidRPr="001B4907">
              <w:rPr>
                <w:sz w:val="18"/>
              </w:rPr>
              <w:t>wittrockiana</w:t>
            </w:r>
          </w:p>
        </w:tc>
        <w:tc>
          <w:tcPr>
            <w:tcW w:w="1814" w:type="dxa"/>
          </w:tcPr>
          <w:p w:rsidR="002819BA" w:rsidRPr="001B4907" w14:paraId="761AB8AF" w14:textId="77777777">
            <w:pPr>
              <w:spacing w:after="0"/>
            </w:pPr>
            <w:r w:rsidRPr="001B4907">
              <w:rPr>
                <w:sz w:val="18"/>
              </w:rPr>
              <w:t>Yellow</w:t>
            </w:r>
            <w:r w:rsidRPr="001B4907">
              <w:rPr>
                <w:sz w:val="18"/>
              </w:rPr>
              <w:t xml:space="preserve"> mix</w:t>
            </w:r>
          </w:p>
        </w:tc>
        <w:tc>
          <w:tcPr>
            <w:tcW w:w="1701" w:type="dxa"/>
          </w:tcPr>
          <w:p w:rsidR="002819BA" w:rsidRPr="001B4907" w14:paraId="7A2BFE71" w14:textId="77777777">
            <w:pPr>
              <w:spacing w:after="0"/>
            </w:pPr>
            <w:r w:rsidRPr="001B4907">
              <w:rPr>
                <w:sz w:val="18"/>
              </w:rPr>
              <w:t>Lielziedu atraitnīte</w:t>
            </w:r>
          </w:p>
        </w:tc>
        <w:tc>
          <w:tcPr>
            <w:tcW w:w="1134" w:type="dxa"/>
          </w:tcPr>
          <w:p w:rsidR="002819BA" w:rsidRPr="001B4907" w14:paraId="04CD3269" w14:textId="77777777">
            <w:pPr>
              <w:spacing w:after="0"/>
              <w:jc w:val="center"/>
            </w:pPr>
            <w:r w:rsidRPr="001B4907">
              <w:rPr>
                <w:sz w:val="18"/>
              </w:rPr>
              <w:t>P11/P12/P13</w:t>
            </w:r>
          </w:p>
        </w:tc>
        <w:tc>
          <w:tcPr>
            <w:tcW w:w="710" w:type="dxa"/>
          </w:tcPr>
          <w:p w:rsidR="002819BA" w:rsidRPr="001B4907" w14:paraId="4F139546" w14:textId="77777777">
            <w:pPr>
              <w:spacing w:after="0"/>
              <w:jc w:val="center"/>
            </w:pPr>
            <w:r w:rsidRPr="001B4907">
              <w:rPr>
                <w:sz w:val="18"/>
              </w:rPr>
              <w:t>gab.</w:t>
            </w:r>
          </w:p>
        </w:tc>
        <w:tc>
          <w:tcPr>
            <w:tcW w:w="794" w:type="dxa"/>
          </w:tcPr>
          <w:p w:rsidR="002819BA" w:rsidRPr="001B4907" w14:paraId="3D5281EF" w14:textId="77777777">
            <w:pPr>
              <w:spacing w:after="0"/>
              <w:jc w:val="center"/>
            </w:pPr>
            <w:r w:rsidRPr="001B4907">
              <w:rPr>
                <w:sz w:val="18"/>
              </w:rPr>
              <w:t>60</w:t>
            </w:r>
          </w:p>
        </w:tc>
        <w:tc>
          <w:tcPr>
            <w:tcW w:w="1247" w:type="dxa"/>
          </w:tcPr>
          <w:p w:rsidR="002819BA" w:rsidRPr="001B4907" w14:paraId="214F900F" w14:textId="77777777">
            <w:pPr>
              <w:spacing w:after="0"/>
              <w:jc w:val="center"/>
            </w:pPr>
            <w:r w:rsidRPr="001B4907">
              <w:rPr>
                <w:sz w:val="18"/>
              </w:rPr>
              <w:t>15.03.2027.–09.04.2027.</w:t>
            </w:r>
          </w:p>
        </w:tc>
      </w:tr>
      <w:tr w14:paraId="4AB0ECFD" w14:textId="77777777" w:rsidTr="002957E9">
        <w:tblPrEx>
          <w:tblW w:w="0" w:type="auto"/>
          <w:jc w:val="center"/>
          <w:tblLayout w:type="fixed"/>
          <w:tblLook w:val="04A0"/>
        </w:tblPrEx>
        <w:trPr>
          <w:gridAfter w:val="1"/>
          <w:wAfter w:w="12" w:type="dxa"/>
          <w:jc w:val="center"/>
        </w:trPr>
        <w:tc>
          <w:tcPr>
            <w:tcW w:w="624" w:type="dxa"/>
          </w:tcPr>
          <w:p w:rsidR="002819BA" w:rsidRPr="001B4907" w14:paraId="7D12E71A" w14:textId="77777777">
            <w:pPr>
              <w:spacing w:after="0"/>
              <w:jc w:val="center"/>
            </w:pPr>
            <w:r w:rsidRPr="001B4907">
              <w:rPr>
                <w:sz w:val="18"/>
              </w:rPr>
              <w:t>7.2</w:t>
            </w:r>
          </w:p>
        </w:tc>
        <w:tc>
          <w:tcPr>
            <w:tcW w:w="1814" w:type="dxa"/>
          </w:tcPr>
          <w:p w:rsidR="002819BA" w:rsidRPr="001B4907" w14:paraId="5938C8A1" w14:textId="77777777">
            <w:pPr>
              <w:spacing w:after="0"/>
            </w:pPr>
            <w:r w:rsidRPr="001B4907">
              <w:rPr>
                <w:sz w:val="18"/>
              </w:rPr>
              <w:t>Calibrachoa</w:t>
            </w:r>
            <w:r w:rsidRPr="001B4907">
              <w:rPr>
                <w:sz w:val="18"/>
              </w:rPr>
              <w:t xml:space="preserve"> </w:t>
            </w:r>
            <w:r w:rsidRPr="001B4907">
              <w:rPr>
                <w:sz w:val="18"/>
              </w:rPr>
              <w:t>hybrida</w:t>
            </w:r>
          </w:p>
        </w:tc>
        <w:tc>
          <w:tcPr>
            <w:tcW w:w="1814" w:type="dxa"/>
          </w:tcPr>
          <w:p w:rsidR="002819BA" w:rsidRPr="001B4907" w14:paraId="7275AFD0" w14:textId="77777777">
            <w:pPr>
              <w:spacing w:after="0"/>
            </w:pPr>
            <w:r w:rsidRPr="001B4907">
              <w:rPr>
                <w:sz w:val="18"/>
              </w:rPr>
              <w:t>Calita</w:t>
            </w:r>
            <w:r w:rsidRPr="001B4907">
              <w:rPr>
                <w:sz w:val="18"/>
              </w:rPr>
              <w:t xml:space="preserve"> </w:t>
            </w:r>
            <w:r w:rsidRPr="001B4907">
              <w:rPr>
                <w:sz w:val="18"/>
              </w:rPr>
              <w:t>Double</w:t>
            </w:r>
            <w:r w:rsidRPr="001B4907">
              <w:rPr>
                <w:sz w:val="18"/>
              </w:rPr>
              <w:t xml:space="preserve"> mix</w:t>
            </w:r>
          </w:p>
        </w:tc>
        <w:tc>
          <w:tcPr>
            <w:tcW w:w="1701" w:type="dxa"/>
          </w:tcPr>
          <w:p w:rsidR="002819BA" w:rsidRPr="001B4907" w14:paraId="27E6AAE9" w14:textId="77777777">
            <w:pPr>
              <w:spacing w:after="0"/>
            </w:pPr>
            <w:r w:rsidRPr="001B4907">
              <w:rPr>
                <w:sz w:val="18"/>
              </w:rPr>
              <w:t xml:space="preserve">Hibrīdā </w:t>
            </w:r>
            <w:r w:rsidRPr="001B4907">
              <w:rPr>
                <w:sz w:val="18"/>
              </w:rPr>
              <w:t>kalibrahoja</w:t>
            </w:r>
          </w:p>
        </w:tc>
        <w:tc>
          <w:tcPr>
            <w:tcW w:w="1134" w:type="dxa"/>
          </w:tcPr>
          <w:p w:rsidR="002819BA" w:rsidRPr="001B4907" w14:paraId="5737794C" w14:textId="77777777">
            <w:pPr>
              <w:spacing w:after="0"/>
              <w:jc w:val="center"/>
            </w:pPr>
            <w:r w:rsidRPr="001B4907">
              <w:rPr>
                <w:sz w:val="18"/>
              </w:rPr>
              <w:t>P11/P12/P13</w:t>
            </w:r>
          </w:p>
        </w:tc>
        <w:tc>
          <w:tcPr>
            <w:tcW w:w="710" w:type="dxa"/>
          </w:tcPr>
          <w:p w:rsidR="002819BA" w:rsidRPr="001B4907" w14:paraId="06352B7C" w14:textId="77777777">
            <w:pPr>
              <w:spacing w:after="0"/>
              <w:jc w:val="center"/>
            </w:pPr>
            <w:r w:rsidRPr="001B4907">
              <w:rPr>
                <w:sz w:val="18"/>
              </w:rPr>
              <w:t>gab.</w:t>
            </w:r>
          </w:p>
        </w:tc>
        <w:tc>
          <w:tcPr>
            <w:tcW w:w="794" w:type="dxa"/>
          </w:tcPr>
          <w:p w:rsidR="002819BA" w:rsidRPr="001B4907" w14:paraId="40D1E37A" w14:textId="77777777">
            <w:pPr>
              <w:spacing w:after="0"/>
              <w:jc w:val="center"/>
            </w:pPr>
            <w:r w:rsidRPr="001B4907">
              <w:rPr>
                <w:sz w:val="18"/>
              </w:rPr>
              <w:t>6</w:t>
            </w:r>
          </w:p>
        </w:tc>
        <w:tc>
          <w:tcPr>
            <w:tcW w:w="1247" w:type="dxa"/>
          </w:tcPr>
          <w:p w:rsidR="002819BA" w:rsidRPr="001B4907" w14:paraId="4F109856" w14:textId="77777777">
            <w:pPr>
              <w:spacing w:after="0"/>
              <w:jc w:val="center"/>
            </w:pPr>
            <w:r w:rsidRPr="001B4907">
              <w:rPr>
                <w:sz w:val="18"/>
              </w:rPr>
              <w:t>03.05.2027.–11.06.2027.</w:t>
            </w:r>
          </w:p>
        </w:tc>
      </w:tr>
      <w:tr w14:paraId="61153145" w14:textId="77777777" w:rsidTr="002957E9">
        <w:tblPrEx>
          <w:tblW w:w="0" w:type="auto"/>
          <w:jc w:val="center"/>
          <w:tblLayout w:type="fixed"/>
          <w:tblLook w:val="04A0"/>
        </w:tblPrEx>
        <w:trPr>
          <w:gridAfter w:val="1"/>
          <w:wAfter w:w="12" w:type="dxa"/>
          <w:jc w:val="center"/>
        </w:trPr>
        <w:tc>
          <w:tcPr>
            <w:tcW w:w="624" w:type="dxa"/>
          </w:tcPr>
          <w:p w:rsidR="002819BA" w:rsidRPr="001B4907" w14:paraId="00808646" w14:textId="77777777">
            <w:pPr>
              <w:spacing w:after="0"/>
              <w:jc w:val="center"/>
            </w:pPr>
            <w:r w:rsidRPr="001B4907">
              <w:rPr>
                <w:sz w:val="18"/>
              </w:rPr>
              <w:t>7.3</w:t>
            </w:r>
          </w:p>
        </w:tc>
        <w:tc>
          <w:tcPr>
            <w:tcW w:w="1814" w:type="dxa"/>
          </w:tcPr>
          <w:p w:rsidR="002819BA" w:rsidRPr="001B4907" w14:paraId="5DABCF2B" w14:textId="77777777">
            <w:pPr>
              <w:spacing w:after="0"/>
            </w:pPr>
            <w:r w:rsidRPr="001B4907">
              <w:rPr>
                <w:sz w:val="18"/>
              </w:rPr>
              <w:t>Petunia</w:t>
            </w:r>
            <w:r w:rsidRPr="001B4907">
              <w:rPr>
                <w:sz w:val="18"/>
              </w:rPr>
              <w:t xml:space="preserve"> </w:t>
            </w:r>
            <w:r w:rsidRPr="001B4907">
              <w:rPr>
                <w:sz w:val="18"/>
              </w:rPr>
              <w:t>atkinsiana</w:t>
            </w:r>
          </w:p>
        </w:tc>
        <w:tc>
          <w:tcPr>
            <w:tcW w:w="1814" w:type="dxa"/>
          </w:tcPr>
          <w:p w:rsidR="002819BA" w:rsidRPr="001B4907" w14:paraId="2337971D" w14:textId="77777777">
            <w:pPr>
              <w:spacing w:after="0"/>
            </w:pPr>
            <w:r w:rsidRPr="001B4907">
              <w:rPr>
                <w:sz w:val="18"/>
              </w:rPr>
              <w:t>Mini Vista-dažādās krāsās</w:t>
            </w:r>
          </w:p>
        </w:tc>
        <w:tc>
          <w:tcPr>
            <w:tcW w:w="1701" w:type="dxa"/>
          </w:tcPr>
          <w:p w:rsidR="002819BA" w:rsidRPr="001B4907" w14:paraId="26AD0775" w14:textId="77777777">
            <w:pPr>
              <w:spacing w:after="0"/>
            </w:pPr>
            <w:r w:rsidRPr="001B4907">
              <w:rPr>
                <w:sz w:val="18"/>
              </w:rPr>
              <w:t>Atkinsa</w:t>
            </w:r>
            <w:r w:rsidRPr="001B4907">
              <w:rPr>
                <w:sz w:val="18"/>
              </w:rPr>
              <w:t xml:space="preserve"> petūnija</w:t>
            </w:r>
          </w:p>
        </w:tc>
        <w:tc>
          <w:tcPr>
            <w:tcW w:w="1134" w:type="dxa"/>
          </w:tcPr>
          <w:p w:rsidR="002819BA" w:rsidRPr="001B4907" w14:paraId="5703D7C3" w14:textId="77777777">
            <w:pPr>
              <w:spacing w:after="0"/>
              <w:jc w:val="center"/>
            </w:pPr>
            <w:r w:rsidRPr="001B4907">
              <w:rPr>
                <w:sz w:val="18"/>
              </w:rPr>
              <w:t>P11/P12/P13</w:t>
            </w:r>
          </w:p>
        </w:tc>
        <w:tc>
          <w:tcPr>
            <w:tcW w:w="710" w:type="dxa"/>
          </w:tcPr>
          <w:p w:rsidR="002819BA" w:rsidRPr="001B4907" w14:paraId="49793FE3" w14:textId="77777777">
            <w:pPr>
              <w:spacing w:after="0"/>
              <w:jc w:val="center"/>
            </w:pPr>
            <w:r w:rsidRPr="001B4907">
              <w:rPr>
                <w:sz w:val="18"/>
              </w:rPr>
              <w:t>gab.</w:t>
            </w:r>
          </w:p>
        </w:tc>
        <w:tc>
          <w:tcPr>
            <w:tcW w:w="794" w:type="dxa"/>
          </w:tcPr>
          <w:p w:rsidR="002819BA" w:rsidRPr="001B4907" w14:paraId="4B94BE75" w14:textId="77777777">
            <w:pPr>
              <w:spacing w:after="0"/>
              <w:jc w:val="center"/>
            </w:pPr>
            <w:r w:rsidRPr="001B4907">
              <w:rPr>
                <w:sz w:val="18"/>
              </w:rPr>
              <w:t>10</w:t>
            </w:r>
          </w:p>
        </w:tc>
        <w:tc>
          <w:tcPr>
            <w:tcW w:w="1247" w:type="dxa"/>
          </w:tcPr>
          <w:p w:rsidR="002819BA" w:rsidRPr="001B4907" w14:paraId="245B63ED" w14:textId="77777777">
            <w:pPr>
              <w:spacing w:after="0"/>
              <w:jc w:val="center"/>
            </w:pPr>
            <w:r w:rsidRPr="001B4907">
              <w:rPr>
                <w:sz w:val="18"/>
              </w:rPr>
              <w:t>03.05.2027.–11.06.2027.</w:t>
            </w:r>
          </w:p>
        </w:tc>
      </w:tr>
      <w:tr w14:paraId="4BDD9C76" w14:textId="77777777" w:rsidTr="002957E9">
        <w:tblPrEx>
          <w:tblW w:w="0" w:type="auto"/>
          <w:jc w:val="center"/>
          <w:tblLayout w:type="fixed"/>
          <w:tblLook w:val="04A0"/>
        </w:tblPrEx>
        <w:trPr>
          <w:gridAfter w:val="1"/>
          <w:wAfter w:w="12" w:type="dxa"/>
          <w:jc w:val="center"/>
        </w:trPr>
        <w:tc>
          <w:tcPr>
            <w:tcW w:w="624" w:type="dxa"/>
          </w:tcPr>
          <w:p w:rsidR="002819BA" w:rsidRPr="001B4907" w14:paraId="05100A6C" w14:textId="77777777">
            <w:pPr>
              <w:spacing w:after="0"/>
              <w:jc w:val="center"/>
            </w:pPr>
            <w:r w:rsidRPr="001B4907">
              <w:rPr>
                <w:sz w:val="18"/>
              </w:rPr>
              <w:t>7.4</w:t>
            </w:r>
          </w:p>
        </w:tc>
        <w:tc>
          <w:tcPr>
            <w:tcW w:w="1814" w:type="dxa"/>
          </w:tcPr>
          <w:p w:rsidR="002819BA" w:rsidRPr="001B4907" w14:paraId="536C895B" w14:textId="40BF717D">
            <w:pPr>
              <w:spacing w:after="0"/>
            </w:pPr>
            <w:r w:rsidRPr="001B4907">
              <w:rPr>
                <w:sz w:val="18"/>
              </w:rPr>
              <w:t>Lobelia</w:t>
            </w:r>
            <w:r w:rsidRPr="001B4907" w:rsidR="001B4907">
              <w:rPr>
                <w:sz w:val="18"/>
              </w:rPr>
              <w:t xml:space="preserve"> </w:t>
            </w:r>
            <w:r w:rsidRPr="001B4907" w:rsidR="001B4907">
              <w:rPr>
                <w:sz w:val="18"/>
              </w:rPr>
              <w:t>erinus</w:t>
            </w:r>
          </w:p>
        </w:tc>
        <w:tc>
          <w:tcPr>
            <w:tcW w:w="1814" w:type="dxa"/>
          </w:tcPr>
          <w:p w:rsidR="002819BA" w:rsidRPr="001B4907" w14:paraId="05DE43C6" w14:textId="5FF4CFF2">
            <w:pPr>
              <w:spacing w:after="0"/>
            </w:pPr>
            <w:r w:rsidRPr="001B4907">
              <w:rPr>
                <w:sz w:val="18"/>
              </w:rPr>
              <w:t>Regatta</w:t>
            </w:r>
          </w:p>
        </w:tc>
        <w:tc>
          <w:tcPr>
            <w:tcW w:w="1701" w:type="dxa"/>
          </w:tcPr>
          <w:p w:rsidR="002819BA" w:rsidRPr="001B4907" w14:paraId="3ADAC2FE" w14:textId="77777777">
            <w:pPr>
              <w:spacing w:after="0"/>
            </w:pPr>
            <w:r w:rsidRPr="001B4907">
              <w:rPr>
                <w:sz w:val="18"/>
              </w:rPr>
              <w:t>Lobēlija</w:t>
            </w:r>
          </w:p>
        </w:tc>
        <w:tc>
          <w:tcPr>
            <w:tcW w:w="1134" w:type="dxa"/>
          </w:tcPr>
          <w:p w:rsidR="002819BA" w:rsidRPr="001B4907" w14:paraId="75776FB9" w14:textId="77777777">
            <w:pPr>
              <w:spacing w:after="0"/>
              <w:jc w:val="center"/>
            </w:pPr>
            <w:r w:rsidRPr="001B4907">
              <w:rPr>
                <w:sz w:val="18"/>
              </w:rPr>
              <w:t>P11/P12/P13</w:t>
            </w:r>
          </w:p>
        </w:tc>
        <w:tc>
          <w:tcPr>
            <w:tcW w:w="710" w:type="dxa"/>
          </w:tcPr>
          <w:p w:rsidR="002819BA" w:rsidRPr="001B4907" w14:paraId="02060A2A" w14:textId="77777777">
            <w:pPr>
              <w:spacing w:after="0"/>
              <w:jc w:val="center"/>
            </w:pPr>
            <w:r w:rsidRPr="001B4907">
              <w:rPr>
                <w:sz w:val="18"/>
              </w:rPr>
              <w:t>gab.</w:t>
            </w:r>
          </w:p>
        </w:tc>
        <w:tc>
          <w:tcPr>
            <w:tcW w:w="794" w:type="dxa"/>
          </w:tcPr>
          <w:p w:rsidR="002819BA" w:rsidRPr="001B4907" w14:paraId="3CC0ADC6" w14:textId="77777777">
            <w:pPr>
              <w:spacing w:after="0"/>
              <w:jc w:val="center"/>
            </w:pPr>
            <w:r w:rsidRPr="001B4907">
              <w:rPr>
                <w:sz w:val="18"/>
              </w:rPr>
              <w:t>10</w:t>
            </w:r>
          </w:p>
        </w:tc>
        <w:tc>
          <w:tcPr>
            <w:tcW w:w="1247" w:type="dxa"/>
          </w:tcPr>
          <w:p w:rsidR="002819BA" w:rsidRPr="001B4907" w14:paraId="46D74778" w14:textId="77777777">
            <w:pPr>
              <w:spacing w:after="0"/>
              <w:jc w:val="center"/>
            </w:pPr>
            <w:r w:rsidRPr="001B4907">
              <w:rPr>
                <w:sz w:val="18"/>
              </w:rPr>
              <w:t>03.05.2027.–11.06.2027.</w:t>
            </w:r>
          </w:p>
        </w:tc>
      </w:tr>
      <w:tr w14:paraId="531E1D9F" w14:textId="77777777" w:rsidTr="002957E9">
        <w:tblPrEx>
          <w:tblW w:w="0" w:type="auto"/>
          <w:jc w:val="center"/>
          <w:tblLayout w:type="fixed"/>
          <w:tblLook w:val="04A0"/>
        </w:tblPrEx>
        <w:trPr>
          <w:gridAfter w:val="1"/>
          <w:wAfter w:w="12" w:type="dxa"/>
          <w:jc w:val="center"/>
        </w:trPr>
        <w:tc>
          <w:tcPr>
            <w:tcW w:w="624" w:type="dxa"/>
          </w:tcPr>
          <w:p w:rsidR="002819BA" w:rsidRPr="001B4907" w14:paraId="0FC83ADB" w14:textId="77777777">
            <w:pPr>
              <w:spacing w:after="0"/>
              <w:jc w:val="center"/>
            </w:pPr>
            <w:r w:rsidRPr="001B4907">
              <w:rPr>
                <w:sz w:val="18"/>
              </w:rPr>
              <w:t>7.5</w:t>
            </w:r>
          </w:p>
        </w:tc>
        <w:tc>
          <w:tcPr>
            <w:tcW w:w="1814" w:type="dxa"/>
          </w:tcPr>
          <w:p w:rsidR="002819BA" w:rsidRPr="001B4907" w14:paraId="0F868AD3" w14:textId="77777777">
            <w:pPr>
              <w:spacing w:after="0"/>
            </w:pPr>
            <w:r w:rsidRPr="001B4907">
              <w:rPr>
                <w:sz w:val="18"/>
              </w:rPr>
              <w:t>Pennisetum</w:t>
            </w:r>
          </w:p>
        </w:tc>
        <w:tc>
          <w:tcPr>
            <w:tcW w:w="1814" w:type="dxa"/>
          </w:tcPr>
          <w:p w:rsidR="002819BA" w:rsidRPr="001B4907" w14:paraId="37887B06" w14:textId="77777777">
            <w:pPr>
              <w:spacing w:after="0"/>
            </w:pPr>
            <w:r w:rsidRPr="001B4907">
              <w:rPr>
                <w:sz w:val="18"/>
              </w:rPr>
              <w:t>Rubrum</w:t>
            </w:r>
          </w:p>
        </w:tc>
        <w:tc>
          <w:tcPr>
            <w:tcW w:w="1701" w:type="dxa"/>
          </w:tcPr>
          <w:p w:rsidR="002819BA" w:rsidRPr="001B4907" w14:paraId="09E45BC4" w14:textId="77777777">
            <w:pPr>
              <w:spacing w:after="0"/>
            </w:pPr>
            <w:r w:rsidRPr="001B4907">
              <w:rPr>
                <w:sz w:val="18"/>
              </w:rPr>
              <w:t>Sarzāle</w:t>
            </w:r>
          </w:p>
        </w:tc>
        <w:tc>
          <w:tcPr>
            <w:tcW w:w="1134" w:type="dxa"/>
          </w:tcPr>
          <w:p w:rsidR="002819BA" w:rsidRPr="001B4907" w14:paraId="18A125BA" w14:textId="77777777">
            <w:pPr>
              <w:spacing w:after="0"/>
              <w:jc w:val="center"/>
            </w:pPr>
            <w:r w:rsidRPr="001B4907">
              <w:rPr>
                <w:sz w:val="18"/>
              </w:rPr>
              <w:t>P11/P12/P13</w:t>
            </w:r>
          </w:p>
        </w:tc>
        <w:tc>
          <w:tcPr>
            <w:tcW w:w="710" w:type="dxa"/>
          </w:tcPr>
          <w:p w:rsidR="002819BA" w:rsidRPr="001B4907" w14:paraId="79311AE5" w14:textId="77777777">
            <w:pPr>
              <w:spacing w:after="0"/>
              <w:jc w:val="center"/>
            </w:pPr>
            <w:r w:rsidRPr="001B4907">
              <w:rPr>
                <w:sz w:val="18"/>
              </w:rPr>
              <w:t>gab.</w:t>
            </w:r>
          </w:p>
        </w:tc>
        <w:tc>
          <w:tcPr>
            <w:tcW w:w="794" w:type="dxa"/>
          </w:tcPr>
          <w:p w:rsidR="002819BA" w:rsidRPr="001B4907" w14:paraId="6BE1CA96" w14:textId="77777777">
            <w:pPr>
              <w:spacing w:after="0"/>
              <w:jc w:val="center"/>
            </w:pPr>
            <w:r w:rsidRPr="001B4907">
              <w:rPr>
                <w:sz w:val="18"/>
              </w:rPr>
              <w:t>3</w:t>
            </w:r>
          </w:p>
        </w:tc>
        <w:tc>
          <w:tcPr>
            <w:tcW w:w="1247" w:type="dxa"/>
          </w:tcPr>
          <w:p w:rsidR="002819BA" w:rsidRPr="001B4907" w14:paraId="5025BF06" w14:textId="77777777">
            <w:pPr>
              <w:spacing w:after="0"/>
              <w:jc w:val="center"/>
            </w:pPr>
            <w:r w:rsidRPr="001B4907">
              <w:rPr>
                <w:sz w:val="18"/>
              </w:rPr>
              <w:t>03.05.2027.–11.06.2027.</w:t>
            </w:r>
          </w:p>
        </w:tc>
      </w:tr>
      <w:tr w14:paraId="3399CB2A" w14:textId="77777777" w:rsidTr="002957E9">
        <w:tblPrEx>
          <w:tblW w:w="0" w:type="auto"/>
          <w:jc w:val="center"/>
          <w:tblLayout w:type="fixed"/>
          <w:tblLook w:val="04A0"/>
        </w:tblPrEx>
        <w:trPr>
          <w:gridAfter w:val="1"/>
          <w:wAfter w:w="12" w:type="dxa"/>
          <w:jc w:val="center"/>
        </w:trPr>
        <w:tc>
          <w:tcPr>
            <w:tcW w:w="624" w:type="dxa"/>
          </w:tcPr>
          <w:p w:rsidR="00AB4705" w:rsidRPr="001B4907" w14:paraId="338D527B" w14:textId="3A61E3D5">
            <w:pPr>
              <w:spacing w:after="0"/>
              <w:jc w:val="center"/>
              <w:rPr>
                <w:sz w:val="18"/>
              </w:rPr>
            </w:pPr>
            <w:r>
              <w:rPr>
                <w:sz w:val="18"/>
              </w:rPr>
              <w:t>7.6</w:t>
            </w:r>
          </w:p>
        </w:tc>
        <w:tc>
          <w:tcPr>
            <w:tcW w:w="1814" w:type="dxa"/>
          </w:tcPr>
          <w:p w:rsidR="00AB4705" w:rsidRPr="00A96D2E" w14:paraId="4FA20230" w14:textId="5BE0EADE">
            <w:pPr>
              <w:spacing w:after="0"/>
              <w:rPr>
                <w:rFonts w:cs="Times New Roman"/>
                <w:sz w:val="18"/>
                <w:szCs w:val="18"/>
              </w:rPr>
            </w:pPr>
            <w:r w:rsidRPr="00A96D2E">
              <w:rPr>
                <w:rFonts w:cs="Times New Roman"/>
                <w:color w:val="242424"/>
                <w:sz w:val="18"/>
                <w:szCs w:val="18"/>
                <w:shd w:val="clear" w:color="auto" w:fill="FFFFFF"/>
              </w:rPr>
              <w:t>Begonia</w:t>
            </w:r>
            <w:r w:rsidRPr="00A96D2E">
              <w:rPr>
                <w:rFonts w:cs="Times New Roman"/>
                <w:color w:val="242424"/>
                <w:sz w:val="18"/>
                <w:szCs w:val="18"/>
                <w:shd w:val="clear" w:color="auto" w:fill="FFFFFF"/>
              </w:rPr>
              <w:t xml:space="preserve"> </w:t>
            </w:r>
            <w:r w:rsidRPr="00A96D2E">
              <w:rPr>
                <w:rFonts w:cs="Times New Roman"/>
                <w:color w:val="242424"/>
                <w:sz w:val="18"/>
                <w:szCs w:val="18"/>
                <w:shd w:val="clear" w:color="auto" w:fill="FFFFFF"/>
              </w:rPr>
              <w:t>interspecific</w:t>
            </w:r>
          </w:p>
        </w:tc>
        <w:tc>
          <w:tcPr>
            <w:tcW w:w="1814" w:type="dxa"/>
          </w:tcPr>
          <w:p w:rsidR="00AB4705" w:rsidRPr="001B4907" w14:paraId="153ACC8C" w14:textId="39D95385">
            <w:pPr>
              <w:spacing w:after="0"/>
              <w:rPr>
                <w:sz w:val="18"/>
              </w:rPr>
            </w:pPr>
            <w:r>
              <w:rPr>
                <w:sz w:val="18"/>
              </w:rPr>
              <w:t>Lielziedu begonijas</w:t>
            </w:r>
          </w:p>
        </w:tc>
        <w:tc>
          <w:tcPr>
            <w:tcW w:w="1701" w:type="dxa"/>
          </w:tcPr>
          <w:p w:rsidR="00AB4705" w:rsidRPr="001B4907" w14:paraId="0BC5D9EC" w14:textId="2033A5FE">
            <w:pPr>
              <w:spacing w:after="0"/>
              <w:rPr>
                <w:sz w:val="18"/>
              </w:rPr>
            </w:pPr>
            <w:r>
              <w:rPr>
                <w:sz w:val="18"/>
              </w:rPr>
              <w:t>Augstā leduspuķe</w:t>
            </w:r>
          </w:p>
        </w:tc>
        <w:tc>
          <w:tcPr>
            <w:tcW w:w="1134" w:type="dxa"/>
          </w:tcPr>
          <w:p w:rsidR="00AB4705" w:rsidRPr="001B4907" w14:paraId="4045FC04" w14:textId="7C9889D2">
            <w:pPr>
              <w:spacing w:after="0"/>
              <w:jc w:val="center"/>
              <w:rPr>
                <w:sz w:val="18"/>
              </w:rPr>
            </w:pPr>
            <w:r w:rsidRPr="001B4907">
              <w:rPr>
                <w:sz w:val="18"/>
              </w:rPr>
              <w:t>P11/P12/P13</w:t>
            </w:r>
          </w:p>
        </w:tc>
        <w:tc>
          <w:tcPr>
            <w:tcW w:w="710" w:type="dxa"/>
          </w:tcPr>
          <w:p w:rsidR="00AB4705" w:rsidRPr="001B4907" w14:paraId="57E1F1A7" w14:textId="3AE198CC">
            <w:pPr>
              <w:spacing w:after="0"/>
              <w:jc w:val="center"/>
              <w:rPr>
                <w:sz w:val="18"/>
              </w:rPr>
            </w:pPr>
            <w:r>
              <w:rPr>
                <w:sz w:val="18"/>
              </w:rPr>
              <w:t>gab.</w:t>
            </w:r>
          </w:p>
        </w:tc>
        <w:tc>
          <w:tcPr>
            <w:tcW w:w="794" w:type="dxa"/>
          </w:tcPr>
          <w:p w:rsidR="00AB4705" w:rsidRPr="001B4907" w14:paraId="12008975" w14:textId="086C824D">
            <w:pPr>
              <w:spacing w:after="0"/>
              <w:jc w:val="center"/>
              <w:rPr>
                <w:sz w:val="18"/>
              </w:rPr>
            </w:pPr>
            <w:r>
              <w:rPr>
                <w:sz w:val="18"/>
              </w:rPr>
              <w:t>6</w:t>
            </w:r>
          </w:p>
        </w:tc>
        <w:tc>
          <w:tcPr>
            <w:tcW w:w="1247" w:type="dxa"/>
          </w:tcPr>
          <w:p w:rsidR="00AB4705" w:rsidRPr="001B4907" w14:paraId="39A615A9" w14:textId="73B5B18A">
            <w:pPr>
              <w:spacing w:after="0"/>
              <w:jc w:val="center"/>
              <w:rPr>
                <w:sz w:val="18"/>
              </w:rPr>
            </w:pPr>
            <w:r w:rsidRPr="001B4907">
              <w:rPr>
                <w:sz w:val="18"/>
              </w:rPr>
              <w:t>03.05.2027.–11.06.2027.</w:t>
            </w:r>
          </w:p>
        </w:tc>
      </w:tr>
      <w:tr w14:paraId="19E95637"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456351CD" w14:textId="77777777">
            <w:pPr>
              <w:spacing w:after="0"/>
              <w:jc w:val="center"/>
            </w:pPr>
            <w:r w:rsidRPr="001B4907">
              <w:rPr>
                <w:b/>
                <w:sz w:val="18"/>
              </w:rPr>
              <w:t>Kopā 7. piegādes vietā</w:t>
            </w:r>
          </w:p>
        </w:tc>
        <w:tc>
          <w:tcPr>
            <w:tcW w:w="794" w:type="dxa"/>
          </w:tcPr>
          <w:p w:rsidR="002819BA" w:rsidRPr="001B4907" w14:paraId="0E45F4AD" w14:textId="05B5EF62">
            <w:pPr>
              <w:spacing w:after="0"/>
              <w:jc w:val="center"/>
            </w:pPr>
            <w:r>
              <w:rPr>
                <w:b/>
                <w:sz w:val="18"/>
              </w:rPr>
              <w:t>95</w:t>
            </w:r>
          </w:p>
        </w:tc>
        <w:tc>
          <w:tcPr>
            <w:tcW w:w="1247" w:type="dxa"/>
          </w:tcPr>
          <w:p w:rsidR="002819BA" w:rsidRPr="001B4907" w14:paraId="2CC8441A" w14:textId="77777777">
            <w:pPr>
              <w:spacing w:after="0"/>
              <w:jc w:val="center"/>
            </w:pPr>
          </w:p>
        </w:tc>
      </w:tr>
      <w:tr w14:paraId="0F276121" w14:textId="77777777" w:rsidTr="002957E9">
        <w:tblPrEx>
          <w:tblW w:w="0" w:type="auto"/>
          <w:jc w:val="center"/>
          <w:tblLayout w:type="fixed"/>
          <w:tblLook w:val="04A0"/>
        </w:tblPrEx>
        <w:trPr>
          <w:gridAfter w:val="1"/>
          <w:wAfter w:w="12" w:type="dxa"/>
          <w:jc w:val="center"/>
        </w:trPr>
        <w:tc>
          <w:tcPr>
            <w:tcW w:w="7797" w:type="dxa"/>
            <w:gridSpan w:val="6"/>
          </w:tcPr>
          <w:p w:rsidR="002819BA" w:rsidRPr="001B4907" w14:paraId="279D3B5F" w14:textId="77777777">
            <w:pPr>
              <w:spacing w:after="0"/>
              <w:jc w:val="center"/>
            </w:pPr>
            <w:r w:rsidRPr="001B4907">
              <w:rPr>
                <w:b/>
                <w:sz w:val="18"/>
              </w:rPr>
              <w:t>Pavisam kopā</w:t>
            </w:r>
          </w:p>
        </w:tc>
        <w:tc>
          <w:tcPr>
            <w:tcW w:w="794" w:type="dxa"/>
          </w:tcPr>
          <w:p w:rsidR="002819BA" w:rsidRPr="001B4907" w14:paraId="55FB789D" w14:textId="66B7F5E9">
            <w:pPr>
              <w:spacing w:after="0"/>
              <w:jc w:val="center"/>
            </w:pPr>
            <w:r w:rsidRPr="001B4907">
              <w:rPr>
                <w:b/>
                <w:sz w:val="18"/>
              </w:rPr>
              <w:t>81</w:t>
            </w:r>
            <w:r w:rsidR="003C11DC">
              <w:rPr>
                <w:b/>
                <w:sz w:val="18"/>
              </w:rPr>
              <w:t>3</w:t>
            </w:r>
            <w:r w:rsidR="00642400">
              <w:rPr>
                <w:b/>
                <w:sz w:val="18"/>
              </w:rPr>
              <w:t>7</w:t>
            </w:r>
          </w:p>
        </w:tc>
        <w:tc>
          <w:tcPr>
            <w:tcW w:w="1247" w:type="dxa"/>
          </w:tcPr>
          <w:p w:rsidR="002819BA" w:rsidRPr="001B4907" w14:paraId="2B4EF55B" w14:textId="77777777">
            <w:pPr>
              <w:spacing w:after="0"/>
              <w:jc w:val="center"/>
            </w:pPr>
          </w:p>
        </w:tc>
      </w:tr>
    </w:tbl>
    <w:p w:rsidR="001B4907" w:rsidRPr="001B4907" w14:paraId="4CC8BD3B" w14:textId="72CBCFCC">
      <w:pPr>
        <w:tabs>
          <w:tab w:val="left" w:pos="425"/>
        </w:tabs>
        <w:spacing w:before="160"/>
        <w:ind w:left="425" w:hanging="425"/>
        <w:jc w:val="both"/>
        <w:rPr>
          <w:b/>
        </w:rPr>
      </w:pPr>
      <w:r w:rsidRPr="001B4907">
        <w:rPr>
          <w:color w:val="000000" w:themeColor="text1"/>
        </w:rPr>
        <w:t>3.4. Tabulā norādītās šķirnes raksturo Pasūtītājam nepieciešamās dekoratīvās īpašības (zieda krāsa, augums, augšanas forma). Ja kādas šķirnes nav iespējams piegādāt, pieļaujams piedāvāt līdzvērtīgu šķirni (vai ekvivalentu) ar analogām dekoratīvajām īpašībām, to iepriekš rakstiski saskaņojot ar Pasūtītāju (sk. 5.3. un 5.7. punktu).</w:t>
      </w:r>
    </w:p>
    <w:p w:rsidR="002819BA" w:rsidRPr="001B4907" w14:paraId="74C5E3E2" w14:textId="4DDA5A58">
      <w:pPr>
        <w:tabs>
          <w:tab w:val="left" w:pos="425"/>
        </w:tabs>
        <w:spacing w:before="160"/>
        <w:ind w:left="425" w:hanging="425"/>
        <w:jc w:val="both"/>
      </w:pPr>
      <w:r w:rsidRPr="001B4907">
        <w:rPr>
          <w:b/>
        </w:rPr>
        <w:t>4.</w:t>
      </w:r>
      <w:r w:rsidRPr="001B4907">
        <w:rPr>
          <w:b/>
        </w:rPr>
        <w:tab/>
        <w:t>Izpildes vieta un termiņi</w:t>
      </w:r>
    </w:p>
    <w:p w:rsidR="002819BA" w:rsidRPr="001B4907" w14:paraId="66C45E71" w14:textId="77777777">
      <w:pPr>
        <w:tabs>
          <w:tab w:val="left" w:pos="850"/>
        </w:tabs>
        <w:ind w:left="850" w:hanging="510"/>
        <w:jc w:val="both"/>
      </w:pPr>
      <w:r w:rsidRPr="001B4907">
        <w:t>4.1.</w:t>
      </w:r>
      <w:r w:rsidRPr="001B4907">
        <w:tab/>
        <w:t>Piegādes vietas:</w:t>
      </w:r>
    </w:p>
    <w:p w:rsidR="002819BA" w:rsidRPr="001B4907" w14:paraId="1668134F" w14:textId="77777777">
      <w:pPr>
        <w:tabs>
          <w:tab w:val="left" w:pos="1361"/>
        </w:tabs>
        <w:spacing w:after="20"/>
        <w:ind w:left="1361" w:hanging="624"/>
        <w:jc w:val="both"/>
      </w:pPr>
      <w:r w:rsidRPr="001B4907">
        <w:t>4.1.1.</w:t>
      </w:r>
      <w:r w:rsidRPr="001B4907">
        <w:tab/>
        <w:t>Bauskas pilsētas nodaļai, adrese: Uzvaras iela 6, Bauska, Bauskas novads.</w:t>
      </w:r>
    </w:p>
    <w:p w:rsidR="002819BA" w:rsidRPr="001B4907" w14:paraId="31B973A6" w14:textId="77777777">
      <w:pPr>
        <w:tabs>
          <w:tab w:val="left" w:pos="1361"/>
        </w:tabs>
        <w:spacing w:after="20"/>
        <w:ind w:left="1361" w:hanging="624"/>
        <w:jc w:val="both"/>
      </w:pPr>
      <w:r w:rsidRPr="001B4907">
        <w:t>4.1.2.</w:t>
      </w:r>
      <w:r w:rsidRPr="001B4907">
        <w:tab/>
        <w:t>Īslīces pagasta nodaļai, adrese: "Rītausmas", Rītausmas, Īslīces pagasts, Bauskas novads.</w:t>
      </w:r>
    </w:p>
    <w:p w:rsidR="002819BA" w:rsidRPr="001B4907" w14:paraId="329678C1" w14:textId="77777777">
      <w:pPr>
        <w:tabs>
          <w:tab w:val="left" w:pos="1361"/>
        </w:tabs>
        <w:spacing w:after="20"/>
        <w:ind w:left="1361" w:hanging="624"/>
        <w:jc w:val="both"/>
      </w:pPr>
      <w:r w:rsidRPr="001B4907">
        <w:t>4.1.3.</w:t>
      </w:r>
      <w:r w:rsidRPr="001B4907">
        <w:tab/>
        <w:t>Codes pagasta nodaļai, adrese: Lielā iela 2, Code, Bauskas novads.</w:t>
      </w:r>
    </w:p>
    <w:p w:rsidR="002819BA" w:rsidRPr="001B4907" w14:paraId="51A34899" w14:textId="77777777">
      <w:pPr>
        <w:tabs>
          <w:tab w:val="left" w:pos="1361"/>
        </w:tabs>
        <w:spacing w:after="20"/>
        <w:ind w:left="1361" w:hanging="624"/>
        <w:jc w:val="both"/>
      </w:pPr>
      <w:r w:rsidRPr="001B4907">
        <w:t>4.1.4.</w:t>
      </w:r>
      <w:r w:rsidRPr="001B4907">
        <w:tab/>
        <w:t>Vecsaules pagasta nodaļai, adrese: „Pagastmāja”, Vecsaule, Vecsaules pagasts, Bauskas novads.</w:t>
      </w:r>
    </w:p>
    <w:p w:rsidR="002819BA" w:rsidRPr="001B4907" w14:paraId="0024F02D" w14:textId="77777777">
      <w:pPr>
        <w:tabs>
          <w:tab w:val="left" w:pos="1361"/>
        </w:tabs>
        <w:spacing w:after="20"/>
        <w:ind w:left="1361" w:hanging="624"/>
        <w:jc w:val="both"/>
      </w:pPr>
      <w:r w:rsidRPr="001B4907">
        <w:t>4.1.5.</w:t>
      </w:r>
      <w:r w:rsidRPr="001B4907">
        <w:tab/>
        <w:t>Brunavas pagasta nodaļai, adrese: „Ērgļi”, Ērgļi, Brunavas pagasts, Bauskas novads.</w:t>
      </w:r>
    </w:p>
    <w:p w:rsidR="002819BA" w:rsidRPr="001B4907" w14:paraId="241E929D" w14:textId="77777777">
      <w:pPr>
        <w:tabs>
          <w:tab w:val="left" w:pos="1361"/>
        </w:tabs>
        <w:spacing w:after="20"/>
        <w:ind w:left="1361" w:hanging="624"/>
        <w:jc w:val="both"/>
      </w:pPr>
      <w:r w:rsidRPr="001B4907">
        <w:t>4.1.6.</w:t>
      </w:r>
      <w:r w:rsidRPr="001B4907">
        <w:tab/>
        <w:t>Ceraukstes pagasta nodaļai, adrese: „Tautas nams”, Ceraukste, Ceraukstes pagasts, Bauskas novads.</w:t>
      </w:r>
    </w:p>
    <w:p w:rsidR="002819BA" w:rsidRPr="001B4907" w14:paraId="43EB6794" w14:textId="77777777">
      <w:pPr>
        <w:tabs>
          <w:tab w:val="left" w:pos="1361"/>
        </w:tabs>
        <w:spacing w:after="20"/>
        <w:ind w:left="1361" w:hanging="624"/>
        <w:jc w:val="both"/>
      </w:pPr>
      <w:r w:rsidRPr="001B4907">
        <w:t>4.1.7.</w:t>
      </w:r>
      <w:r w:rsidRPr="001B4907">
        <w:tab/>
        <w:t>Gailīšu pagasta nodaļai, adrese: Bauskas iela 2, Uzvara, Gailīšu pagasts, Bauskas novads.</w:t>
      </w:r>
    </w:p>
    <w:p w:rsidR="002819BA" w:rsidRPr="001B4907" w14:paraId="38F17920" w14:textId="77777777">
      <w:pPr>
        <w:tabs>
          <w:tab w:val="left" w:pos="850"/>
        </w:tabs>
        <w:ind w:left="850" w:hanging="510"/>
        <w:jc w:val="both"/>
      </w:pPr>
      <w:r w:rsidRPr="001B4907">
        <w:t>4.2.</w:t>
      </w:r>
      <w:r w:rsidRPr="001B4907">
        <w:tab/>
        <w:t>Plānotie piegādes periodi (konkrētas pozīcijas periods norādīts 3.3. punkta tabulā):</w:t>
      </w:r>
    </w:p>
    <w:p w:rsidR="002819BA" w:rsidRPr="001B4907" w14:paraId="22C08ABB" w14:textId="77777777">
      <w:pPr>
        <w:tabs>
          <w:tab w:val="left" w:pos="1361"/>
        </w:tabs>
        <w:spacing w:after="20"/>
        <w:ind w:left="1361" w:hanging="624"/>
        <w:jc w:val="both"/>
      </w:pPr>
      <w:r w:rsidRPr="001B4907">
        <w:t>4.2.1.</w:t>
      </w:r>
      <w:r w:rsidRPr="001B4907">
        <w:tab/>
        <w:t>pavasara stādi – 15.03.2027.–09.04.2027.;</w:t>
      </w:r>
    </w:p>
    <w:p w:rsidR="002819BA" w:rsidRPr="001B4907" w14:paraId="4F96F40F" w14:textId="77777777">
      <w:pPr>
        <w:tabs>
          <w:tab w:val="left" w:pos="1361"/>
        </w:tabs>
        <w:spacing w:after="20"/>
        <w:ind w:left="1361" w:hanging="624"/>
        <w:jc w:val="both"/>
      </w:pPr>
      <w:r w:rsidRPr="001B4907">
        <w:t>4.2.2.</w:t>
      </w:r>
      <w:r w:rsidRPr="001B4907">
        <w:tab/>
        <w:t>vasaras stādi un sastādītie puķu podi – 03.05.2027.–11.06.2027.;</w:t>
      </w:r>
    </w:p>
    <w:p w:rsidR="002819BA" w:rsidRPr="001B4907" w14:paraId="6D1DD244" w14:textId="015B95A7">
      <w:pPr>
        <w:tabs>
          <w:tab w:val="left" w:pos="1361"/>
        </w:tabs>
        <w:spacing w:after="20"/>
        <w:ind w:left="1361" w:hanging="624"/>
        <w:jc w:val="both"/>
      </w:pPr>
      <w:r w:rsidRPr="001B4907">
        <w:t>4.2.3.</w:t>
      </w:r>
      <w:r w:rsidRPr="001B4907">
        <w:tab/>
        <w:t>rudens stādi – 27.09.2027.–</w:t>
      </w:r>
      <w:r w:rsidRPr="001B4907" w:rsidR="00901AE8">
        <w:t>29</w:t>
      </w:r>
      <w:r w:rsidRPr="001B4907">
        <w:t>.10.2027.</w:t>
      </w:r>
    </w:p>
    <w:p w:rsidR="002819BA" w:rsidRPr="001B4907" w14:paraId="2C186D58" w14:textId="7BC7155C">
      <w:pPr>
        <w:tabs>
          <w:tab w:val="left" w:pos="850"/>
        </w:tabs>
        <w:ind w:left="850" w:hanging="510"/>
        <w:jc w:val="both"/>
      </w:pPr>
      <w:r w:rsidRPr="001B4907">
        <w:t>4.3.</w:t>
      </w:r>
      <w:r w:rsidRPr="001B4907">
        <w:tab/>
        <w:t xml:space="preserve">Līguma izpildes termiņš – līdz pilnīgai saistību izpildei, bet ne vēlāk kā </w:t>
      </w:r>
      <w:r w:rsidRPr="001B4907" w:rsidR="00901AE8">
        <w:t>29</w:t>
      </w:r>
      <w:r w:rsidRPr="001B4907">
        <w:t xml:space="preserve">.10.2027. </w:t>
      </w:r>
    </w:p>
    <w:p w:rsidR="002819BA" w:rsidRPr="001B4907" w14:paraId="40279F83" w14:textId="675833BD">
      <w:pPr>
        <w:tabs>
          <w:tab w:val="left" w:pos="850"/>
        </w:tabs>
        <w:ind w:left="850" w:hanging="510"/>
        <w:jc w:val="both"/>
      </w:pPr>
      <w:r w:rsidRPr="001B4907">
        <w:t>4.4.</w:t>
      </w:r>
      <w:r w:rsidRPr="001B4907">
        <w:tab/>
        <w:t>Piegādi pavasarī var nodrošināt agrāk par noteikto termiņu tikai tad, ja diennakts vidējā gaisa temperatūra ir stabili virs +5 °C vairākas dienas pēc kārtas, piegādi iepriekš rakstiski saskaņojot ar Pasūtītāju.</w:t>
      </w:r>
    </w:p>
    <w:p w:rsidR="002819BA" w:rsidRPr="001B4907" w14:paraId="4B1F3690" w14:textId="77777777">
      <w:pPr>
        <w:tabs>
          <w:tab w:val="left" w:pos="425"/>
        </w:tabs>
        <w:spacing w:before="160"/>
        <w:ind w:left="425" w:hanging="425"/>
        <w:jc w:val="both"/>
      </w:pPr>
      <w:r w:rsidRPr="001B4907">
        <w:rPr>
          <w:b/>
        </w:rPr>
        <w:t>5.</w:t>
      </w:r>
      <w:r w:rsidRPr="001B4907">
        <w:rPr>
          <w:b/>
        </w:rPr>
        <w:tab/>
        <w:t>Piegādes un stādīšanas nosacījumi</w:t>
      </w:r>
    </w:p>
    <w:p w:rsidR="002819BA" w:rsidRPr="001B4907" w14:paraId="077D0137" w14:textId="77777777">
      <w:pPr>
        <w:tabs>
          <w:tab w:val="left" w:pos="850"/>
        </w:tabs>
        <w:ind w:left="850" w:hanging="510"/>
        <w:jc w:val="both"/>
      </w:pPr>
      <w:r w:rsidRPr="001B4907">
        <w:t>5.1.</w:t>
      </w:r>
      <w:r w:rsidRPr="001B4907">
        <w:tab/>
        <w:t>Piegādātājs piegādā puķu stādus pa partijām atbilstoši pieteiktajam sortimentam un daudzumam 3.3. punkta tabulā un Tehniskā un finanšu piedāvājuma veidlapā (Nolikuma 3.pielikums, 7. kolonna “Plānotais piegādes laiks”) norādītajos termiņos. Pirms piegādes Piegādātājs ar Pasūtītāju vienojas par saņemšanas dienu un laiku.</w:t>
      </w:r>
    </w:p>
    <w:p w:rsidR="002819BA" w:rsidRPr="001B4907" w14:paraId="61A458B8" w14:textId="77777777">
      <w:pPr>
        <w:tabs>
          <w:tab w:val="left" w:pos="850"/>
        </w:tabs>
        <w:ind w:left="850" w:hanging="510"/>
        <w:jc w:val="both"/>
      </w:pPr>
      <w:r w:rsidRPr="001B4907">
        <w:t>5.2.</w:t>
      </w:r>
      <w:r w:rsidRPr="001B4907">
        <w:tab/>
        <w:t>Pasūtītājam ir tiesības mainīt faktiskos piegādes apjomus +/- 10% robežās.</w:t>
      </w:r>
    </w:p>
    <w:p w:rsidR="002819BA" w:rsidRPr="001B4907" w14:paraId="78EC7E74" w14:textId="77777777">
      <w:pPr>
        <w:tabs>
          <w:tab w:val="left" w:pos="850"/>
        </w:tabs>
        <w:ind w:left="850" w:hanging="510"/>
        <w:jc w:val="both"/>
      </w:pPr>
      <w:r w:rsidRPr="001B4907">
        <w:t>5.3.</w:t>
      </w:r>
      <w:r w:rsidRPr="001B4907">
        <w:tab/>
        <w:t>Pasūtītājam ir tiesības aizstāt vienas šķirnes stādus ar līdzvērtīgiem citas šķirnes stādiem no Piegādātāja piedāvātā sortimenta, iepriekš pusēm vienojoties un saskaņojot šādas izmaiņas.</w:t>
      </w:r>
    </w:p>
    <w:p w:rsidR="002819BA" w:rsidRPr="001B4907" w14:paraId="23BC32C3" w14:textId="77777777">
      <w:pPr>
        <w:tabs>
          <w:tab w:val="left" w:pos="850"/>
        </w:tabs>
        <w:ind w:left="850" w:hanging="510"/>
        <w:jc w:val="both"/>
      </w:pPr>
      <w:r w:rsidRPr="001B4907">
        <w:t>5.4.</w:t>
      </w:r>
      <w:r w:rsidRPr="001B4907">
        <w:tab/>
        <w:t>Piegādes izmaksas (transports, iekraušana, izkraušana piegādes vietā) iekļaujamas stādu vienības cenā.</w:t>
      </w:r>
    </w:p>
    <w:p w:rsidR="002819BA" w:rsidRPr="001B4907" w14:paraId="05F417D1" w14:textId="2B505952">
      <w:pPr>
        <w:tabs>
          <w:tab w:val="left" w:pos="850"/>
        </w:tabs>
        <w:ind w:left="850" w:hanging="510"/>
        <w:jc w:val="both"/>
      </w:pPr>
      <w:r w:rsidRPr="001B4907">
        <w:t>5.5.</w:t>
      </w:r>
      <w:r w:rsidRPr="001B4907">
        <w:tab/>
        <w:t xml:space="preserve">Piegādātājs saņem no Pasūtītāja laternu un arku puķu podus, lai nodrošinātu augu sastādīšanu. Laternu un arku puķu podos Piegādātājs augus sastāda pēc norunātas shēmas, tiklīdz augi ir </w:t>
      </w:r>
      <w:r w:rsidRPr="001B4907">
        <w:t>pietiek</w:t>
      </w:r>
      <w:r w:rsidR="001B4907">
        <w:t>aki</w:t>
      </w:r>
      <w:r w:rsidRPr="001B4907">
        <w:t xml:space="preserve"> saauguši un izturīgi pret āra apstākļiem. Puķu podus Piegādātājs piegādā uz Tehniskā un finanšu piedāvājuma veidlapā norādītajām piegādes vietām. Pirms piegādes Piegādātājs ar Pasūtītāju vienojas par saņemšanas dienu un laiku. Augu stādīšanas shēma tiks nosūtīta Piegādātājam uz e-pastu līdz 01.02.2027.</w:t>
      </w:r>
    </w:p>
    <w:p w:rsidR="002819BA" w:rsidRPr="001B4907" w14:paraId="181A373E" w14:textId="3D2F947D">
      <w:pPr>
        <w:tabs>
          <w:tab w:val="left" w:pos="850"/>
        </w:tabs>
        <w:ind w:left="850" w:hanging="510"/>
        <w:jc w:val="both"/>
      </w:pPr>
      <w:r w:rsidRPr="001B4907">
        <w:t>5.6.</w:t>
      </w:r>
      <w:r w:rsidRPr="001B4907">
        <w:tab/>
        <w:t xml:space="preserve">Pasūtītājam ir tiesības pirms piegādes uzsākšanas apmeklēt Piegādātāja </w:t>
      </w:r>
      <w:r w:rsidRPr="001B4907">
        <w:t>stādaudzētavu</w:t>
      </w:r>
      <w:r w:rsidRPr="001B4907">
        <w:t xml:space="preserve"> un personīgi izvēlēties līgumā paredzētos augu stādus no </w:t>
      </w:r>
      <w:r w:rsidRPr="001B4907">
        <w:t>stādaudzētavā</w:t>
      </w:r>
      <w:r w:rsidRPr="001B4907">
        <w:t xml:space="preserve"> pieejamā sortimenta. Piegādātājam ir pienākums nodrošināt piekļuvi un ievērot Pasūtītāja izvēli piegādes laikā. Piegādātāja </w:t>
      </w:r>
      <w:r w:rsidRPr="001B4907">
        <w:t>stādaudzētavai</w:t>
      </w:r>
      <w:r w:rsidRPr="001B4907">
        <w:t xml:space="preserve"> jāatrodas ne tālāk kā 25 km no Bauskas apvienības pārvaldes juridiskās adreses – Uzvaras iela 6, Bauska, Bauskas novads. </w:t>
      </w:r>
    </w:p>
    <w:p w:rsidR="002819BA" w:rsidRPr="001B4907" w14:paraId="40C5FF93" w14:textId="49AF8925">
      <w:pPr>
        <w:tabs>
          <w:tab w:val="left" w:pos="850"/>
        </w:tabs>
        <w:ind w:left="850" w:hanging="510"/>
        <w:jc w:val="both"/>
      </w:pPr>
      <w:r w:rsidRPr="001B4907">
        <w:t>5.7.</w:t>
      </w:r>
      <w:r w:rsidRPr="001B4907">
        <w:tab/>
        <w:t xml:space="preserve">Ja radusies situācija un kādu no norādīto stādu šķirni nav iespējams izaudzēt/piegādāt, Piegādātājam jāsazinās ar Pasūtītāja kontaktpersonu un jāsaskaņo analoga vai citas šķirnes/sugas izvēle, lai nodrošinātu pilnvērtīgu stādu piegādi </w:t>
      </w:r>
      <w:r w:rsidR="001B4907">
        <w:t>4.2</w:t>
      </w:r>
      <w:r w:rsidRPr="001B4907">
        <w:t>.</w:t>
      </w:r>
      <w:r w:rsidR="001B4907">
        <w:t xml:space="preserve"> </w:t>
      </w:r>
      <w:r w:rsidR="001B4907">
        <w:t>puntā</w:t>
      </w:r>
      <w:r w:rsidR="001B4907">
        <w:t xml:space="preserve"> noteiktajā termiņā.</w:t>
      </w:r>
    </w:p>
    <w:p w:rsidR="002819BA" w:rsidRPr="001B4907" w14:paraId="06EA8354" w14:textId="5582606A">
      <w:pPr>
        <w:tabs>
          <w:tab w:val="left" w:pos="850"/>
        </w:tabs>
        <w:ind w:left="850" w:hanging="510"/>
        <w:jc w:val="both"/>
      </w:pPr>
      <w:r w:rsidRPr="001B4907">
        <w:t>5.8.</w:t>
      </w:r>
      <w:r w:rsidRPr="001B4907">
        <w:tab/>
        <w:t xml:space="preserve">Pasūtītājs ir tiesīgs iepirkt visus tirdzniecībā pieejamos viengadīgos puķu stādus visās Piegādātāja tirdzniecības vietās Latvijas Republikas teritorijā, tādā preču daudzumā, kāds nepieciešams faktiskajām vajadzībām. Preču cena tiek noteikta pēc Finanšu piedāvājuma veidlapā (Nolikuma 3.pielikums) iesniegtās cenas. </w:t>
      </w:r>
      <w:r w:rsidRPr="001B4907" w:rsidR="00F11596">
        <w:t>Maksimāli pieļaujamā līgumcena 9999</w:t>
      </w:r>
      <w:r w:rsidR="001B4907">
        <w:t>,</w:t>
      </w:r>
      <w:r w:rsidRPr="001B4907" w:rsidR="00F11596">
        <w:t>99 EUR bez PVN.</w:t>
      </w:r>
    </w:p>
    <w:p w:rsidR="002819BA" w:rsidRPr="001B4907" w14:paraId="6DBCD9CC" w14:textId="77777777">
      <w:pPr>
        <w:tabs>
          <w:tab w:val="left" w:pos="850"/>
        </w:tabs>
        <w:ind w:left="850" w:hanging="510"/>
        <w:jc w:val="both"/>
      </w:pPr>
      <w:r w:rsidRPr="001B4907">
        <w:t>5.9.</w:t>
      </w:r>
      <w:r w:rsidRPr="001B4907">
        <w:tab/>
        <w:t>Pasūtītājam ir tiesības samazināt iepirkumā norādīto sortimenta daudzumu tādā apjomā, lai kopējā līguma summa nepārsniegtu Pasūtītāja plānoto līguma summu. Piegādātājam nav tiesību pieprasīt kompensāciju par šādu samazinājumu.</w:t>
      </w:r>
    </w:p>
    <w:p w:rsidR="002819BA" w:rsidRPr="001B4907" w14:paraId="00FC4E5D" w14:textId="77777777">
      <w:pPr>
        <w:tabs>
          <w:tab w:val="left" w:pos="425"/>
        </w:tabs>
        <w:spacing w:before="160"/>
        <w:ind w:left="425" w:hanging="425"/>
        <w:jc w:val="both"/>
      </w:pPr>
      <w:r w:rsidRPr="001B4907">
        <w:rPr>
          <w:b/>
        </w:rPr>
        <w:t>6.</w:t>
      </w:r>
      <w:r w:rsidRPr="001B4907">
        <w:rPr>
          <w:b/>
        </w:rPr>
        <w:tab/>
        <w:t>Kvalitātes garantijas prasības</w:t>
      </w:r>
    </w:p>
    <w:p w:rsidR="002819BA" w:rsidRPr="001B4907" w14:paraId="6A5704F3" w14:textId="77777777">
      <w:pPr>
        <w:tabs>
          <w:tab w:val="left" w:pos="850"/>
        </w:tabs>
        <w:ind w:left="850" w:hanging="510"/>
        <w:jc w:val="both"/>
      </w:pPr>
      <w:r w:rsidRPr="001B4907">
        <w:t>6.1.</w:t>
      </w:r>
      <w:r w:rsidRPr="001B4907">
        <w:tab/>
        <w:t>Piegādātājs garantē, ka piegādātie stādi piegādes brīdī atbilst šīs specifikācijas 3. punkta prasībām.</w:t>
      </w:r>
    </w:p>
    <w:p w:rsidR="002819BA" w:rsidRPr="001B4907" w14:paraId="2765BCD7" w14:textId="77777777">
      <w:pPr>
        <w:tabs>
          <w:tab w:val="left" w:pos="850"/>
        </w:tabs>
        <w:ind w:left="850" w:hanging="510"/>
        <w:jc w:val="both"/>
      </w:pPr>
      <w:r w:rsidRPr="001B4907">
        <w:t>6.2.</w:t>
      </w:r>
      <w:r w:rsidRPr="001B4907">
        <w:tab/>
        <w:t>Par nekvalitatīviem augiem tiek uzskatīti stādi, kas ir šķībi, izstīdzējuši, tikko nogriezti, neiesakņojušies, sapelējuši, ar puves un/vai apdeguma pazīmēm, aplauzti, neatbilstoši norādīto šķirņu pazīmēm, pārmērīgi apstrādāti ar auguma ierobežotājiem, novītuši, iekaltēti u.tml.</w:t>
      </w:r>
    </w:p>
    <w:p w:rsidR="002819BA" w:rsidRPr="001B4907" w14:paraId="050A4BE4" w14:textId="4432CBE1">
      <w:pPr>
        <w:tabs>
          <w:tab w:val="left" w:pos="850"/>
        </w:tabs>
        <w:ind w:left="850" w:hanging="510"/>
        <w:jc w:val="both"/>
      </w:pPr>
      <w:r w:rsidRPr="001B4907">
        <w:t>6.3.</w:t>
      </w:r>
      <w:r w:rsidRPr="001B4907">
        <w:tab/>
        <w:t>Nekvalitatīvus stādus Piegādātājs aizstāj ar jauniem, kvalitatīviem stādiem 3 darba dienu laikā pēc defekta akta sastādīšanas, uz sava rēķina.</w:t>
      </w:r>
    </w:p>
    <w:p w:rsidR="002819BA" w:rsidRPr="001B4907" w14:paraId="73984A3B" w14:textId="77777777">
      <w:pPr>
        <w:tabs>
          <w:tab w:val="left" w:pos="425"/>
        </w:tabs>
        <w:spacing w:before="160"/>
        <w:ind w:left="425" w:hanging="425"/>
        <w:jc w:val="both"/>
      </w:pPr>
      <w:r w:rsidRPr="001B4907">
        <w:rPr>
          <w:b/>
        </w:rPr>
        <w:t>7.</w:t>
      </w:r>
      <w:r w:rsidRPr="001B4907">
        <w:rPr>
          <w:b/>
        </w:rPr>
        <w:tab/>
        <w:t>Nodošanas un pieņemšanas kārtība</w:t>
      </w:r>
    </w:p>
    <w:p w:rsidR="002819BA" w:rsidRPr="001B4907" w14:paraId="3464A076" w14:textId="77777777">
      <w:pPr>
        <w:tabs>
          <w:tab w:val="left" w:pos="850"/>
        </w:tabs>
        <w:ind w:left="850" w:hanging="510"/>
        <w:jc w:val="both"/>
      </w:pPr>
      <w:r w:rsidRPr="001B4907">
        <w:t>7.1.</w:t>
      </w:r>
      <w:r w:rsidRPr="001B4907">
        <w:tab/>
        <w:t>Piegādājot puķu stādus, Piegādātājs iesniedz Pasūtītājam preču pavadzīmi un Augu pasi (izcelsmes dokuments), atbilstoši spēkā esošo normatīvo aktu prasībām.</w:t>
      </w:r>
    </w:p>
    <w:p w:rsidR="002819BA" w:rsidRPr="001B4907" w14:paraId="136C9F6B" w14:textId="77777777">
      <w:pPr>
        <w:tabs>
          <w:tab w:val="left" w:pos="850"/>
        </w:tabs>
        <w:ind w:left="850" w:hanging="510"/>
        <w:jc w:val="both"/>
      </w:pPr>
      <w:r w:rsidRPr="001B4907">
        <w:t>7.2.</w:t>
      </w:r>
      <w:r w:rsidRPr="001B4907">
        <w:tab/>
        <w:t>Pasūtītāja pārstāvis piegādes brīdī pārbauda stādu daudzumu, sortimentu un kvalitāti. Ja piegādes brīdī tiek secināts, ka piegādāti nekvalitatīvi augi, tiek sastādīts defekta akts, un augi netiek pieņemti.</w:t>
      </w:r>
    </w:p>
    <w:p w:rsidR="002819BA" w:rsidRPr="001B4907" w14:paraId="492C8976" w14:textId="77777777">
      <w:pPr>
        <w:tabs>
          <w:tab w:val="left" w:pos="850"/>
        </w:tabs>
        <w:ind w:left="850" w:hanging="510"/>
        <w:jc w:val="both"/>
      </w:pPr>
      <w:r w:rsidRPr="001B4907">
        <w:t>7.3.</w:t>
      </w:r>
      <w:r w:rsidRPr="001B4907">
        <w:tab/>
        <w:t>Par sastādītajiem un piegādātajiem puķu podiem puses paraksta nodošanas–pieņemšanas aktu.</w:t>
      </w:r>
    </w:p>
    <w:p w:rsidR="002819BA" w:rsidRPr="001B4907" w14:paraId="4CA2598B" w14:textId="77777777">
      <w:pPr>
        <w:tabs>
          <w:tab w:val="left" w:pos="850"/>
        </w:tabs>
        <w:ind w:left="850" w:hanging="510"/>
        <w:jc w:val="both"/>
      </w:pPr>
      <w:r w:rsidRPr="001B4907">
        <w:t>7.4.</w:t>
      </w:r>
      <w:r w:rsidRPr="001B4907">
        <w:tab/>
        <w:t>Pieņemti tiek tikai kvalitatīvi stādi atbilstoši 3. punkta prasībām. Apmaksa tiek veikta par faktiski piegādāto un pieņemto stādu daudzumu saskaņā ar Nolikuma 6.2. punktu un Piegādātāja piedāvātajām vienības cenām.</w:t>
      </w:r>
    </w:p>
    <w:sectPr w:rsidSect="00034616">
      <w:footerReference w:type="default" r:id="rId5"/>
      <w:footerReference w:type="first" r:id="rId6"/>
      <w:pgSz w:w="11906" w:h="16838"/>
      <w:pgMar w:top="850" w:right="850" w:bottom="85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mbria" w:eastAsia="Cambria" w:hAnsi="Cambria" w:cs="Cambria"/>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mbria" w:eastAsia="Cambria" w:hAnsi="Cambria" w:cs="Cambria"/>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5369598">
    <w:abstractNumId w:val="8"/>
  </w:num>
  <w:num w:numId="2" w16cid:durableId="1254436032">
    <w:abstractNumId w:val="6"/>
  </w:num>
  <w:num w:numId="3" w16cid:durableId="1381007148">
    <w:abstractNumId w:val="5"/>
  </w:num>
  <w:num w:numId="4" w16cid:durableId="2006322878">
    <w:abstractNumId w:val="4"/>
  </w:num>
  <w:num w:numId="5" w16cid:durableId="1796019897">
    <w:abstractNumId w:val="7"/>
  </w:num>
  <w:num w:numId="6" w16cid:durableId="2083486493">
    <w:abstractNumId w:val="3"/>
  </w:num>
  <w:num w:numId="7" w16cid:durableId="1032146111">
    <w:abstractNumId w:val="2"/>
  </w:num>
  <w:num w:numId="8" w16cid:durableId="2096046790">
    <w:abstractNumId w:val="1"/>
  </w:num>
  <w:num w:numId="9" w16cid:durableId="548341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618FA"/>
    <w:rsid w:val="0015074B"/>
    <w:rsid w:val="001B4907"/>
    <w:rsid w:val="002819BA"/>
    <w:rsid w:val="002957E9"/>
    <w:rsid w:val="0029639D"/>
    <w:rsid w:val="00326F90"/>
    <w:rsid w:val="00327977"/>
    <w:rsid w:val="003C11DC"/>
    <w:rsid w:val="0062753E"/>
    <w:rsid w:val="00642400"/>
    <w:rsid w:val="00876372"/>
    <w:rsid w:val="008A0FDD"/>
    <w:rsid w:val="00901AE8"/>
    <w:rsid w:val="00A96D2E"/>
    <w:rsid w:val="00AA1D8D"/>
    <w:rsid w:val="00AB4705"/>
    <w:rsid w:val="00AF4526"/>
    <w:rsid w:val="00B47730"/>
    <w:rsid w:val="00BE6255"/>
    <w:rsid w:val="00CA625A"/>
    <w:rsid w:val="00CB0664"/>
    <w:rsid w:val="00E960C8"/>
    <w:rsid w:val="00F11596"/>
    <w:rsid w:val="00F95DD1"/>
    <w:rsid w:val="00FC693F"/>
    <w:rsid w:val="00FD7A4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18A74754"/>
  <w15:docId w15:val="{66A5AC13-5A67-46ED-BDA1-A1BF223F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40" w:lineRule="auto"/>
    </w:pPr>
    <w:rPr>
      <w:rFonts w:ascii="Times New Roman" w:eastAsia="Times New Roman" w:hAnsi="Times New Roman"/>
      <w:sz w:val="24"/>
      <w:lang w:val="lv-LV"/>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0CECD-054C-47DE-A4FE-9303C13BE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3133</Words>
  <Characters>23127</Characters>
  <Application>Microsoft Office Word</Application>
  <DocSecurity>0</DocSecurity>
  <Lines>722</Lines>
  <Paragraphs>504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Bauskas Novads</cp:lastModifiedBy>
  <cp:revision>13</cp:revision>
  <dcterms:created xsi:type="dcterms:W3CDTF">2013-12-23T23:15:00Z</dcterms:created>
  <dcterms:modified xsi:type="dcterms:W3CDTF">2026-10-22T08:26:00Z</dcterms:modified>
</cp:coreProperties>
</file>