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DA14A7" w14:paraId="5A35FF5C" w14:textId="77777777">
      <w:pPr>
        <w:jc w:val="right"/>
      </w:pPr>
      <w:r>
        <w:rPr>
          <w:b/>
        </w:rPr>
        <w:t xml:space="preserve">2.pielikums </w:t>
      </w:r>
    </w:p>
    <w:p w:rsidR="00DA14A7" w14:paraId="64923FAA" w14:textId="77777777">
      <w:pPr>
        <w:spacing w:after="40"/>
        <w:jc w:val="center"/>
      </w:pPr>
      <w:r>
        <w:rPr>
          <w:b/>
        </w:rPr>
        <w:t>PRETENDENTA PIETEIKUMS</w:t>
      </w:r>
    </w:p>
    <w:p w:rsidR="00DA14A7" w14:paraId="59A15564" w14:textId="77777777">
      <w:pPr>
        <w:spacing w:after="40"/>
        <w:jc w:val="center"/>
      </w:pPr>
      <w:r>
        <w:rPr>
          <w:b/>
        </w:rPr>
        <w:t>IEPIRKUMĀ</w:t>
      </w:r>
    </w:p>
    <w:p w:rsidR="00DA14A7" w14:paraId="1D55C81A" w14:textId="77777777">
      <w:pPr>
        <w:spacing w:after="40"/>
        <w:jc w:val="center"/>
      </w:pPr>
      <w:r>
        <w:rPr>
          <w:b/>
        </w:rPr>
        <w:t>“VIENGADĪGO PUĶU STĀDU PIEGĀDE BAUSKAS APVIENĪBAS PĀRVALDES APSTĀDĪJUMIEM 2027.GADA SEZONAI”</w:t>
      </w:r>
    </w:p>
    <w:p w:rsidR="00DA14A7" w14:paraId="7EEA6110" w14:textId="77777777">
      <w:pPr>
        <w:spacing w:after="40"/>
        <w:jc w:val="center"/>
      </w:pPr>
      <w:r>
        <w:rPr>
          <w:b/>
        </w:rPr>
        <w:t>identifikācijas Nr. BAP/2026/2-1/46</w:t>
      </w:r>
    </w:p>
    <w:p w:rsidR="00DA14A7" w14:paraId="009A97EE" w14:textId="77777777">
      <w:pPr>
        <w:spacing w:before="200"/>
      </w:pPr>
      <w:r>
        <w:t>Pretendents ______________________________________</w:t>
      </w:r>
    </w:p>
    <w:p w:rsidR="00DA14A7" w14:paraId="45C33557" w14:textId="77777777">
      <w:r>
        <w:t>Reģ. Nr. ________________________________________</w:t>
      </w:r>
    </w:p>
    <w:p w:rsidR="00DA14A7" w14:paraId="6CE22711" w14:textId="77777777">
      <w:r>
        <w:t xml:space="preserve">tās __________________________ </w:t>
      </w:r>
      <w:r>
        <w:rPr>
          <w:i/>
        </w:rPr>
        <w:t xml:space="preserve">(norāda amatu, vārdu, uzvārdu) </w:t>
      </w:r>
      <w:r>
        <w:t xml:space="preserve">vārdā, ar šī pieteikuma iesniegšanu: </w:t>
      </w:r>
    </w:p>
    <w:p w:rsidR="00DA14A7" w14:paraId="3B01A206" w14:textId="0BCABB22">
      <w:pPr>
        <w:tabs>
          <w:tab w:val="left" w:pos="425"/>
        </w:tabs>
        <w:ind w:left="425" w:hanging="425"/>
        <w:jc w:val="both"/>
      </w:pPr>
      <w:r>
        <w:t>1.</w:t>
      </w:r>
      <w:r>
        <w:tab/>
        <w:t xml:space="preserve">Piesaka savu dalību iepirkumā </w:t>
      </w:r>
      <w:r>
        <w:rPr>
          <w:b/>
        </w:rPr>
        <w:t>“Viengadīgo puķu stādu piegāde Bauskas apvienības pārvaldes apstādījumiem 2027.gada sezonai”</w:t>
      </w:r>
      <w:r>
        <w:t>, identifikācijas Nr. BAP/2026/2-1/46</w:t>
      </w:r>
      <w:r w:rsidR="00A27318">
        <w:t>.</w:t>
      </w:r>
      <w:r>
        <w:t xml:space="preserve"> </w:t>
      </w:r>
    </w:p>
    <w:p w:rsidR="00DA14A7" w14:paraId="48B19AEB" w14:textId="77777777">
      <w:pPr>
        <w:tabs>
          <w:tab w:val="left" w:pos="425"/>
        </w:tabs>
        <w:ind w:left="425" w:hanging="425"/>
        <w:jc w:val="both"/>
      </w:pPr>
      <w:r>
        <w:t>2.</w:t>
      </w:r>
      <w:r>
        <w:tab/>
        <w:t>Apņemas ievērot iepirkuma Nolikuma prasības.</w:t>
      </w:r>
    </w:p>
    <w:p w:rsidR="00DA14A7" w14:paraId="609101EF" w14:textId="6BCB53F5">
      <w:pPr>
        <w:tabs>
          <w:tab w:val="left" w:pos="425"/>
        </w:tabs>
        <w:ind w:left="425" w:hanging="425"/>
        <w:jc w:val="both"/>
      </w:pPr>
      <w:r>
        <w:t>3.</w:t>
      </w:r>
      <w:r>
        <w:tab/>
        <w:t>Apliecina, ka visas sniegtās ziņas un dati ir patiesi</w:t>
      </w:r>
      <w:r w:rsidR="00A27318">
        <w:t xml:space="preserve"> un</w:t>
      </w:r>
      <w:r>
        <w:t xml:space="preserve"> visas iesniegto dokumentu kopijas atbilst oriģināl</w:t>
      </w:r>
      <w:r w:rsidR="00A27318">
        <w:t>ie</w:t>
      </w:r>
      <w:r>
        <w:t xml:space="preserve">m. </w:t>
      </w:r>
    </w:p>
    <w:p w:rsidR="00DA14A7" w14:paraId="3604227D" w14:textId="77777777">
      <w:pPr>
        <w:tabs>
          <w:tab w:val="left" w:pos="425"/>
        </w:tabs>
        <w:ind w:left="425" w:hanging="425"/>
        <w:jc w:val="both"/>
      </w:pPr>
      <w:r>
        <w:t>4.</w:t>
      </w:r>
      <w:r>
        <w:tab/>
        <w:t xml:space="preserve">Apņemas </w:t>
      </w:r>
      <w:r>
        <w:rPr>
          <w:b/>
        </w:rPr>
        <w:t>piegādāt preces</w:t>
      </w:r>
      <w:r>
        <w:t xml:space="preserve"> saskaņā ar Tehnisko specifikāciju. </w:t>
      </w:r>
    </w:p>
    <w:p w:rsidR="00DA14A7" w14:paraId="57ABE821" w14:textId="77777777">
      <w:pPr>
        <w:spacing w:before="120"/>
        <w:ind w:left="425"/>
      </w:pPr>
      <w:r>
        <w:t>Īsas ziņas par pretendentu:</w:t>
      </w:r>
    </w:p>
    <w:tbl>
      <w:tblPr>
        <w:tblStyle w:val="TableGrid"/>
        <w:tblW w:w="0" w:type="auto"/>
        <w:jc w:val="center"/>
        <w:tblLayout w:type="fixed"/>
        <w:tblLook w:val="04A0"/>
      </w:tblPr>
      <w:tblGrid>
        <w:gridCol w:w="680"/>
        <w:gridCol w:w="8957"/>
      </w:tblGrid>
      <w:tr w14:paraId="57E124BC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78F52834" w14:textId="77777777">
            <w:pPr>
              <w:spacing w:after="0"/>
            </w:pPr>
            <w:r>
              <w:t>1.</w:t>
            </w:r>
          </w:p>
        </w:tc>
        <w:tc>
          <w:tcPr>
            <w:tcW w:w="8957" w:type="dxa"/>
          </w:tcPr>
          <w:p w:rsidR="00DA14A7" w14:paraId="70145A82" w14:textId="77777777">
            <w:pPr>
              <w:spacing w:after="0"/>
            </w:pPr>
            <w:r>
              <w:t>Nosaukums:</w:t>
            </w:r>
          </w:p>
        </w:tc>
      </w:tr>
      <w:tr w14:paraId="026D214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734B35B5" w14:textId="77777777">
            <w:pPr>
              <w:spacing w:after="0"/>
            </w:pPr>
            <w:r>
              <w:t>2.</w:t>
            </w:r>
          </w:p>
        </w:tc>
        <w:tc>
          <w:tcPr>
            <w:tcW w:w="8957" w:type="dxa"/>
          </w:tcPr>
          <w:p w:rsidR="00DA14A7" w14:paraId="275852CC" w14:textId="77777777">
            <w:pPr>
              <w:spacing w:after="0"/>
            </w:pPr>
            <w:r>
              <w:t>Juridiskā adrese:</w:t>
            </w:r>
          </w:p>
        </w:tc>
      </w:tr>
      <w:tr w14:paraId="0177C064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2FA220A5" w14:textId="77777777">
            <w:pPr>
              <w:spacing w:after="0"/>
            </w:pPr>
            <w:r>
              <w:t>3.</w:t>
            </w:r>
          </w:p>
        </w:tc>
        <w:tc>
          <w:tcPr>
            <w:tcW w:w="8957" w:type="dxa"/>
          </w:tcPr>
          <w:p w:rsidR="00DA14A7" w14:paraId="79CB25D8" w14:textId="77777777">
            <w:pPr>
              <w:spacing w:after="0"/>
            </w:pPr>
            <w:r>
              <w:t>Pasta adrese:</w:t>
            </w:r>
          </w:p>
        </w:tc>
      </w:tr>
      <w:tr w14:paraId="7FFD35F2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6A1C659D" w14:textId="77777777">
            <w:pPr>
              <w:spacing w:after="0"/>
            </w:pPr>
            <w:r>
              <w:t>4.</w:t>
            </w:r>
          </w:p>
        </w:tc>
        <w:tc>
          <w:tcPr>
            <w:tcW w:w="8957" w:type="dxa"/>
          </w:tcPr>
          <w:p w:rsidR="00DA14A7" w14:paraId="5E731519" w14:textId="77777777">
            <w:pPr>
              <w:spacing w:after="0"/>
            </w:pPr>
            <w:r>
              <w:t>Norēķinu konts:</w:t>
            </w:r>
          </w:p>
        </w:tc>
      </w:tr>
      <w:tr w14:paraId="4A1A0255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300B8B43" w14:textId="77777777">
            <w:pPr>
              <w:spacing w:after="0"/>
            </w:pPr>
            <w:r>
              <w:t>5.</w:t>
            </w:r>
          </w:p>
        </w:tc>
        <w:tc>
          <w:tcPr>
            <w:tcW w:w="8957" w:type="dxa"/>
          </w:tcPr>
          <w:p w:rsidR="00DA14A7" w14:paraId="45EA570A" w14:textId="77777777">
            <w:pPr>
              <w:spacing w:after="0"/>
            </w:pPr>
            <w:r>
              <w:t>Bankas nosaukums:</w:t>
            </w:r>
          </w:p>
        </w:tc>
      </w:tr>
      <w:tr w14:paraId="1D8E7F7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62D85FB4" w14:textId="77777777">
            <w:pPr>
              <w:spacing w:after="0"/>
            </w:pPr>
            <w:r>
              <w:t>6.</w:t>
            </w:r>
          </w:p>
        </w:tc>
        <w:tc>
          <w:tcPr>
            <w:tcW w:w="8957" w:type="dxa"/>
          </w:tcPr>
          <w:p w:rsidR="00DA14A7" w14:paraId="21DC5AA7" w14:textId="77777777">
            <w:pPr>
              <w:spacing w:after="0"/>
            </w:pPr>
            <w:r>
              <w:t>Kontaktpersona:</w:t>
            </w:r>
          </w:p>
        </w:tc>
      </w:tr>
      <w:tr w14:paraId="5FDA14B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7EBD37BE" w14:textId="77777777">
            <w:pPr>
              <w:spacing w:after="0"/>
            </w:pPr>
            <w:r>
              <w:t>7.</w:t>
            </w:r>
          </w:p>
        </w:tc>
        <w:tc>
          <w:tcPr>
            <w:tcW w:w="8957" w:type="dxa"/>
          </w:tcPr>
          <w:p w:rsidR="00DA14A7" w14:paraId="3C107EB7" w14:textId="77777777">
            <w:pPr>
              <w:spacing w:after="0"/>
            </w:pPr>
            <w:r>
              <w:t>Telefons:</w:t>
            </w:r>
          </w:p>
        </w:tc>
      </w:tr>
      <w:tr w14:paraId="00089FEA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4C5968FA" w14:textId="77777777">
            <w:pPr>
              <w:spacing w:after="0"/>
            </w:pPr>
            <w:r>
              <w:t>8.</w:t>
            </w:r>
          </w:p>
        </w:tc>
        <w:tc>
          <w:tcPr>
            <w:tcW w:w="8957" w:type="dxa"/>
          </w:tcPr>
          <w:p w:rsidR="00DA14A7" w14:paraId="1D1D1703" w14:textId="77777777">
            <w:pPr>
              <w:spacing w:after="0"/>
            </w:pPr>
            <w:r>
              <w:t>E-pasts:</w:t>
            </w:r>
          </w:p>
        </w:tc>
      </w:tr>
      <w:tr w14:paraId="49CEFB30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65EB94F8" w14:textId="77777777">
            <w:pPr>
              <w:spacing w:after="0"/>
            </w:pPr>
            <w:r>
              <w:t>9.</w:t>
            </w:r>
          </w:p>
        </w:tc>
        <w:tc>
          <w:tcPr>
            <w:tcW w:w="8957" w:type="dxa"/>
          </w:tcPr>
          <w:p w:rsidR="00DA14A7" w14:paraId="19BEDA72" w14:textId="77777777">
            <w:pPr>
              <w:spacing w:after="0"/>
            </w:pPr>
            <w:r>
              <w:t>Vispārējā tīmekļvietnes adrese:</w:t>
            </w:r>
          </w:p>
        </w:tc>
      </w:tr>
      <w:tr w14:paraId="025782DE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680" w:type="dxa"/>
          </w:tcPr>
          <w:p w:rsidR="00DA14A7" w14:paraId="24874DFC" w14:textId="77777777">
            <w:pPr>
              <w:spacing w:after="0"/>
            </w:pPr>
          </w:p>
        </w:tc>
        <w:tc>
          <w:tcPr>
            <w:tcW w:w="8957" w:type="dxa"/>
          </w:tcPr>
          <w:p w:rsidR="00DA14A7" w14:paraId="75C78573" w14:textId="77777777">
            <w:pPr>
              <w:spacing w:after="0"/>
            </w:pPr>
          </w:p>
        </w:tc>
      </w:tr>
      <w:tr w14:paraId="3ECAB5B6" w14:textId="77777777">
        <w:tblPrEx>
          <w:tblW w:w="0" w:type="auto"/>
          <w:jc w:val="center"/>
          <w:tblLayout w:type="fixed"/>
          <w:tblLook w:val="04A0"/>
        </w:tblPrEx>
        <w:trPr>
          <w:jc w:val="center"/>
        </w:trPr>
        <w:tc>
          <w:tcPr>
            <w:tcW w:w="8957" w:type="dxa"/>
            <w:gridSpan w:val="2"/>
          </w:tcPr>
          <w:p w:rsidR="00DA14A7" w14:paraId="72443C50" w14:textId="08399497">
            <w:pPr>
              <w:spacing w:after="0"/>
            </w:pPr>
            <w:r>
              <w:t xml:space="preserve">Vārds, </w:t>
            </w:r>
            <w:r w:rsidR="00A27318">
              <w:t>u</w:t>
            </w:r>
            <w:r>
              <w:t>zvārds:</w:t>
            </w:r>
            <w:r>
              <w:br/>
            </w:r>
            <w:r>
              <w:t>Amata nosaukums:</w:t>
            </w:r>
            <w:r>
              <w:br/>
              <w:t>Paraksts:</w:t>
            </w:r>
            <w:r>
              <w:br/>
              <w:t>Datums:</w:t>
            </w:r>
          </w:p>
        </w:tc>
      </w:tr>
    </w:tbl>
    <w:p w:rsidR="00306624" w14:paraId="01A9E036" w14:textId="77777777"/>
    <w:sectPr w:rsidSect="00034616">
      <w:footerReference w:type="default" r:id="rId5"/>
      <w:footerReference w:type="first" r:id="rId6"/>
      <w:pgSz w:w="11906" w:h="16838"/>
      <w:pgMar w:top="850" w:right="850" w:bottom="850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mbria" w:eastAsia="Cambria" w:hAnsi="Cambria" w:cs="Cambria"/>
        <w:b w:val="0"/>
        <w:i w:val="0"/>
        <w:sz w:val="22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1813951">
    <w:abstractNumId w:val="8"/>
  </w:num>
  <w:num w:numId="2" w16cid:durableId="1079254994">
    <w:abstractNumId w:val="6"/>
  </w:num>
  <w:num w:numId="3" w16cid:durableId="506672374">
    <w:abstractNumId w:val="5"/>
  </w:num>
  <w:num w:numId="4" w16cid:durableId="1640455830">
    <w:abstractNumId w:val="4"/>
  </w:num>
  <w:num w:numId="5" w16cid:durableId="1579747338">
    <w:abstractNumId w:val="7"/>
  </w:num>
  <w:num w:numId="6" w16cid:durableId="1534031005">
    <w:abstractNumId w:val="3"/>
  </w:num>
  <w:num w:numId="7" w16cid:durableId="2010405383">
    <w:abstractNumId w:val="2"/>
  </w:num>
  <w:num w:numId="8" w16cid:durableId="1544636188">
    <w:abstractNumId w:val="1"/>
  </w:num>
  <w:num w:numId="9" w16cid:durableId="6346012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06624"/>
    <w:rsid w:val="00326F90"/>
    <w:rsid w:val="008035E0"/>
    <w:rsid w:val="00A27318"/>
    <w:rsid w:val="00AA1D8D"/>
    <w:rsid w:val="00B47730"/>
    <w:rsid w:val="00CB0664"/>
    <w:rsid w:val="00DA14A7"/>
    <w:rsid w:val="00FC693F"/>
  </w:rsids>
  <m:mathPr>
    <m:mathFont m:val="Cambria Math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7DF1E0F"/>
  <w15:docId w15:val="{59216548-E3B8-47D6-99C1-D353F47A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Times New Roman" w:eastAsia="Times New Roman" w:hAnsi="Times New Roman"/>
      <w:sz w:val="24"/>
    </w:rPr>
  </w:style>
  <w:style w:type="paragraph" w:styleId="Heading1">
    <w:name w:val="heading 1"/>
    <w:basedOn w:val="Normal"/>
    <w:next w:val="Normal"/>
    <w:link w:val="Virsraksts1Rakstz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Virsraksts2Rakstz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Virsraksts3Rakstz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Virsraksts4Rakstz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Virsraksts5Rakstz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Virsraksts6Rakstz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Virsraksts7Rakstz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Virsraksts8Rakstz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Virsraksts9Rakstz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GalveneRakstz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GalveneRakstz">
    <w:name w:val="Galvene Rakstz.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KjeneRakstz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KjeneRakstz">
    <w:name w:val="Kājene Rakstz.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Virsraksts1Rakstz">
    <w:name w:val="Virsraksts 1 Rakstz.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Virsraksts2Rakstz">
    <w:name w:val="Virsraksts 2 Rakstz.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Virsraksts3Rakstz">
    <w:name w:val="Virsraksts 3 Rakstz.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NosaukumsRakstz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osaukumsRakstz">
    <w:name w:val="Nosaukums Rakstz.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ApakvirsrakstsRakstz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pakvirsrakstsRakstz">
    <w:name w:val="Apakšvirsraksts Rakstz.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PamattekstsRakstz"/>
    <w:uiPriority w:val="99"/>
    <w:unhideWhenUsed/>
    <w:rsid w:val="00AA1D8D"/>
    <w:pPr>
      <w:spacing w:after="120"/>
    </w:pPr>
  </w:style>
  <w:style w:type="character" w:customStyle="1" w:styleId="PamattekstsRakstz">
    <w:name w:val="Pamatteksts Rakstz.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Pamatteksts2Rakstz"/>
    <w:uiPriority w:val="99"/>
    <w:unhideWhenUsed/>
    <w:rsid w:val="00AA1D8D"/>
    <w:pPr>
      <w:spacing w:after="120" w:line="480" w:lineRule="auto"/>
    </w:pPr>
  </w:style>
  <w:style w:type="character" w:customStyle="1" w:styleId="Pamatteksts2Rakstz">
    <w:name w:val="Pamatteksts 2 Rakstz.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Pamatteksts3Rakstz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amatteksts3Rakstz">
    <w:name w:val="Pamatteksts 3 Rakstz.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krotekstsRakstz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sRakstz">
    <w:name w:val="Makro teksts Rakstz.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CittsRakstz"/>
    <w:uiPriority w:val="29"/>
    <w:qFormat/>
    <w:rsid w:val="00FC693F"/>
    <w:rPr>
      <w:i/>
      <w:iCs/>
      <w:color w:val="000000" w:themeColor="text1"/>
    </w:rPr>
  </w:style>
  <w:style w:type="character" w:customStyle="1" w:styleId="CittsRakstz">
    <w:name w:val="Citāts Rakstz.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Virsraksts4Rakstz">
    <w:name w:val="Virsraksts 4 Rakstz.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Virsraksts5Rakstz">
    <w:name w:val="Virsraksts 5 Rakstz.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Virsraksts6Rakstz">
    <w:name w:val="Virsraksts 6 Rakstz.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Virsraksts7Rakstz">
    <w:name w:val="Virsraksts 7 Rakstz.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Virsraksts8Rakstz">
    <w:name w:val="Virsraksts 8 Rakstz.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Virsraksts9Rakstz">
    <w:name w:val="Virsraksts 9 Rakstz.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vscittsRakstz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vscittsRakstz">
    <w:name w:val="Intensīvs citāts Rakstz.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657</Words>
  <Characters>375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Uldis Bauskasnovads</cp:lastModifiedBy>
  <cp:revision>2</cp:revision>
  <dcterms:created xsi:type="dcterms:W3CDTF">2013-12-23T23:15:00Z</dcterms:created>
  <dcterms:modified xsi:type="dcterms:W3CDTF">2026-10-20T06:54:00Z</dcterms:modified>
</cp:coreProperties>
</file>